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3DAF7" w14:textId="77777777" w:rsidR="003D0F3C" w:rsidRDefault="00DF025C">
      <w:pPr>
        <w:spacing w:after="80"/>
        <w:jc w:val="center"/>
      </w:pPr>
      <w:r>
        <w:rPr>
          <w:noProof/>
        </w:rPr>
        <w:drawing>
          <wp:inline distT="0" distB="0" distL="0" distR="0" wp14:anchorId="0A31487D" wp14:editId="1FB68E7F">
            <wp:extent cx="558000" cy="55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or_doc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" cy="5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3FDAA" w14:textId="77777777" w:rsidR="003D0F3C" w:rsidRPr="00597BFD" w:rsidRDefault="00DF025C">
      <w:pPr>
        <w:spacing w:after="360"/>
        <w:jc w:val="center"/>
        <w:rPr>
          <w:szCs w:val="24"/>
          <w:lang w:val="ru-RU"/>
        </w:rPr>
      </w:pPr>
      <w:r w:rsidRPr="00597BFD">
        <w:rPr>
          <w:b/>
          <w:szCs w:val="24"/>
          <w:lang w:val="ru-RU"/>
        </w:rPr>
        <w:t>ДЕРЖАВНА УСТАНОВА «НАЦІОНАЛЬНИЙ НАУКОВИЙ ЦЕНТР РАДІАЦІЙНОЇ МЕДИЦИНИ, ГЕМАТОЛОГІЇ ТА ОНКОЛОГІЇ НАЦІОНАЛЬНОЇ АКАДЕМІЇ МЕДИЧНИХ НАУК УКРАЇНИ»</w:t>
      </w:r>
    </w:p>
    <w:p w14:paraId="5267249E" w14:textId="77777777" w:rsidR="003D0F3C" w:rsidRPr="00597BFD" w:rsidRDefault="00DF025C">
      <w:pPr>
        <w:spacing w:before="120"/>
        <w:ind w:left="4535"/>
        <w:rPr>
          <w:szCs w:val="24"/>
          <w:lang w:val="ru-RU"/>
        </w:rPr>
      </w:pPr>
      <w:r w:rsidRPr="00597BFD">
        <w:rPr>
          <w:b/>
          <w:szCs w:val="24"/>
          <w:lang w:val="ru-RU"/>
        </w:rPr>
        <w:t>ЗАТВЕРДЖЕНО</w:t>
      </w:r>
    </w:p>
    <w:p w14:paraId="59F4B4A3" w14:textId="77777777" w:rsidR="003D0F3C" w:rsidRPr="00597BFD" w:rsidRDefault="00DF025C">
      <w:pPr>
        <w:ind w:left="4535"/>
        <w:rPr>
          <w:szCs w:val="24"/>
          <w:lang w:val="ru-RU"/>
        </w:rPr>
      </w:pPr>
      <w:proofErr w:type="spellStart"/>
      <w:r w:rsidRPr="00597BFD">
        <w:rPr>
          <w:szCs w:val="24"/>
          <w:lang w:val="ru-RU"/>
        </w:rPr>
        <w:t>Вченою</w:t>
      </w:r>
      <w:proofErr w:type="spellEnd"/>
      <w:r w:rsidRPr="00597BFD">
        <w:rPr>
          <w:szCs w:val="24"/>
          <w:lang w:val="ru-RU"/>
        </w:rPr>
        <w:t xml:space="preserve"> радою ДУ «</w:t>
      </w:r>
      <w:proofErr w:type="spellStart"/>
      <w:r w:rsidRPr="00597BFD">
        <w:rPr>
          <w:szCs w:val="24"/>
          <w:lang w:val="ru-RU"/>
        </w:rPr>
        <w:t>Національний</w:t>
      </w:r>
      <w:proofErr w:type="spellEnd"/>
      <w:r w:rsidRPr="00597BFD">
        <w:rPr>
          <w:szCs w:val="24"/>
          <w:lang w:val="ru-RU"/>
        </w:rPr>
        <w:t xml:space="preserve"> </w:t>
      </w:r>
      <w:proofErr w:type="spellStart"/>
      <w:r w:rsidRPr="00597BFD">
        <w:rPr>
          <w:szCs w:val="24"/>
          <w:lang w:val="ru-RU"/>
        </w:rPr>
        <w:t>науковий</w:t>
      </w:r>
      <w:proofErr w:type="spellEnd"/>
      <w:r w:rsidRPr="00597BFD">
        <w:rPr>
          <w:szCs w:val="24"/>
          <w:lang w:val="ru-RU"/>
        </w:rPr>
        <w:t xml:space="preserve"> центр </w:t>
      </w:r>
      <w:proofErr w:type="spellStart"/>
      <w:r w:rsidRPr="00597BFD">
        <w:rPr>
          <w:szCs w:val="24"/>
          <w:lang w:val="ru-RU"/>
        </w:rPr>
        <w:t>радіаційної</w:t>
      </w:r>
      <w:proofErr w:type="spellEnd"/>
      <w:r w:rsidRPr="00597BFD">
        <w:rPr>
          <w:szCs w:val="24"/>
          <w:lang w:val="ru-RU"/>
        </w:rPr>
        <w:t xml:space="preserve"> </w:t>
      </w:r>
      <w:proofErr w:type="spellStart"/>
      <w:r w:rsidRPr="00597BFD">
        <w:rPr>
          <w:szCs w:val="24"/>
          <w:lang w:val="ru-RU"/>
        </w:rPr>
        <w:t>медицини</w:t>
      </w:r>
      <w:proofErr w:type="spellEnd"/>
      <w:r w:rsidRPr="00597BFD">
        <w:rPr>
          <w:szCs w:val="24"/>
          <w:lang w:val="ru-RU"/>
        </w:rPr>
        <w:t xml:space="preserve">, </w:t>
      </w:r>
      <w:proofErr w:type="spellStart"/>
      <w:r w:rsidRPr="00597BFD">
        <w:rPr>
          <w:szCs w:val="24"/>
          <w:lang w:val="ru-RU"/>
        </w:rPr>
        <w:t>гематології</w:t>
      </w:r>
      <w:proofErr w:type="spellEnd"/>
      <w:r w:rsidRPr="00597BFD">
        <w:rPr>
          <w:szCs w:val="24"/>
          <w:lang w:val="ru-RU"/>
        </w:rPr>
        <w:t xml:space="preserve"> та </w:t>
      </w:r>
      <w:proofErr w:type="spellStart"/>
      <w:r w:rsidRPr="00597BFD">
        <w:rPr>
          <w:szCs w:val="24"/>
          <w:lang w:val="ru-RU"/>
        </w:rPr>
        <w:t>онкології</w:t>
      </w:r>
      <w:proofErr w:type="spellEnd"/>
      <w:r w:rsidRPr="00597BFD">
        <w:rPr>
          <w:szCs w:val="24"/>
          <w:lang w:val="ru-RU"/>
        </w:rPr>
        <w:t xml:space="preserve"> </w:t>
      </w:r>
      <w:proofErr w:type="spellStart"/>
      <w:r w:rsidRPr="00597BFD">
        <w:rPr>
          <w:szCs w:val="24"/>
          <w:lang w:val="ru-RU"/>
        </w:rPr>
        <w:t>Національної</w:t>
      </w:r>
      <w:proofErr w:type="spellEnd"/>
      <w:r w:rsidRPr="00597BFD">
        <w:rPr>
          <w:szCs w:val="24"/>
          <w:lang w:val="ru-RU"/>
        </w:rPr>
        <w:t xml:space="preserve"> </w:t>
      </w:r>
      <w:proofErr w:type="spellStart"/>
      <w:r w:rsidRPr="00597BFD">
        <w:rPr>
          <w:szCs w:val="24"/>
          <w:lang w:val="ru-RU"/>
        </w:rPr>
        <w:t>академії</w:t>
      </w:r>
      <w:proofErr w:type="spellEnd"/>
      <w:r w:rsidRPr="00597BFD">
        <w:rPr>
          <w:szCs w:val="24"/>
          <w:lang w:val="ru-RU"/>
        </w:rPr>
        <w:t xml:space="preserve"> </w:t>
      </w:r>
      <w:proofErr w:type="spellStart"/>
      <w:r w:rsidRPr="00597BFD">
        <w:rPr>
          <w:szCs w:val="24"/>
          <w:lang w:val="ru-RU"/>
        </w:rPr>
        <w:t>медичних</w:t>
      </w:r>
      <w:proofErr w:type="spellEnd"/>
      <w:r w:rsidRPr="00597BFD">
        <w:rPr>
          <w:szCs w:val="24"/>
          <w:lang w:val="ru-RU"/>
        </w:rPr>
        <w:t xml:space="preserve"> наук </w:t>
      </w:r>
      <w:proofErr w:type="spellStart"/>
      <w:r w:rsidRPr="00597BFD">
        <w:rPr>
          <w:szCs w:val="24"/>
          <w:lang w:val="ru-RU"/>
        </w:rPr>
        <w:t>України</w:t>
      </w:r>
      <w:proofErr w:type="spellEnd"/>
      <w:r w:rsidRPr="00597BFD">
        <w:rPr>
          <w:szCs w:val="24"/>
          <w:lang w:val="ru-RU"/>
        </w:rPr>
        <w:t>»</w:t>
      </w:r>
    </w:p>
    <w:p w14:paraId="3EE9A145" w14:textId="77777777" w:rsidR="00907915" w:rsidRPr="002917B1" w:rsidRDefault="00DF025C" w:rsidP="00907915">
      <w:pPr>
        <w:ind w:left="4536"/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rPr>
          <w:u w:val="single"/>
          <w:lang w:val="ru-RU"/>
        </w:rPr>
      </w:pPr>
      <w:r w:rsidRPr="00597BFD">
        <w:rPr>
          <w:szCs w:val="24"/>
          <w:lang w:val="ru-RU"/>
        </w:rPr>
        <w:t xml:space="preserve">протокол </w:t>
      </w:r>
      <w:proofErr w:type="spellStart"/>
      <w:r w:rsidRPr="00597BFD">
        <w:rPr>
          <w:szCs w:val="24"/>
          <w:lang w:val="ru-RU"/>
        </w:rPr>
        <w:t>від</w:t>
      </w:r>
      <w:proofErr w:type="spellEnd"/>
      <w:r w:rsidRPr="00597BFD">
        <w:rPr>
          <w:szCs w:val="24"/>
          <w:lang w:val="ru-RU"/>
        </w:rPr>
        <w:t xml:space="preserve"> </w:t>
      </w:r>
      <w:r w:rsidR="00907915" w:rsidRPr="00C13248">
        <w:rPr>
          <w:sz w:val="21"/>
          <w:lang w:val="ru-RU"/>
        </w:rPr>
        <w:t>«</w:t>
      </w:r>
      <w:r w:rsidR="00907915">
        <w:rPr>
          <w:sz w:val="21"/>
        </w:rPr>
        <w:t xml:space="preserve">24 </w:t>
      </w:r>
      <w:r w:rsidR="00907915" w:rsidRPr="00C13248">
        <w:rPr>
          <w:sz w:val="21"/>
          <w:lang w:val="ru-RU"/>
        </w:rPr>
        <w:t xml:space="preserve">» </w:t>
      </w:r>
      <w:r w:rsidR="00907915" w:rsidRPr="002917B1">
        <w:rPr>
          <w:sz w:val="21"/>
          <w:u w:val="single"/>
          <w:lang w:val="ru-RU"/>
        </w:rPr>
        <w:t>червня</w:t>
      </w:r>
      <w:r w:rsidR="00907915" w:rsidRPr="00C13248">
        <w:rPr>
          <w:sz w:val="21"/>
          <w:lang w:val="ru-RU"/>
        </w:rPr>
        <w:t xml:space="preserve"> 2026 р. № </w:t>
      </w:r>
      <w:r w:rsidR="00907915" w:rsidRPr="002917B1">
        <w:rPr>
          <w:sz w:val="21"/>
          <w:u w:val="single"/>
          <w:lang w:val="ru-RU"/>
        </w:rPr>
        <w:t>7</w:t>
      </w:r>
    </w:p>
    <w:p w14:paraId="1BC2B8FE" w14:textId="23DCBD1E" w:rsidR="003D0F3C" w:rsidRPr="00597BFD" w:rsidRDefault="003D0F3C">
      <w:pPr>
        <w:spacing w:after="240"/>
        <w:ind w:left="4535"/>
        <w:rPr>
          <w:szCs w:val="24"/>
          <w:lang w:val="ru-RU"/>
        </w:rPr>
      </w:pPr>
    </w:p>
    <w:p w14:paraId="183FB1B5" w14:textId="77777777" w:rsidR="003D0F3C" w:rsidRPr="00907915" w:rsidRDefault="00DF025C">
      <w:pPr>
        <w:spacing w:after="360"/>
        <w:ind w:left="4535"/>
        <w:rPr>
          <w:color w:val="FFFFFF" w:themeColor="background1"/>
          <w:szCs w:val="24"/>
          <w:lang w:val="ru-RU"/>
        </w:rPr>
      </w:pPr>
      <w:r w:rsidRPr="00907915">
        <w:rPr>
          <w:color w:val="FFFFFF" w:themeColor="background1"/>
          <w:szCs w:val="24"/>
          <w:lang w:val="ru-RU"/>
        </w:rPr>
        <w:t xml:space="preserve">Введено в </w:t>
      </w:r>
      <w:proofErr w:type="spellStart"/>
      <w:r w:rsidRPr="00907915">
        <w:rPr>
          <w:color w:val="FFFFFF" w:themeColor="background1"/>
          <w:szCs w:val="24"/>
          <w:lang w:val="ru-RU"/>
        </w:rPr>
        <w:t>дію</w:t>
      </w:r>
      <w:proofErr w:type="spellEnd"/>
      <w:r w:rsidRPr="00907915">
        <w:rPr>
          <w:color w:val="FFFFFF" w:themeColor="background1"/>
          <w:szCs w:val="24"/>
          <w:lang w:val="ru-RU"/>
        </w:rPr>
        <w:t xml:space="preserve"> наказом генерального директора ННЦРМГО</w:t>
      </w:r>
      <w:r w:rsidRPr="00907915">
        <w:rPr>
          <w:color w:val="FFFFFF" w:themeColor="background1"/>
          <w:szCs w:val="24"/>
          <w:lang w:val="ru-RU"/>
        </w:rPr>
        <w:br/>
      </w:r>
      <w:proofErr w:type="spellStart"/>
      <w:r w:rsidRPr="00907915">
        <w:rPr>
          <w:color w:val="FFFFFF" w:themeColor="background1"/>
          <w:szCs w:val="24"/>
          <w:lang w:val="ru-RU"/>
        </w:rPr>
        <w:t>від</w:t>
      </w:r>
      <w:proofErr w:type="spellEnd"/>
      <w:r w:rsidRPr="00907915">
        <w:rPr>
          <w:color w:val="FFFFFF" w:themeColor="background1"/>
          <w:szCs w:val="24"/>
          <w:lang w:val="ru-RU"/>
        </w:rPr>
        <w:t xml:space="preserve"> «____» ____________ 2026 р. № ____</w:t>
      </w:r>
    </w:p>
    <w:p w14:paraId="5E912087" w14:textId="77777777" w:rsidR="003D0F3C" w:rsidRPr="00597BFD" w:rsidRDefault="003D0F3C">
      <w:pPr>
        <w:rPr>
          <w:lang w:val="ru-RU"/>
        </w:rPr>
      </w:pPr>
    </w:p>
    <w:p w14:paraId="0099C898" w14:textId="77777777" w:rsidR="003D0F3C" w:rsidRPr="00597BFD" w:rsidRDefault="003D0F3C">
      <w:pPr>
        <w:rPr>
          <w:lang w:val="ru-RU"/>
        </w:rPr>
      </w:pPr>
    </w:p>
    <w:p w14:paraId="26B111C3" w14:textId="77777777" w:rsidR="003D0F3C" w:rsidRPr="00597BFD" w:rsidRDefault="003D0F3C">
      <w:pPr>
        <w:rPr>
          <w:lang w:val="ru-RU"/>
        </w:rPr>
      </w:pPr>
    </w:p>
    <w:p w14:paraId="72033590" w14:textId="77777777" w:rsidR="003D0F3C" w:rsidRPr="00597BFD" w:rsidRDefault="00DF025C" w:rsidP="00237823">
      <w:pPr>
        <w:spacing w:after="40" w:line="360" w:lineRule="auto"/>
        <w:jc w:val="center"/>
        <w:rPr>
          <w:lang w:val="ru-RU"/>
        </w:rPr>
      </w:pPr>
      <w:r w:rsidRPr="00597BFD">
        <w:rPr>
          <w:b/>
          <w:sz w:val="28"/>
          <w:lang w:val="ru-RU"/>
        </w:rPr>
        <w:t>КОДЕКС</w:t>
      </w:r>
    </w:p>
    <w:p w14:paraId="002AC4D9" w14:textId="77777777" w:rsidR="003D0F3C" w:rsidRPr="00597BFD" w:rsidRDefault="00DF025C" w:rsidP="00237823">
      <w:pPr>
        <w:spacing w:after="40" w:line="360" w:lineRule="auto"/>
        <w:jc w:val="center"/>
        <w:rPr>
          <w:lang w:val="ru-RU"/>
        </w:rPr>
      </w:pPr>
      <w:r w:rsidRPr="00597BFD">
        <w:rPr>
          <w:b/>
          <w:sz w:val="28"/>
          <w:lang w:val="ru-RU"/>
        </w:rPr>
        <w:t>АКАДЕМІЧНОЇ ДОБРОЧЕСНОСТІ</w:t>
      </w:r>
    </w:p>
    <w:p w14:paraId="01347F46" w14:textId="3D1432DE" w:rsidR="003D0F3C" w:rsidRPr="00597BFD" w:rsidRDefault="00597BFD" w:rsidP="00237823">
      <w:pPr>
        <w:spacing w:after="40" w:line="360" w:lineRule="auto"/>
        <w:jc w:val="center"/>
        <w:rPr>
          <w:sz w:val="28"/>
          <w:szCs w:val="28"/>
          <w:lang w:val="ru-RU"/>
        </w:rPr>
      </w:pPr>
      <w:r w:rsidRPr="00597BFD">
        <w:rPr>
          <w:b/>
          <w:sz w:val="28"/>
          <w:szCs w:val="28"/>
          <w:lang w:val="ru-RU"/>
        </w:rPr>
        <w:t>ДЕРЖАВНОЇ УСТАНОВИ</w:t>
      </w:r>
      <w:r w:rsidR="00323EF4">
        <w:rPr>
          <w:b/>
          <w:sz w:val="28"/>
          <w:szCs w:val="28"/>
          <w:lang w:val="ru-RU"/>
        </w:rPr>
        <w:t xml:space="preserve"> </w:t>
      </w:r>
      <w:r w:rsidRPr="00597BFD">
        <w:rPr>
          <w:b/>
          <w:sz w:val="28"/>
          <w:szCs w:val="28"/>
          <w:lang w:val="ru-RU"/>
        </w:rPr>
        <w:t>«НАЦІОНАЛЬНИЙ НАУКОВИЙ ЦЕНТР РАДІАЦІЙНОЇ МЕДИЦИНИ,</w:t>
      </w:r>
      <w:r w:rsidR="00323EF4">
        <w:rPr>
          <w:b/>
          <w:sz w:val="28"/>
          <w:szCs w:val="28"/>
          <w:lang w:val="ru-RU"/>
        </w:rPr>
        <w:t xml:space="preserve"> </w:t>
      </w:r>
      <w:r w:rsidRPr="00597BFD">
        <w:rPr>
          <w:b/>
          <w:sz w:val="28"/>
          <w:szCs w:val="28"/>
          <w:lang w:val="ru-RU"/>
        </w:rPr>
        <w:t>ГЕМАТОЛОГІЇ ТА ОНКОЛОГІЇ</w:t>
      </w:r>
    </w:p>
    <w:p w14:paraId="5603615B" w14:textId="381863E9" w:rsidR="003D0F3C" w:rsidRPr="00597BFD" w:rsidRDefault="00597BFD" w:rsidP="00237823">
      <w:pPr>
        <w:spacing w:after="40" w:line="360" w:lineRule="auto"/>
        <w:jc w:val="center"/>
        <w:rPr>
          <w:sz w:val="28"/>
          <w:szCs w:val="28"/>
          <w:lang w:val="ru-RU"/>
        </w:rPr>
      </w:pPr>
      <w:r w:rsidRPr="00597BFD">
        <w:rPr>
          <w:b/>
          <w:sz w:val="28"/>
          <w:szCs w:val="28"/>
          <w:lang w:val="ru-RU"/>
        </w:rPr>
        <w:t>НАЦІОНАЛЬНОЇ АКАДЕМІЇ МЕДИЧНИХ НАУК УКРАЇНИ»</w:t>
      </w:r>
    </w:p>
    <w:p w14:paraId="5ABAB5BD" w14:textId="77777777" w:rsidR="003D0F3C" w:rsidRPr="00597BFD" w:rsidRDefault="003D0F3C">
      <w:pPr>
        <w:rPr>
          <w:lang w:val="ru-RU"/>
        </w:rPr>
      </w:pPr>
    </w:p>
    <w:p w14:paraId="47DB00E8" w14:textId="77777777" w:rsidR="003D0F3C" w:rsidRDefault="003D0F3C">
      <w:pPr>
        <w:rPr>
          <w:lang w:val="ru-RU"/>
        </w:rPr>
      </w:pPr>
    </w:p>
    <w:p w14:paraId="5F46338F" w14:textId="77777777" w:rsidR="00597BFD" w:rsidRDefault="00597BFD">
      <w:pPr>
        <w:rPr>
          <w:lang w:val="ru-RU"/>
        </w:rPr>
      </w:pPr>
    </w:p>
    <w:p w14:paraId="3CB44422" w14:textId="77777777" w:rsidR="00597BFD" w:rsidRDefault="00597BFD">
      <w:pPr>
        <w:rPr>
          <w:lang w:val="ru-RU"/>
        </w:rPr>
      </w:pPr>
    </w:p>
    <w:p w14:paraId="13D2B38A" w14:textId="77777777" w:rsidR="00597BFD" w:rsidRDefault="00597BFD">
      <w:pPr>
        <w:rPr>
          <w:lang w:val="ru-RU"/>
        </w:rPr>
      </w:pPr>
    </w:p>
    <w:p w14:paraId="17F7C68F" w14:textId="77777777" w:rsidR="00597BFD" w:rsidRDefault="00597BFD">
      <w:pPr>
        <w:rPr>
          <w:lang w:val="ru-RU"/>
        </w:rPr>
      </w:pPr>
    </w:p>
    <w:p w14:paraId="034F15AD" w14:textId="77777777" w:rsidR="00597BFD" w:rsidRDefault="00597BFD">
      <w:pPr>
        <w:rPr>
          <w:lang w:val="ru-RU"/>
        </w:rPr>
      </w:pPr>
    </w:p>
    <w:p w14:paraId="581B5A1D" w14:textId="77777777" w:rsidR="00597BFD" w:rsidRDefault="00597BFD">
      <w:pPr>
        <w:rPr>
          <w:lang w:val="ru-RU"/>
        </w:rPr>
      </w:pPr>
    </w:p>
    <w:p w14:paraId="04275BBA" w14:textId="77777777" w:rsidR="00597BFD" w:rsidRDefault="00597BFD">
      <w:pPr>
        <w:rPr>
          <w:lang w:val="ru-RU"/>
        </w:rPr>
      </w:pPr>
    </w:p>
    <w:p w14:paraId="34857A1A" w14:textId="77777777" w:rsidR="00597BFD" w:rsidRDefault="00597BFD">
      <w:pPr>
        <w:rPr>
          <w:lang w:val="ru-RU"/>
        </w:rPr>
      </w:pPr>
    </w:p>
    <w:p w14:paraId="38BC8255" w14:textId="77777777" w:rsidR="00597BFD" w:rsidRDefault="00597BFD">
      <w:pPr>
        <w:rPr>
          <w:lang w:val="ru-RU"/>
        </w:rPr>
      </w:pPr>
    </w:p>
    <w:p w14:paraId="7512FBC1" w14:textId="77777777" w:rsidR="00597BFD" w:rsidRDefault="00597BFD">
      <w:pPr>
        <w:rPr>
          <w:lang w:val="ru-RU"/>
        </w:rPr>
      </w:pPr>
    </w:p>
    <w:p w14:paraId="669783E9" w14:textId="77777777" w:rsidR="00597BFD" w:rsidRDefault="00597BFD">
      <w:pPr>
        <w:rPr>
          <w:lang w:val="ru-RU"/>
        </w:rPr>
      </w:pPr>
    </w:p>
    <w:p w14:paraId="3DBEF659" w14:textId="77777777" w:rsidR="00597BFD" w:rsidRDefault="00597BFD">
      <w:pPr>
        <w:rPr>
          <w:lang w:val="ru-RU"/>
        </w:rPr>
      </w:pPr>
    </w:p>
    <w:p w14:paraId="7F4FEEE5" w14:textId="77777777" w:rsidR="00597BFD" w:rsidRDefault="00597BFD">
      <w:pPr>
        <w:rPr>
          <w:lang w:val="ru-RU"/>
        </w:rPr>
      </w:pPr>
    </w:p>
    <w:p w14:paraId="0BA20141" w14:textId="77777777" w:rsidR="00597BFD" w:rsidRDefault="00597BFD">
      <w:pPr>
        <w:rPr>
          <w:lang w:val="ru-RU"/>
        </w:rPr>
      </w:pPr>
    </w:p>
    <w:p w14:paraId="045898C6" w14:textId="77777777" w:rsidR="003D0F3C" w:rsidRDefault="00DF025C">
      <w:pPr>
        <w:jc w:val="center"/>
      </w:pPr>
      <w:proofErr w:type="spellStart"/>
      <w:r>
        <w:t>Київ</w:t>
      </w:r>
      <w:proofErr w:type="spellEnd"/>
      <w:r>
        <w:t xml:space="preserve"> - 2026</w:t>
      </w:r>
    </w:p>
    <w:p w14:paraId="55E98546" w14:textId="77777777" w:rsidR="003D0F3C" w:rsidRDefault="00DF025C">
      <w:r>
        <w:lastRenderedPageBreak/>
        <w:br w:type="page"/>
      </w:r>
    </w:p>
    <w:p w14:paraId="7AAAA1BF" w14:textId="77777777" w:rsidR="003D0F3C" w:rsidRDefault="00DF025C">
      <w:pPr>
        <w:spacing w:after="160"/>
        <w:jc w:val="center"/>
      </w:pPr>
      <w:r>
        <w:rPr>
          <w:b/>
        </w:rPr>
        <w:lastRenderedPageBreak/>
        <w:t>ЗМІСТ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37"/>
        <w:gridCol w:w="1701"/>
      </w:tblGrid>
      <w:tr w:rsidR="003D0F3C" w14:paraId="5CEB0B40" w14:textId="77777777">
        <w:tc>
          <w:tcPr>
            <w:tcW w:w="7937" w:type="dxa"/>
          </w:tcPr>
          <w:p w14:paraId="7F0C1BFC" w14:textId="77777777" w:rsidR="003D0F3C" w:rsidRDefault="00DF025C">
            <w:r>
              <w:t xml:space="preserve">1. </w:t>
            </w:r>
            <w:proofErr w:type="spellStart"/>
            <w:r>
              <w:t>Преамбула</w:t>
            </w:r>
            <w:proofErr w:type="spellEnd"/>
          </w:p>
        </w:tc>
        <w:tc>
          <w:tcPr>
            <w:tcW w:w="1701" w:type="dxa"/>
          </w:tcPr>
          <w:p w14:paraId="0E9A9FA4" w14:textId="77777777" w:rsidR="003D0F3C" w:rsidRDefault="00DF025C">
            <w:pPr>
              <w:jc w:val="right"/>
            </w:pPr>
            <w:r>
              <w:t>3</w:t>
            </w:r>
          </w:p>
        </w:tc>
      </w:tr>
      <w:tr w:rsidR="003D0F3C" w14:paraId="6CEE611E" w14:textId="77777777">
        <w:tc>
          <w:tcPr>
            <w:tcW w:w="7937" w:type="dxa"/>
          </w:tcPr>
          <w:p w14:paraId="401B8AB0" w14:textId="77777777" w:rsidR="003D0F3C" w:rsidRDefault="00DF025C">
            <w:r>
              <w:t xml:space="preserve">2. </w:t>
            </w:r>
            <w:proofErr w:type="spellStart"/>
            <w:r>
              <w:t>Мета</w:t>
            </w:r>
            <w:proofErr w:type="spellEnd"/>
            <w:r>
              <w:t xml:space="preserve"> і </w:t>
            </w:r>
            <w:proofErr w:type="spellStart"/>
            <w:r>
              <w:t>завдання</w:t>
            </w:r>
            <w:proofErr w:type="spellEnd"/>
            <w:r>
              <w:t xml:space="preserve"> </w:t>
            </w:r>
            <w:proofErr w:type="spellStart"/>
            <w:r>
              <w:t>Кодексу</w:t>
            </w:r>
            <w:proofErr w:type="spellEnd"/>
          </w:p>
        </w:tc>
        <w:tc>
          <w:tcPr>
            <w:tcW w:w="1701" w:type="dxa"/>
          </w:tcPr>
          <w:p w14:paraId="7BA4661D" w14:textId="77777777" w:rsidR="003D0F3C" w:rsidRDefault="00DF025C">
            <w:pPr>
              <w:jc w:val="right"/>
            </w:pPr>
            <w:r>
              <w:t>3</w:t>
            </w:r>
          </w:p>
        </w:tc>
      </w:tr>
      <w:tr w:rsidR="003D0F3C" w14:paraId="498745F4" w14:textId="77777777">
        <w:tc>
          <w:tcPr>
            <w:tcW w:w="7937" w:type="dxa"/>
          </w:tcPr>
          <w:p w14:paraId="10109C09" w14:textId="77777777" w:rsidR="003D0F3C" w:rsidRDefault="00DF025C">
            <w:r>
              <w:t xml:space="preserve">3. </w:t>
            </w:r>
            <w:proofErr w:type="spellStart"/>
            <w:r>
              <w:t>Сфера</w:t>
            </w:r>
            <w:proofErr w:type="spellEnd"/>
            <w:r>
              <w:t xml:space="preserve"> </w:t>
            </w:r>
            <w:proofErr w:type="spellStart"/>
            <w:r>
              <w:t>дії</w:t>
            </w:r>
            <w:proofErr w:type="spellEnd"/>
            <w:r>
              <w:t xml:space="preserve"> </w:t>
            </w:r>
            <w:proofErr w:type="spellStart"/>
            <w:r>
              <w:t>Кодексу</w:t>
            </w:r>
            <w:proofErr w:type="spellEnd"/>
          </w:p>
        </w:tc>
        <w:tc>
          <w:tcPr>
            <w:tcW w:w="1701" w:type="dxa"/>
          </w:tcPr>
          <w:p w14:paraId="683EBA8B" w14:textId="77777777" w:rsidR="003D0F3C" w:rsidRDefault="00DF025C">
            <w:pPr>
              <w:jc w:val="right"/>
            </w:pPr>
            <w:r>
              <w:t>3</w:t>
            </w:r>
          </w:p>
        </w:tc>
      </w:tr>
      <w:tr w:rsidR="003D0F3C" w14:paraId="76522C7C" w14:textId="77777777">
        <w:tc>
          <w:tcPr>
            <w:tcW w:w="7937" w:type="dxa"/>
          </w:tcPr>
          <w:p w14:paraId="65938B36" w14:textId="77777777" w:rsidR="003D0F3C" w:rsidRDefault="00DF025C">
            <w:r>
              <w:t xml:space="preserve">4. </w:t>
            </w:r>
            <w:proofErr w:type="spellStart"/>
            <w:r>
              <w:t>Нормативна</w:t>
            </w:r>
            <w:proofErr w:type="spellEnd"/>
            <w:r>
              <w:t xml:space="preserve"> і </w:t>
            </w:r>
            <w:proofErr w:type="spellStart"/>
            <w:r>
              <w:t>внутрішня</w:t>
            </w:r>
            <w:proofErr w:type="spellEnd"/>
            <w:r>
              <w:t xml:space="preserve"> </w:t>
            </w:r>
            <w:proofErr w:type="spellStart"/>
            <w:r>
              <w:t>основа</w:t>
            </w:r>
            <w:proofErr w:type="spellEnd"/>
          </w:p>
        </w:tc>
        <w:tc>
          <w:tcPr>
            <w:tcW w:w="1701" w:type="dxa"/>
          </w:tcPr>
          <w:p w14:paraId="68509432" w14:textId="77777777" w:rsidR="003D0F3C" w:rsidRDefault="00DF025C">
            <w:pPr>
              <w:jc w:val="right"/>
            </w:pPr>
            <w:r>
              <w:t>4</w:t>
            </w:r>
          </w:p>
        </w:tc>
      </w:tr>
      <w:tr w:rsidR="003D0F3C" w14:paraId="42163BF8" w14:textId="77777777">
        <w:tc>
          <w:tcPr>
            <w:tcW w:w="7937" w:type="dxa"/>
          </w:tcPr>
          <w:p w14:paraId="49818795" w14:textId="77777777" w:rsidR="003D0F3C" w:rsidRDefault="00DF025C">
            <w:r>
              <w:t xml:space="preserve">5. </w:t>
            </w:r>
            <w:proofErr w:type="spellStart"/>
            <w:r>
              <w:t>Базові</w:t>
            </w:r>
            <w:proofErr w:type="spellEnd"/>
            <w:r>
              <w:t xml:space="preserve"> </w:t>
            </w:r>
            <w:proofErr w:type="spellStart"/>
            <w:r>
              <w:t>цінності</w:t>
            </w:r>
            <w:proofErr w:type="spellEnd"/>
            <w:r>
              <w:t xml:space="preserve"> </w:t>
            </w:r>
            <w:proofErr w:type="spellStart"/>
            <w:r>
              <w:t>академічної</w:t>
            </w:r>
            <w:proofErr w:type="spellEnd"/>
            <w:r>
              <w:t xml:space="preserve"> </w:t>
            </w:r>
            <w:proofErr w:type="spellStart"/>
            <w:r>
              <w:t>доброчесності</w:t>
            </w:r>
            <w:proofErr w:type="spellEnd"/>
          </w:p>
        </w:tc>
        <w:tc>
          <w:tcPr>
            <w:tcW w:w="1701" w:type="dxa"/>
          </w:tcPr>
          <w:p w14:paraId="093B46C2" w14:textId="77777777" w:rsidR="003D0F3C" w:rsidRDefault="00DF025C">
            <w:pPr>
              <w:jc w:val="right"/>
            </w:pPr>
            <w:r>
              <w:t>4</w:t>
            </w:r>
          </w:p>
        </w:tc>
      </w:tr>
      <w:tr w:rsidR="003D0F3C" w14:paraId="1C346510" w14:textId="77777777">
        <w:tc>
          <w:tcPr>
            <w:tcW w:w="7937" w:type="dxa"/>
          </w:tcPr>
          <w:p w14:paraId="6A077B79" w14:textId="77777777" w:rsidR="003D0F3C" w:rsidRDefault="00DF025C">
            <w:r>
              <w:t xml:space="preserve">6. </w:t>
            </w:r>
            <w:proofErr w:type="spellStart"/>
            <w:r>
              <w:t>Загальні</w:t>
            </w:r>
            <w:proofErr w:type="spellEnd"/>
            <w:r>
              <w:t xml:space="preserve"> </w:t>
            </w:r>
            <w:proofErr w:type="spellStart"/>
            <w:r>
              <w:t>стандарти</w:t>
            </w:r>
            <w:proofErr w:type="spellEnd"/>
            <w:r>
              <w:t xml:space="preserve"> </w:t>
            </w:r>
            <w:proofErr w:type="spellStart"/>
            <w:r>
              <w:t>доброчесної</w:t>
            </w:r>
            <w:proofErr w:type="spellEnd"/>
            <w:r>
              <w:t xml:space="preserve"> </w:t>
            </w:r>
            <w:proofErr w:type="spellStart"/>
            <w:r>
              <w:t>поведінки</w:t>
            </w:r>
            <w:proofErr w:type="spellEnd"/>
          </w:p>
        </w:tc>
        <w:tc>
          <w:tcPr>
            <w:tcW w:w="1701" w:type="dxa"/>
          </w:tcPr>
          <w:p w14:paraId="3C18BDC1" w14:textId="77777777" w:rsidR="003D0F3C" w:rsidRDefault="00DF025C">
            <w:pPr>
              <w:jc w:val="right"/>
            </w:pPr>
            <w:r>
              <w:t>5</w:t>
            </w:r>
          </w:p>
        </w:tc>
      </w:tr>
      <w:tr w:rsidR="003D0F3C" w14:paraId="09A4AB9B" w14:textId="77777777">
        <w:tc>
          <w:tcPr>
            <w:tcW w:w="7937" w:type="dxa"/>
          </w:tcPr>
          <w:p w14:paraId="2115E963" w14:textId="77777777" w:rsidR="003D0F3C" w:rsidRDefault="00DF025C">
            <w:r>
              <w:t xml:space="preserve">7. </w:t>
            </w:r>
            <w:proofErr w:type="spellStart"/>
            <w:r>
              <w:t>Доброчесність</w:t>
            </w:r>
            <w:proofErr w:type="spellEnd"/>
            <w:r>
              <w:t xml:space="preserve"> у </w:t>
            </w:r>
            <w:proofErr w:type="spellStart"/>
            <w:r>
              <w:t>науковій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</w:p>
        </w:tc>
        <w:tc>
          <w:tcPr>
            <w:tcW w:w="1701" w:type="dxa"/>
          </w:tcPr>
          <w:p w14:paraId="60A734E2" w14:textId="77777777" w:rsidR="003D0F3C" w:rsidRDefault="00DF025C">
            <w:pPr>
              <w:jc w:val="right"/>
            </w:pPr>
            <w:r>
              <w:t>6</w:t>
            </w:r>
          </w:p>
        </w:tc>
      </w:tr>
      <w:tr w:rsidR="003D0F3C" w14:paraId="252909B0" w14:textId="77777777">
        <w:tc>
          <w:tcPr>
            <w:tcW w:w="7937" w:type="dxa"/>
          </w:tcPr>
          <w:p w14:paraId="0D580332" w14:textId="77777777" w:rsidR="003D0F3C" w:rsidRPr="00597BFD" w:rsidRDefault="00DF025C">
            <w:pPr>
              <w:rPr>
                <w:lang w:val="ru-RU"/>
              </w:rPr>
            </w:pPr>
            <w:r w:rsidRPr="00597BFD">
              <w:rPr>
                <w:lang w:val="ru-RU"/>
              </w:rPr>
              <w:t xml:space="preserve">8. Авторство, </w:t>
            </w:r>
            <w:proofErr w:type="spellStart"/>
            <w:r w:rsidRPr="00597BFD">
              <w:rPr>
                <w:lang w:val="ru-RU"/>
              </w:rPr>
              <w:t>співавторство</w:t>
            </w:r>
            <w:proofErr w:type="spellEnd"/>
            <w:r w:rsidRPr="00597BFD">
              <w:rPr>
                <w:lang w:val="ru-RU"/>
              </w:rPr>
              <w:t xml:space="preserve"> і </w:t>
            </w:r>
            <w:proofErr w:type="spellStart"/>
            <w:r w:rsidRPr="00597BFD">
              <w:rPr>
                <w:lang w:val="ru-RU"/>
              </w:rPr>
              <w:t>внесок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авторів</w:t>
            </w:r>
            <w:proofErr w:type="spellEnd"/>
          </w:p>
        </w:tc>
        <w:tc>
          <w:tcPr>
            <w:tcW w:w="1701" w:type="dxa"/>
          </w:tcPr>
          <w:p w14:paraId="047F5D40" w14:textId="77777777" w:rsidR="003D0F3C" w:rsidRDefault="00DF025C">
            <w:pPr>
              <w:jc w:val="right"/>
            </w:pPr>
            <w:r>
              <w:t>6</w:t>
            </w:r>
          </w:p>
        </w:tc>
      </w:tr>
      <w:tr w:rsidR="003D0F3C" w14:paraId="67BFF30F" w14:textId="77777777">
        <w:tc>
          <w:tcPr>
            <w:tcW w:w="7937" w:type="dxa"/>
          </w:tcPr>
          <w:p w14:paraId="32656993" w14:textId="77777777" w:rsidR="003D0F3C" w:rsidRPr="00597BFD" w:rsidRDefault="00DF025C">
            <w:pPr>
              <w:rPr>
                <w:lang w:val="ru-RU"/>
              </w:rPr>
            </w:pPr>
            <w:r w:rsidRPr="00597BFD">
              <w:rPr>
                <w:lang w:val="ru-RU"/>
              </w:rPr>
              <w:t xml:space="preserve">9. </w:t>
            </w:r>
            <w:proofErr w:type="spellStart"/>
            <w:r w:rsidRPr="00597BFD">
              <w:rPr>
                <w:lang w:val="ru-RU"/>
              </w:rPr>
              <w:t>Публікаційна</w:t>
            </w:r>
            <w:proofErr w:type="spellEnd"/>
            <w:r w:rsidRPr="00597BFD">
              <w:rPr>
                <w:lang w:val="ru-RU"/>
              </w:rPr>
              <w:t xml:space="preserve">, </w:t>
            </w:r>
            <w:proofErr w:type="spellStart"/>
            <w:r w:rsidRPr="00597BFD">
              <w:rPr>
                <w:lang w:val="ru-RU"/>
              </w:rPr>
              <w:t>редакційна</w:t>
            </w:r>
            <w:proofErr w:type="spellEnd"/>
            <w:r w:rsidRPr="00597BFD">
              <w:rPr>
                <w:lang w:val="ru-RU"/>
              </w:rPr>
              <w:t xml:space="preserve"> та </w:t>
            </w:r>
            <w:proofErr w:type="spellStart"/>
            <w:r w:rsidRPr="00597BFD">
              <w:rPr>
                <w:lang w:val="ru-RU"/>
              </w:rPr>
              <w:t>рецензійна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доброчесність</w:t>
            </w:r>
            <w:proofErr w:type="spellEnd"/>
          </w:p>
        </w:tc>
        <w:tc>
          <w:tcPr>
            <w:tcW w:w="1701" w:type="dxa"/>
          </w:tcPr>
          <w:p w14:paraId="778FEE90" w14:textId="77777777" w:rsidR="003D0F3C" w:rsidRDefault="00DF025C">
            <w:pPr>
              <w:jc w:val="right"/>
            </w:pPr>
            <w:r>
              <w:t>7</w:t>
            </w:r>
          </w:p>
        </w:tc>
      </w:tr>
      <w:tr w:rsidR="003D0F3C" w14:paraId="142F547F" w14:textId="77777777">
        <w:tc>
          <w:tcPr>
            <w:tcW w:w="7937" w:type="dxa"/>
          </w:tcPr>
          <w:p w14:paraId="49DC8441" w14:textId="77777777" w:rsidR="003D0F3C" w:rsidRPr="00597BFD" w:rsidRDefault="00DF025C">
            <w:pPr>
              <w:rPr>
                <w:lang w:val="ru-RU"/>
              </w:rPr>
            </w:pPr>
            <w:r w:rsidRPr="00597BFD">
              <w:rPr>
                <w:lang w:val="ru-RU"/>
              </w:rPr>
              <w:t xml:space="preserve">10. </w:t>
            </w:r>
            <w:proofErr w:type="spellStart"/>
            <w:r w:rsidRPr="00597BFD">
              <w:rPr>
                <w:lang w:val="ru-RU"/>
              </w:rPr>
              <w:t>Доброчесніс</w:t>
            </w:r>
            <w:r w:rsidRPr="00597BFD">
              <w:rPr>
                <w:lang w:val="ru-RU"/>
              </w:rPr>
              <w:t>ть</w:t>
            </w:r>
            <w:proofErr w:type="spellEnd"/>
            <w:r w:rsidRPr="00597BFD">
              <w:rPr>
                <w:lang w:val="ru-RU"/>
              </w:rPr>
              <w:t xml:space="preserve"> у </w:t>
            </w:r>
            <w:proofErr w:type="spellStart"/>
            <w:r w:rsidRPr="00597BFD">
              <w:rPr>
                <w:lang w:val="ru-RU"/>
              </w:rPr>
              <w:t>дисертаційних</w:t>
            </w:r>
            <w:proofErr w:type="spellEnd"/>
            <w:r w:rsidRPr="00597BFD">
              <w:rPr>
                <w:lang w:val="ru-RU"/>
              </w:rPr>
              <w:t xml:space="preserve">, </w:t>
            </w:r>
            <w:proofErr w:type="spellStart"/>
            <w:r w:rsidRPr="00597BFD">
              <w:rPr>
                <w:lang w:val="ru-RU"/>
              </w:rPr>
              <w:t>експертних</w:t>
            </w:r>
            <w:proofErr w:type="spellEnd"/>
            <w:r w:rsidRPr="00597BFD">
              <w:rPr>
                <w:lang w:val="ru-RU"/>
              </w:rPr>
              <w:t xml:space="preserve"> та </w:t>
            </w:r>
            <w:proofErr w:type="spellStart"/>
            <w:r w:rsidRPr="00597BFD">
              <w:rPr>
                <w:lang w:val="ru-RU"/>
              </w:rPr>
              <w:t>оцінювальних</w:t>
            </w:r>
            <w:proofErr w:type="spellEnd"/>
            <w:r w:rsidRPr="00597BFD">
              <w:rPr>
                <w:lang w:val="ru-RU"/>
              </w:rPr>
              <w:t xml:space="preserve"> процедурах</w:t>
            </w:r>
          </w:p>
        </w:tc>
        <w:tc>
          <w:tcPr>
            <w:tcW w:w="1701" w:type="dxa"/>
          </w:tcPr>
          <w:p w14:paraId="2BCA8A7B" w14:textId="77777777" w:rsidR="003D0F3C" w:rsidRDefault="00DF025C">
            <w:pPr>
              <w:jc w:val="right"/>
            </w:pPr>
            <w:r>
              <w:t>7</w:t>
            </w:r>
          </w:p>
        </w:tc>
      </w:tr>
      <w:tr w:rsidR="003D0F3C" w14:paraId="1120E4AF" w14:textId="77777777">
        <w:tc>
          <w:tcPr>
            <w:tcW w:w="7937" w:type="dxa"/>
          </w:tcPr>
          <w:p w14:paraId="76C94E5F" w14:textId="77777777" w:rsidR="003D0F3C" w:rsidRPr="00597BFD" w:rsidRDefault="00DF025C">
            <w:pPr>
              <w:rPr>
                <w:lang w:val="ru-RU"/>
              </w:rPr>
            </w:pPr>
            <w:r w:rsidRPr="00597BFD">
              <w:rPr>
                <w:lang w:val="ru-RU"/>
              </w:rPr>
              <w:t xml:space="preserve">11. </w:t>
            </w:r>
            <w:proofErr w:type="spellStart"/>
            <w:r w:rsidRPr="00597BFD">
              <w:rPr>
                <w:lang w:val="ru-RU"/>
              </w:rPr>
              <w:t>Доброчесність</w:t>
            </w:r>
            <w:proofErr w:type="spellEnd"/>
            <w:r w:rsidRPr="00597BFD">
              <w:rPr>
                <w:lang w:val="ru-RU"/>
              </w:rPr>
              <w:t xml:space="preserve"> у </w:t>
            </w:r>
            <w:proofErr w:type="spellStart"/>
            <w:r w:rsidRPr="00597BFD">
              <w:rPr>
                <w:lang w:val="ru-RU"/>
              </w:rPr>
              <w:t>роботі</w:t>
            </w:r>
            <w:proofErr w:type="spellEnd"/>
            <w:r w:rsidRPr="00597BFD">
              <w:rPr>
                <w:lang w:val="ru-RU"/>
              </w:rPr>
              <w:t xml:space="preserve"> з </w:t>
            </w:r>
            <w:proofErr w:type="spellStart"/>
            <w:r w:rsidRPr="00597BFD">
              <w:rPr>
                <w:lang w:val="ru-RU"/>
              </w:rPr>
              <w:t>даними</w:t>
            </w:r>
            <w:proofErr w:type="spellEnd"/>
            <w:r w:rsidRPr="00597BFD">
              <w:rPr>
                <w:lang w:val="ru-RU"/>
              </w:rPr>
              <w:t xml:space="preserve">, </w:t>
            </w:r>
            <w:proofErr w:type="spellStart"/>
            <w:r w:rsidRPr="00597BFD">
              <w:rPr>
                <w:lang w:val="ru-RU"/>
              </w:rPr>
              <w:t>медичною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інформацією</w:t>
            </w:r>
            <w:proofErr w:type="spellEnd"/>
            <w:r w:rsidRPr="00597BFD">
              <w:rPr>
                <w:lang w:val="ru-RU"/>
              </w:rPr>
              <w:t xml:space="preserve"> і </w:t>
            </w:r>
            <w:proofErr w:type="spellStart"/>
            <w:r w:rsidRPr="00597BFD">
              <w:rPr>
                <w:lang w:val="ru-RU"/>
              </w:rPr>
              <w:t>конфіденційними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матеріалами</w:t>
            </w:r>
            <w:proofErr w:type="spellEnd"/>
          </w:p>
        </w:tc>
        <w:tc>
          <w:tcPr>
            <w:tcW w:w="1701" w:type="dxa"/>
          </w:tcPr>
          <w:p w14:paraId="23D0823B" w14:textId="77777777" w:rsidR="003D0F3C" w:rsidRDefault="00DF025C">
            <w:pPr>
              <w:jc w:val="right"/>
            </w:pPr>
            <w:r>
              <w:t>8</w:t>
            </w:r>
          </w:p>
        </w:tc>
      </w:tr>
      <w:tr w:rsidR="003D0F3C" w14:paraId="7416F21F" w14:textId="77777777">
        <w:tc>
          <w:tcPr>
            <w:tcW w:w="7937" w:type="dxa"/>
          </w:tcPr>
          <w:p w14:paraId="35F1B97C" w14:textId="77777777" w:rsidR="003D0F3C" w:rsidRDefault="00DF025C">
            <w:r>
              <w:t xml:space="preserve">12. </w:t>
            </w:r>
            <w:proofErr w:type="spellStart"/>
            <w:r>
              <w:t>Використання</w:t>
            </w:r>
            <w:proofErr w:type="spellEnd"/>
            <w:r>
              <w:t xml:space="preserve"> </w:t>
            </w:r>
            <w:proofErr w:type="spellStart"/>
            <w:r>
              <w:t>технологій</w:t>
            </w:r>
            <w:proofErr w:type="spellEnd"/>
            <w:r>
              <w:t xml:space="preserve"> </w:t>
            </w:r>
            <w:proofErr w:type="spellStart"/>
            <w:r>
              <w:t>штучного</w:t>
            </w:r>
            <w:proofErr w:type="spellEnd"/>
            <w:r>
              <w:t xml:space="preserve"> </w:t>
            </w:r>
            <w:proofErr w:type="spellStart"/>
            <w:r>
              <w:t>інтелекту</w:t>
            </w:r>
            <w:proofErr w:type="spellEnd"/>
          </w:p>
        </w:tc>
        <w:tc>
          <w:tcPr>
            <w:tcW w:w="1701" w:type="dxa"/>
          </w:tcPr>
          <w:p w14:paraId="15658E76" w14:textId="77777777" w:rsidR="003D0F3C" w:rsidRDefault="00DF025C">
            <w:pPr>
              <w:jc w:val="right"/>
            </w:pPr>
            <w:r>
              <w:t>8</w:t>
            </w:r>
          </w:p>
        </w:tc>
      </w:tr>
      <w:tr w:rsidR="003D0F3C" w14:paraId="4B71B45C" w14:textId="77777777">
        <w:tc>
          <w:tcPr>
            <w:tcW w:w="7937" w:type="dxa"/>
          </w:tcPr>
          <w:p w14:paraId="2F538460" w14:textId="77777777" w:rsidR="003D0F3C" w:rsidRPr="00597BFD" w:rsidRDefault="00DF025C">
            <w:pPr>
              <w:rPr>
                <w:lang w:val="ru-RU"/>
              </w:rPr>
            </w:pPr>
            <w:r w:rsidRPr="00597BFD">
              <w:rPr>
                <w:lang w:val="ru-RU"/>
              </w:rPr>
              <w:t xml:space="preserve">13. </w:t>
            </w:r>
            <w:proofErr w:type="spellStart"/>
            <w:r w:rsidRPr="00597BFD">
              <w:rPr>
                <w:lang w:val="ru-RU"/>
              </w:rPr>
              <w:t>Конфлікт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інтересів</w:t>
            </w:r>
            <w:proofErr w:type="spellEnd"/>
            <w:r w:rsidRPr="00597BFD">
              <w:rPr>
                <w:lang w:val="ru-RU"/>
              </w:rPr>
              <w:t xml:space="preserve">, </w:t>
            </w:r>
            <w:proofErr w:type="spellStart"/>
            <w:r w:rsidRPr="00597BFD">
              <w:rPr>
                <w:lang w:val="ru-RU"/>
              </w:rPr>
              <w:t>тиск</w:t>
            </w:r>
            <w:proofErr w:type="spellEnd"/>
            <w:r w:rsidRPr="00597BFD">
              <w:rPr>
                <w:lang w:val="ru-RU"/>
              </w:rPr>
              <w:t xml:space="preserve"> і </w:t>
            </w:r>
            <w:proofErr w:type="spellStart"/>
            <w:r w:rsidRPr="00597BFD">
              <w:rPr>
                <w:lang w:val="ru-RU"/>
              </w:rPr>
              <w:t>недоброчесний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вплив</w:t>
            </w:r>
            <w:proofErr w:type="spellEnd"/>
          </w:p>
        </w:tc>
        <w:tc>
          <w:tcPr>
            <w:tcW w:w="1701" w:type="dxa"/>
          </w:tcPr>
          <w:p w14:paraId="320A2D1E" w14:textId="77777777" w:rsidR="003D0F3C" w:rsidRDefault="00DF025C">
            <w:pPr>
              <w:jc w:val="right"/>
            </w:pPr>
            <w:r>
              <w:t>9</w:t>
            </w:r>
          </w:p>
        </w:tc>
      </w:tr>
      <w:tr w:rsidR="003D0F3C" w14:paraId="70775363" w14:textId="77777777">
        <w:tc>
          <w:tcPr>
            <w:tcW w:w="7937" w:type="dxa"/>
          </w:tcPr>
          <w:p w14:paraId="64210CCE" w14:textId="77777777" w:rsidR="003D0F3C" w:rsidRPr="00597BFD" w:rsidRDefault="00DF025C">
            <w:pPr>
              <w:rPr>
                <w:lang w:val="ru-RU"/>
              </w:rPr>
            </w:pPr>
            <w:r w:rsidRPr="00597BFD">
              <w:rPr>
                <w:lang w:val="ru-RU"/>
              </w:rPr>
              <w:t xml:space="preserve">14. </w:t>
            </w:r>
            <w:proofErr w:type="spellStart"/>
            <w:r w:rsidRPr="00597BFD">
              <w:rPr>
                <w:lang w:val="ru-RU"/>
              </w:rPr>
              <w:t>Повідомлення</w:t>
            </w:r>
            <w:proofErr w:type="spellEnd"/>
            <w:r w:rsidRPr="00597BFD">
              <w:rPr>
                <w:lang w:val="ru-RU"/>
              </w:rPr>
              <w:t xml:space="preserve"> про </w:t>
            </w:r>
            <w:proofErr w:type="spellStart"/>
            <w:r w:rsidRPr="00597BFD">
              <w:rPr>
                <w:lang w:val="ru-RU"/>
              </w:rPr>
              <w:t>можливі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порушення</w:t>
            </w:r>
            <w:proofErr w:type="spellEnd"/>
            <w:r w:rsidRPr="00597BFD">
              <w:rPr>
                <w:lang w:val="ru-RU"/>
              </w:rPr>
              <w:t xml:space="preserve"> і </w:t>
            </w:r>
            <w:proofErr w:type="spellStart"/>
            <w:r w:rsidRPr="00597BFD">
              <w:rPr>
                <w:lang w:val="ru-RU"/>
              </w:rPr>
              <w:t>відповідальне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реагування</w:t>
            </w:r>
            <w:proofErr w:type="spellEnd"/>
          </w:p>
        </w:tc>
        <w:tc>
          <w:tcPr>
            <w:tcW w:w="1701" w:type="dxa"/>
          </w:tcPr>
          <w:p w14:paraId="62F51D71" w14:textId="77777777" w:rsidR="003D0F3C" w:rsidRDefault="00DF025C">
            <w:pPr>
              <w:jc w:val="right"/>
            </w:pPr>
            <w:r>
              <w:t>9</w:t>
            </w:r>
          </w:p>
        </w:tc>
      </w:tr>
      <w:tr w:rsidR="003D0F3C" w14:paraId="3163F8DA" w14:textId="77777777">
        <w:tc>
          <w:tcPr>
            <w:tcW w:w="7937" w:type="dxa"/>
          </w:tcPr>
          <w:p w14:paraId="2CC6E6EA" w14:textId="77777777" w:rsidR="003D0F3C" w:rsidRPr="00597BFD" w:rsidRDefault="00DF025C">
            <w:pPr>
              <w:rPr>
                <w:lang w:val="ru-RU"/>
              </w:rPr>
            </w:pPr>
            <w:r w:rsidRPr="00597BFD">
              <w:rPr>
                <w:lang w:val="ru-RU"/>
              </w:rPr>
              <w:t xml:space="preserve">15. </w:t>
            </w:r>
            <w:proofErr w:type="spellStart"/>
            <w:r w:rsidRPr="00597BFD">
              <w:rPr>
                <w:lang w:val="ru-RU"/>
              </w:rPr>
              <w:t>Взаємозв’язок</w:t>
            </w:r>
            <w:proofErr w:type="spellEnd"/>
            <w:r w:rsidRPr="00597BFD">
              <w:rPr>
                <w:lang w:val="ru-RU"/>
              </w:rPr>
              <w:t xml:space="preserve"> Кодексу з </w:t>
            </w:r>
            <w:proofErr w:type="spellStart"/>
            <w:r w:rsidRPr="00597BFD">
              <w:rPr>
                <w:lang w:val="ru-RU"/>
              </w:rPr>
              <w:t>іншими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внутрішніми</w:t>
            </w:r>
            <w:proofErr w:type="spellEnd"/>
            <w:r w:rsidRPr="00597BFD">
              <w:rPr>
                <w:lang w:val="ru-RU"/>
              </w:rPr>
              <w:t xml:space="preserve"> актами ННЦРМГО</w:t>
            </w:r>
          </w:p>
        </w:tc>
        <w:tc>
          <w:tcPr>
            <w:tcW w:w="1701" w:type="dxa"/>
          </w:tcPr>
          <w:p w14:paraId="659572DA" w14:textId="77777777" w:rsidR="003D0F3C" w:rsidRDefault="00DF025C">
            <w:pPr>
              <w:jc w:val="right"/>
            </w:pPr>
            <w:r>
              <w:t>10</w:t>
            </w:r>
          </w:p>
        </w:tc>
      </w:tr>
      <w:tr w:rsidR="003D0F3C" w14:paraId="0057F958" w14:textId="77777777">
        <w:tc>
          <w:tcPr>
            <w:tcW w:w="7937" w:type="dxa"/>
          </w:tcPr>
          <w:p w14:paraId="634E8CFF" w14:textId="77777777" w:rsidR="003D0F3C" w:rsidRDefault="00DF025C">
            <w:r>
              <w:t xml:space="preserve">16. </w:t>
            </w:r>
            <w:proofErr w:type="spellStart"/>
            <w:r>
              <w:t>Прикінцеві</w:t>
            </w:r>
            <w:proofErr w:type="spellEnd"/>
            <w:r>
              <w:t xml:space="preserve"> </w:t>
            </w:r>
            <w:proofErr w:type="spellStart"/>
            <w:r>
              <w:t>положення</w:t>
            </w:r>
            <w:proofErr w:type="spellEnd"/>
          </w:p>
        </w:tc>
        <w:tc>
          <w:tcPr>
            <w:tcW w:w="1701" w:type="dxa"/>
          </w:tcPr>
          <w:p w14:paraId="57840F9E" w14:textId="77777777" w:rsidR="003D0F3C" w:rsidRDefault="00DF025C">
            <w:pPr>
              <w:jc w:val="right"/>
            </w:pPr>
            <w:r>
              <w:t>10</w:t>
            </w:r>
          </w:p>
        </w:tc>
      </w:tr>
      <w:tr w:rsidR="003D0F3C" w14:paraId="081812C0" w14:textId="77777777">
        <w:tc>
          <w:tcPr>
            <w:tcW w:w="7937" w:type="dxa"/>
          </w:tcPr>
          <w:p w14:paraId="4A054962" w14:textId="77777777" w:rsidR="003D0F3C" w:rsidRPr="00597BFD" w:rsidRDefault="00DF025C">
            <w:pPr>
              <w:rPr>
                <w:lang w:val="ru-RU"/>
              </w:rPr>
            </w:pPr>
            <w:proofErr w:type="spellStart"/>
            <w:r w:rsidRPr="00597BFD">
              <w:rPr>
                <w:lang w:val="ru-RU"/>
              </w:rPr>
              <w:t>Додаток</w:t>
            </w:r>
            <w:proofErr w:type="spellEnd"/>
            <w:r w:rsidRPr="00597BFD">
              <w:rPr>
                <w:lang w:val="ru-RU"/>
              </w:rPr>
              <w:t xml:space="preserve"> 1. Коротка </w:t>
            </w:r>
            <w:proofErr w:type="spellStart"/>
            <w:r w:rsidRPr="00597BFD">
              <w:rPr>
                <w:lang w:val="ru-RU"/>
              </w:rPr>
              <w:t>пам’ятка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суб’єкта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академічної</w:t>
            </w:r>
            <w:proofErr w:type="spellEnd"/>
            <w:r w:rsidRPr="00597BFD">
              <w:rPr>
                <w:lang w:val="ru-RU"/>
              </w:rPr>
              <w:t xml:space="preserve"> </w:t>
            </w:r>
            <w:proofErr w:type="spellStart"/>
            <w:r w:rsidRPr="00597BFD">
              <w:rPr>
                <w:lang w:val="ru-RU"/>
              </w:rPr>
              <w:t>діяльності</w:t>
            </w:r>
            <w:proofErr w:type="spellEnd"/>
            <w:r w:rsidRPr="00597BFD">
              <w:rPr>
                <w:lang w:val="ru-RU"/>
              </w:rPr>
              <w:t xml:space="preserve"> ННЦРМГО</w:t>
            </w:r>
          </w:p>
        </w:tc>
        <w:tc>
          <w:tcPr>
            <w:tcW w:w="1701" w:type="dxa"/>
          </w:tcPr>
          <w:p w14:paraId="47DD1915" w14:textId="77777777" w:rsidR="003D0F3C" w:rsidRDefault="00DF025C">
            <w:pPr>
              <w:jc w:val="right"/>
            </w:pPr>
            <w:r>
              <w:t>1</w:t>
            </w:r>
            <w:r>
              <w:t>2</w:t>
            </w:r>
          </w:p>
        </w:tc>
      </w:tr>
    </w:tbl>
    <w:p w14:paraId="1E93F43E" w14:textId="77777777" w:rsidR="003D0F3C" w:rsidRDefault="00DF025C">
      <w:r>
        <w:br w:type="page"/>
      </w:r>
    </w:p>
    <w:p w14:paraId="2D0DB39C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uk-UA"/>
        </w:rPr>
      </w:pPr>
      <w:r>
        <w:rPr>
          <w:rFonts w:ascii="Times New Roman" w:eastAsia="Times New Roman" w:hAnsi="Times New Roman"/>
        </w:rPr>
        <w:lastRenderedPageBreak/>
        <w:t>1. ПРЕАМБУЛА</w:t>
      </w:r>
    </w:p>
    <w:p w14:paraId="56CDE830" w14:textId="77777777" w:rsidR="00597BFD" w:rsidRPr="00597BFD" w:rsidRDefault="00597BFD" w:rsidP="00597BFD">
      <w:pPr>
        <w:rPr>
          <w:lang w:val="uk-UA"/>
        </w:rPr>
      </w:pPr>
    </w:p>
    <w:p w14:paraId="01B02D49" w14:textId="77777777" w:rsidR="003D0F3C" w:rsidRPr="000A3E36" w:rsidRDefault="00DF025C" w:rsidP="000A3E36">
      <w:pPr>
        <w:spacing w:after="60"/>
        <w:ind w:firstLine="340"/>
        <w:jc w:val="both"/>
        <w:rPr>
          <w:lang w:val="uk-UA"/>
        </w:rPr>
      </w:pPr>
      <w:r w:rsidRPr="000A3E36">
        <w:rPr>
          <w:lang w:val="uk-UA"/>
        </w:rPr>
        <w:t xml:space="preserve">1.1. Академічна доброчесність є основою довіри до наукових результатів, медичної науки, експертних висновків, редакційних рішень, дисертаційних процедур і репутації Державної установи «Національний науковий центр радіаційної </w:t>
      </w:r>
      <w:r w:rsidRPr="000A3E36">
        <w:rPr>
          <w:lang w:val="uk-UA"/>
        </w:rPr>
        <w:t>медицини, гематології та онкології Національної академії медичних наук України» (далі - ННЦРМГО).</w:t>
      </w:r>
    </w:p>
    <w:p w14:paraId="5EC5F32E" w14:textId="77777777" w:rsidR="003D0F3C" w:rsidRPr="000A3E36" w:rsidRDefault="00DF025C" w:rsidP="000A3E36">
      <w:pPr>
        <w:spacing w:after="60"/>
        <w:ind w:firstLine="340"/>
        <w:jc w:val="both"/>
        <w:rPr>
          <w:lang w:val="uk-UA"/>
        </w:rPr>
      </w:pPr>
      <w:r w:rsidRPr="000A3E36">
        <w:rPr>
          <w:lang w:val="uk-UA"/>
        </w:rPr>
        <w:t>1.2. Для ННЦРМГО академічна доброчесність має особливе значення, оскільки наукова, клінічна, лабораторна, радіобіологічна, гематологічна, онкологічна, епідемі</w:t>
      </w:r>
      <w:r w:rsidRPr="000A3E36">
        <w:rPr>
          <w:lang w:val="uk-UA"/>
        </w:rPr>
        <w:t>ологічна, редакційна, експертна та дисертаційна діяльність Центру пов’язана з достовірністю даних, повагою до прав людини, захистом медичної інформації, відповідальним використанням результатів досліджень і суспільною довірою до науки.</w:t>
      </w:r>
    </w:p>
    <w:p w14:paraId="6B0F0540" w14:textId="77777777" w:rsidR="003D0F3C" w:rsidRPr="000A3E36" w:rsidRDefault="00DF025C" w:rsidP="000A3E36">
      <w:pPr>
        <w:spacing w:after="60"/>
        <w:ind w:firstLine="340"/>
        <w:jc w:val="both"/>
        <w:rPr>
          <w:lang w:val="uk-UA"/>
        </w:rPr>
      </w:pPr>
      <w:r w:rsidRPr="000A3E36">
        <w:rPr>
          <w:lang w:val="uk-UA"/>
        </w:rPr>
        <w:t xml:space="preserve">1.3. Цей </w:t>
      </w:r>
      <w:r w:rsidRPr="000A3E36">
        <w:rPr>
          <w:lang w:val="uk-UA"/>
        </w:rPr>
        <w:t>Кодекс визначає цінності, принципи і стандарти доброчесної поведінки суб’єктів академічної діяльності в ННЦРМГО.</w:t>
      </w:r>
    </w:p>
    <w:p w14:paraId="3A495B6A" w14:textId="77777777" w:rsidR="003D0F3C" w:rsidRDefault="00DF025C" w:rsidP="000A3E36">
      <w:pPr>
        <w:spacing w:after="60"/>
        <w:ind w:firstLine="340"/>
        <w:jc w:val="both"/>
        <w:rPr>
          <w:lang w:val="ru-RU"/>
        </w:rPr>
      </w:pPr>
      <w:r w:rsidRPr="000A3E36">
        <w:rPr>
          <w:lang w:val="uk-UA"/>
        </w:rPr>
        <w:t>1.4. Кодекс не замінює Положення про академічну доброчесність у ННЦРМГО, Положення про Комісію з академічної доброчесності ННЦРМГО як уповноваж</w:t>
      </w:r>
      <w:r w:rsidRPr="000A3E36">
        <w:rPr>
          <w:lang w:val="uk-UA"/>
        </w:rPr>
        <w:t xml:space="preserve">ений орган з питань академічної доброчесності, Положення про використання технологій штучного інтелекту в освітній, науковій, редакційній та експертній діяльності ННЦРМГО та інші внутрішні акти ННЦРМГО. </w:t>
      </w:r>
      <w:proofErr w:type="spellStart"/>
      <w:r w:rsidRPr="00597BFD">
        <w:rPr>
          <w:lang w:val="ru-RU"/>
        </w:rPr>
        <w:t>Він</w:t>
      </w:r>
      <w:proofErr w:type="spellEnd"/>
      <w:r w:rsidRPr="00597BFD">
        <w:rPr>
          <w:lang w:val="ru-RU"/>
        </w:rPr>
        <w:t xml:space="preserve"> є </w:t>
      </w:r>
      <w:proofErr w:type="spellStart"/>
      <w:r w:rsidRPr="00597BFD">
        <w:rPr>
          <w:lang w:val="ru-RU"/>
        </w:rPr>
        <w:t>ціннісною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поведінковою</w:t>
      </w:r>
      <w:proofErr w:type="spellEnd"/>
      <w:r w:rsidRPr="00597BFD">
        <w:rPr>
          <w:lang w:val="ru-RU"/>
        </w:rPr>
        <w:t xml:space="preserve"> основою для </w:t>
      </w:r>
      <w:proofErr w:type="spellStart"/>
      <w:r w:rsidRPr="00597BFD">
        <w:rPr>
          <w:lang w:val="ru-RU"/>
        </w:rPr>
        <w:t>їх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застосу</w:t>
      </w:r>
      <w:r w:rsidRPr="00597BFD">
        <w:rPr>
          <w:lang w:val="ru-RU"/>
        </w:rPr>
        <w:t>вання</w:t>
      </w:r>
      <w:proofErr w:type="spellEnd"/>
      <w:r w:rsidRPr="00597BFD">
        <w:rPr>
          <w:lang w:val="ru-RU"/>
        </w:rPr>
        <w:t>.</w:t>
      </w:r>
    </w:p>
    <w:p w14:paraId="12C0630B" w14:textId="77777777" w:rsidR="00597BFD" w:rsidRDefault="00597BFD">
      <w:pPr>
        <w:spacing w:after="60"/>
        <w:ind w:firstLine="340"/>
        <w:jc w:val="both"/>
        <w:rPr>
          <w:lang w:val="ru-RU"/>
        </w:rPr>
      </w:pPr>
    </w:p>
    <w:p w14:paraId="2B44D264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2. МЕТА І ЗАВДАННЯ КОДЕКСУ</w:t>
      </w:r>
    </w:p>
    <w:p w14:paraId="68EF9943" w14:textId="77777777" w:rsidR="007578C5" w:rsidRPr="007578C5" w:rsidRDefault="007578C5" w:rsidP="007578C5">
      <w:pPr>
        <w:rPr>
          <w:lang w:val="ru-RU"/>
        </w:rPr>
      </w:pPr>
    </w:p>
    <w:p w14:paraId="0A481ADA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2.1. Метою Кодексу є </w:t>
      </w:r>
      <w:proofErr w:type="spellStart"/>
      <w:r w:rsidRPr="00597BFD">
        <w:rPr>
          <w:lang w:val="ru-RU"/>
        </w:rPr>
        <w:t>формування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підтримання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розвиток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культури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в ННЦРМГО.</w:t>
      </w:r>
    </w:p>
    <w:p w14:paraId="0B3ACC7B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2.2. </w:t>
      </w:r>
      <w:proofErr w:type="spellStart"/>
      <w:r w:rsidRPr="00597BFD">
        <w:rPr>
          <w:lang w:val="ru-RU"/>
        </w:rPr>
        <w:t>Завданнями</w:t>
      </w:r>
      <w:proofErr w:type="spellEnd"/>
      <w:r w:rsidRPr="00597BFD">
        <w:rPr>
          <w:lang w:val="ru-RU"/>
        </w:rPr>
        <w:t xml:space="preserve"> Кодексу є:</w:t>
      </w:r>
    </w:p>
    <w:p w14:paraId="69C32F65" w14:textId="748BD658" w:rsidR="003D0F3C" w:rsidRPr="000A3E36" w:rsidRDefault="00DF025C" w:rsidP="000A3E36">
      <w:pPr>
        <w:pStyle w:val="ae"/>
        <w:numPr>
          <w:ilvl w:val="0"/>
          <w:numId w:val="24"/>
        </w:numPr>
        <w:spacing w:after="20"/>
        <w:rPr>
          <w:lang w:val="ru-RU"/>
        </w:rPr>
      </w:pPr>
      <w:proofErr w:type="spellStart"/>
      <w:r w:rsidRPr="000A3E36">
        <w:rPr>
          <w:lang w:val="ru-RU"/>
        </w:rPr>
        <w:t>визначити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базові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цінності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академічної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доброчесності</w:t>
      </w:r>
      <w:proofErr w:type="spellEnd"/>
      <w:r w:rsidRPr="000A3E36">
        <w:rPr>
          <w:lang w:val="ru-RU"/>
        </w:rPr>
        <w:t xml:space="preserve"> в ННЦРМГО;</w:t>
      </w:r>
    </w:p>
    <w:p w14:paraId="7FFE360A" w14:textId="61685492" w:rsidR="003D0F3C" w:rsidRPr="000A3E36" w:rsidRDefault="00DF025C" w:rsidP="000A3E36">
      <w:pPr>
        <w:pStyle w:val="ae"/>
        <w:numPr>
          <w:ilvl w:val="0"/>
          <w:numId w:val="24"/>
        </w:numPr>
        <w:spacing w:after="20"/>
        <w:rPr>
          <w:lang w:val="ru-RU"/>
        </w:rPr>
      </w:pPr>
      <w:proofErr w:type="spellStart"/>
      <w:r w:rsidRPr="000A3E36">
        <w:rPr>
          <w:lang w:val="ru-RU"/>
        </w:rPr>
        <w:t>встановити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загальні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стандарт</w:t>
      </w:r>
      <w:r w:rsidRPr="000A3E36">
        <w:rPr>
          <w:lang w:val="ru-RU"/>
        </w:rPr>
        <w:t>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доброчесної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поведінки</w:t>
      </w:r>
      <w:proofErr w:type="spellEnd"/>
      <w:r w:rsidRPr="000A3E36">
        <w:rPr>
          <w:lang w:val="ru-RU"/>
        </w:rPr>
        <w:t xml:space="preserve"> у </w:t>
      </w:r>
      <w:proofErr w:type="spellStart"/>
      <w:r w:rsidRPr="000A3E36">
        <w:rPr>
          <w:lang w:val="ru-RU"/>
        </w:rPr>
        <w:t>науковій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освітній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редакційній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видавничій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експертній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дисертаційній</w:t>
      </w:r>
      <w:proofErr w:type="spellEnd"/>
      <w:r w:rsidRPr="000A3E36">
        <w:rPr>
          <w:lang w:val="ru-RU"/>
        </w:rPr>
        <w:t xml:space="preserve"> та </w:t>
      </w:r>
      <w:proofErr w:type="spellStart"/>
      <w:r w:rsidRPr="000A3E36">
        <w:rPr>
          <w:lang w:val="ru-RU"/>
        </w:rPr>
        <w:t>науково-організаційній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діяльності</w:t>
      </w:r>
      <w:proofErr w:type="spellEnd"/>
      <w:r w:rsidRPr="000A3E36">
        <w:rPr>
          <w:lang w:val="ru-RU"/>
        </w:rPr>
        <w:t>;</w:t>
      </w:r>
    </w:p>
    <w:p w14:paraId="566C239B" w14:textId="34A64F3B" w:rsidR="003D0F3C" w:rsidRPr="000A3E36" w:rsidRDefault="00DF025C" w:rsidP="000A3E36">
      <w:pPr>
        <w:pStyle w:val="ae"/>
        <w:numPr>
          <w:ilvl w:val="0"/>
          <w:numId w:val="24"/>
        </w:numPr>
        <w:spacing w:after="20"/>
        <w:rPr>
          <w:lang w:val="ru-RU"/>
        </w:rPr>
      </w:pPr>
      <w:proofErr w:type="spellStart"/>
      <w:r w:rsidRPr="000A3E36">
        <w:rPr>
          <w:lang w:val="ru-RU"/>
        </w:rPr>
        <w:t>сприяти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запобіганню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академічному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плагіату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самоплагіату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фабрикації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фальсифікації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недоброчесному</w:t>
      </w:r>
      <w:proofErr w:type="spellEnd"/>
      <w:r w:rsidRPr="000A3E36">
        <w:rPr>
          <w:lang w:val="ru-RU"/>
        </w:rPr>
        <w:t xml:space="preserve"> авторству, </w:t>
      </w:r>
      <w:proofErr w:type="spellStart"/>
      <w:r w:rsidRPr="000A3E36">
        <w:rPr>
          <w:lang w:val="ru-RU"/>
        </w:rPr>
        <w:t>недоброчесн</w:t>
      </w:r>
      <w:r w:rsidRPr="000A3E36">
        <w:rPr>
          <w:lang w:val="ru-RU"/>
        </w:rPr>
        <w:t>ому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оцінюванню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недоброчесному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використанню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технологій</w:t>
      </w:r>
      <w:proofErr w:type="spellEnd"/>
      <w:r w:rsidRPr="000A3E36">
        <w:rPr>
          <w:lang w:val="ru-RU"/>
        </w:rPr>
        <w:t xml:space="preserve"> штучного </w:t>
      </w:r>
      <w:proofErr w:type="spellStart"/>
      <w:r w:rsidRPr="000A3E36">
        <w:rPr>
          <w:lang w:val="ru-RU"/>
        </w:rPr>
        <w:t>інтелекту</w:t>
      </w:r>
      <w:proofErr w:type="spellEnd"/>
      <w:r w:rsidRPr="000A3E36">
        <w:rPr>
          <w:lang w:val="ru-RU"/>
        </w:rPr>
        <w:t xml:space="preserve"> та </w:t>
      </w:r>
      <w:proofErr w:type="spellStart"/>
      <w:r w:rsidRPr="000A3E36">
        <w:rPr>
          <w:lang w:val="ru-RU"/>
        </w:rPr>
        <w:t>іншим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порушенням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академічної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доброчесності</w:t>
      </w:r>
      <w:proofErr w:type="spellEnd"/>
      <w:r w:rsidRPr="000A3E36">
        <w:rPr>
          <w:lang w:val="ru-RU"/>
        </w:rPr>
        <w:t>;</w:t>
      </w:r>
    </w:p>
    <w:p w14:paraId="0D9EC276" w14:textId="3833303C" w:rsidR="003D0F3C" w:rsidRPr="000A3E36" w:rsidRDefault="00DF025C" w:rsidP="000A3E36">
      <w:pPr>
        <w:pStyle w:val="ae"/>
        <w:numPr>
          <w:ilvl w:val="0"/>
          <w:numId w:val="24"/>
        </w:numPr>
        <w:spacing w:after="20"/>
        <w:rPr>
          <w:lang w:val="ru-RU"/>
        </w:rPr>
      </w:pPr>
      <w:proofErr w:type="spellStart"/>
      <w:r w:rsidRPr="000A3E36">
        <w:rPr>
          <w:lang w:val="ru-RU"/>
        </w:rPr>
        <w:t>підтримати</w:t>
      </w:r>
      <w:proofErr w:type="spellEnd"/>
      <w:r w:rsidRPr="000A3E36">
        <w:rPr>
          <w:lang w:val="ru-RU"/>
        </w:rPr>
        <w:t xml:space="preserve"> прозоре, </w:t>
      </w:r>
      <w:proofErr w:type="spellStart"/>
      <w:r w:rsidRPr="000A3E36">
        <w:rPr>
          <w:lang w:val="ru-RU"/>
        </w:rPr>
        <w:t>неупереджене</w:t>
      </w:r>
      <w:proofErr w:type="spellEnd"/>
      <w:r w:rsidRPr="000A3E36">
        <w:rPr>
          <w:lang w:val="ru-RU"/>
        </w:rPr>
        <w:t xml:space="preserve"> і </w:t>
      </w:r>
      <w:proofErr w:type="spellStart"/>
      <w:r w:rsidRPr="000A3E36">
        <w:rPr>
          <w:lang w:val="ru-RU"/>
        </w:rPr>
        <w:t>відповідальне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ставлення</w:t>
      </w:r>
      <w:proofErr w:type="spellEnd"/>
      <w:r w:rsidRPr="000A3E36">
        <w:rPr>
          <w:lang w:val="ru-RU"/>
        </w:rPr>
        <w:t xml:space="preserve"> до авторства, </w:t>
      </w:r>
      <w:proofErr w:type="spellStart"/>
      <w:r w:rsidRPr="000A3E36">
        <w:rPr>
          <w:lang w:val="ru-RU"/>
        </w:rPr>
        <w:t>співавторства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рецензування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редагування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експертизи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опонуван</w:t>
      </w:r>
      <w:r w:rsidRPr="000A3E36">
        <w:rPr>
          <w:lang w:val="ru-RU"/>
        </w:rPr>
        <w:t>ня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підготовки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дисертаційних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матеріалів</w:t>
      </w:r>
      <w:proofErr w:type="spellEnd"/>
      <w:r w:rsidRPr="000A3E36">
        <w:rPr>
          <w:lang w:val="ru-RU"/>
        </w:rPr>
        <w:t xml:space="preserve"> і </w:t>
      </w:r>
      <w:proofErr w:type="spellStart"/>
      <w:r w:rsidRPr="000A3E36">
        <w:rPr>
          <w:lang w:val="ru-RU"/>
        </w:rPr>
        <w:t>використання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наукових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даних</w:t>
      </w:r>
      <w:proofErr w:type="spellEnd"/>
      <w:r w:rsidRPr="000A3E36">
        <w:rPr>
          <w:lang w:val="ru-RU"/>
        </w:rPr>
        <w:t>;</w:t>
      </w:r>
    </w:p>
    <w:p w14:paraId="1E96D17B" w14:textId="2425B3A5" w:rsidR="003D0F3C" w:rsidRPr="000A3E36" w:rsidRDefault="00DF025C" w:rsidP="000A3E36">
      <w:pPr>
        <w:pStyle w:val="ae"/>
        <w:numPr>
          <w:ilvl w:val="0"/>
          <w:numId w:val="24"/>
        </w:numPr>
        <w:spacing w:after="20"/>
        <w:rPr>
          <w:lang w:val="ru-RU"/>
        </w:rPr>
      </w:pPr>
      <w:proofErr w:type="spellStart"/>
      <w:r w:rsidRPr="000A3E36">
        <w:rPr>
          <w:lang w:val="ru-RU"/>
        </w:rPr>
        <w:t>забезпечити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узгоджене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застосування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внутрішніх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актів</w:t>
      </w:r>
      <w:proofErr w:type="spellEnd"/>
      <w:r w:rsidRPr="000A3E36">
        <w:rPr>
          <w:lang w:val="ru-RU"/>
        </w:rPr>
        <w:t xml:space="preserve"> ННЦРМГО з </w:t>
      </w:r>
      <w:proofErr w:type="spellStart"/>
      <w:r w:rsidRPr="000A3E36">
        <w:rPr>
          <w:lang w:val="ru-RU"/>
        </w:rPr>
        <w:t>питань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академічної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доброчесності</w:t>
      </w:r>
      <w:proofErr w:type="spellEnd"/>
      <w:r w:rsidRPr="000A3E36">
        <w:rPr>
          <w:lang w:val="ru-RU"/>
        </w:rPr>
        <w:t>;</w:t>
      </w:r>
    </w:p>
    <w:p w14:paraId="1AEF2065" w14:textId="5AB9006C" w:rsidR="003D0F3C" w:rsidRPr="000A3E36" w:rsidRDefault="00DF025C" w:rsidP="000A3E36">
      <w:pPr>
        <w:pStyle w:val="ae"/>
        <w:numPr>
          <w:ilvl w:val="0"/>
          <w:numId w:val="24"/>
        </w:numPr>
        <w:spacing w:after="20"/>
        <w:rPr>
          <w:lang w:val="ru-RU"/>
        </w:rPr>
      </w:pPr>
      <w:proofErr w:type="spellStart"/>
      <w:r w:rsidRPr="000A3E36">
        <w:rPr>
          <w:lang w:val="ru-RU"/>
        </w:rPr>
        <w:t>сприяти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захисту</w:t>
      </w:r>
      <w:proofErr w:type="spellEnd"/>
      <w:r w:rsidRPr="000A3E36">
        <w:rPr>
          <w:lang w:val="ru-RU"/>
        </w:rPr>
        <w:t xml:space="preserve"> прав </w:t>
      </w:r>
      <w:proofErr w:type="spellStart"/>
      <w:r w:rsidRPr="000A3E36">
        <w:rPr>
          <w:lang w:val="ru-RU"/>
        </w:rPr>
        <w:t>авторів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співавторів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здобувачів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наукових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ступенів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рецензентів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екс</w:t>
      </w:r>
      <w:r w:rsidRPr="000A3E36">
        <w:rPr>
          <w:lang w:val="ru-RU"/>
        </w:rPr>
        <w:t>пертів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редакторів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членів</w:t>
      </w:r>
      <w:proofErr w:type="spellEnd"/>
      <w:r w:rsidRPr="000A3E36">
        <w:rPr>
          <w:lang w:val="ru-RU"/>
        </w:rPr>
        <w:t xml:space="preserve"> рад, </w:t>
      </w:r>
      <w:proofErr w:type="spellStart"/>
      <w:r w:rsidRPr="000A3E36">
        <w:rPr>
          <w:lang w:val="ru-RU"/>
        </w:rPr>
        <w:t>добросовісних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заявників</w:t>
      </w:r>
      <w:proofErr w:type="spellEnd"/>
      <w:r w:rsidRPr="000A3E36">
        <w:rPr>
          <w:lang w:val="ru-RU"/>
        </w:rPr>
        <w:t xml:space="preserve"> та </w:t>
      </w:r>
      <w:proofErr w:type="spellStart"/>
      <w:r w:rsidRPr="000A3E36">
        <w:rPr>
          <w:lang w:val="ru-RU"/>
        </w:rPr>
        <w:t>інших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учасників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академічної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діяльності</w:t>
      </w:r>
      <w:proofErr w:type="spellEnd"/>
      <w:r w:rsidRPr="000A3E36">
        <w:rPr>
          <w:lang w:val="ru-RU"/>
        </w:rPr>
        <w:t>.</w:t>
      </w:r>
    </w:p>
    <w:p w14:paraId="5CEDE263" w14:textId="77777777" w:rsidR="00597BFD" w:rsidRPr="00597BFD" w:rsidRDefault="00597BFD">
      <w:pPr>
        <w:spacing w:after="20"/>
        <w:ind w:left="454" w:hanging="340"/>
        <w:rPr>
          <w:lang w:val="ru-RU"/>
        </w:rPr>
      </w:pPr>
    </w:p>
    <w:p w14:paraId="62BA8BD2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3. СФЕРА ДІЇ КОДЕКСУ</w:t>
      </w:r>
    </w:p>
    <w:p w14:paraId="74894615" w14:textId="77777777" w:rsidR="007578C5" w:rsidRPr="007578C5" w:rsidRDefault="007578C5" w:rsidP="007578C5">
      <w:pPr>
        <w:rPr>
          <w:lang w:val="ru-RU"/>
        </w:rPr>
      </w:pPr>
    </w:p>
    <w:p w14:paraId="2992DBEB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3.1. </w:t>
      </w:r>
      <w:proofErr w:type="spellStart"/>
      <w:r w:rsidRPr="00597BFD">
        <w:rPr>
          <w:lang w:val="ru-RU"/>
        </w:rPr>
        <w:t>Дія</w:t>
      </w:r>
      <w:proofErr w:type="spellEnd"/>
      <w:r w:rsidRPr="00597BFD">
        <w:rPr>
          <w:lang w:val="ru-RU"/>
        </w:rPr>
        <w:t xml:space="preserve"> Кодексу </w:t>
      </w:r>
      <w:proofErr w:type="spellStart"/>
      <w:r w:rsidRPr="00597BFD">
        <w:rPr>
          <w:lang w:val="ru-RU"/>
        </w:rPr>
        <w:t>поширюється</w:t>
      </w:r>
      <w:proofErr w:type="spellEnd"/>
      <w:r w:rsidRPr="00597BFD">
        <w:rPr>
          <w:lang w:val="ru-RU"/>
        </w:rPr>
        <w:t xml:space="preserve"> на </w:t>
      </w:r>
      <w:proofErr w:type="spellStart"/>
      <w:r w:rsidRPr="00597BFD">
        <w:rPr>
          <w:lang w:val="ru-RU"/>
        </w:rPr>
        <w:t>суб’єктів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які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беруть</w:t>
      </w:r>
      <w:proofErr w:type="spellEnd"/>
      <w:r w:rsidRPr="00597BFD">
        <w:rPr>
          <w:lang w:val="ru-RU"/>
        </w:rPr>
        <w:t xml:space="preserve"> участь у </w:t>
      </w:r>
      <w:proofErr w:type="spellStart"/>
      <w:r w:rsidRPr="00597BFD">
        <w:rPr>
          <w:lang w:val="ru-RU"/>
        </w:rPr>
        <w:t>науковій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освітній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редакційній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видавничій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екс</w:t>
      </w:r>
      <w:r w:rsidRPr="00597BFD">
        <w:rPr>
          <w:lang w:val="ru-RU"/>
        </w:rPr>
        <w:t>пертній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дисертаційній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науково-організаційній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ННЦРМГО.</w:t>
      </w:r>
    </w:p>
    <w:p w14:paraId="020B9E0B" w14:textId="59090F46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lastRenderedPageBreak/>
        <w:t xml:space="preserve">3.2. До таких </w:t>
      </w:r>
      <w:proofErr w:type="spellStart"/>
      <w:r w:rsidRPr="00597BFD">
        <w:rPr>
          <w:lang w:val="ru-RU"/>
        </w:rPr>
        <w:t>суб’єктів</w:t>
      </w:r>
      <w:proofErr w:type="spellEnd"/>
      <w:r w:rsidRPr="00597BFD">
        <w:rPr>
          <w:lang w:val="ru-RU"/>
        </w:rPr>
        <w:t xml:space="preserve"> належать:</w:t>
      </w:r>
    </w:p>
    <w:p w14:paraId="12BAAD0B" w14:textId="7A5E5E2E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proofErr w:type="spellStart"/>
      <w:r w:rsidRPr="000A3E36">
        <w:rPr>
          <w:lang w:val="ru-RU"/>
        </w:rPr>
        <w:t>наукові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працівники</w:t>
      </w:r>
      <w:proofErr w:type="spellEnd"/>
      <w:r w:rsidRPr="000A3E36">
        <w:rPr>
          <w:lang w:val="ru-RU"/>
        </w:rPr>
        <w:t xml:space="preserve"> ННЦРМГО;</w:t>
      </w:r>
    </w:p>
    <w:p w14:paraId="1E8D3673" w14:textId="698BCAFB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proofErr w:type="spellStart"/>
      <w:r w:rsidRPr="000A3E36">
        <w:rPr>
          <w:lang w:val="ru-RU"/>
        </w:rPr>
        <w:t>науково-педагогічні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працівники</w:t>
      </w:r>
      <w:proofErr w:type="spellEnd"/>
      <w:r w:rsidRPr="000A3E36">
        <w:rPr>
          <w:lang w:val="ru-RU"/>
        </w:rPr>
        <w:t xml:space="preserve"> за </w:t>
      </w:r>
      <w:proofErr w:type="spellStart"/>
      <w:r w:rsidRPr="000A3E36">
        <w:rPr>
          <w:lang w:val="ru-RU"/>
        </w:rPr>
        <w:t>наявності</w:t>
      </w:r>
      <w:proofErr w:type="spellEnd"/>
      <w:r w:rsidRPr="000A3E36">
        <w:rPr>
          <w:lang w:val="ru-RU"/>
        </w:rPr>
        <w:t>;</w:t>
      </w:r>
    </w:p>
    <w:p w14:paraId="2A6E8DC7" w14:textId="451B3F48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proofErr w:type="spellStart"/>
      <w:r w:rsidRPr="000A3E36">
        <w:rPr>
          <w:lang w:val="ru-RU"/>
        </w:rPr>
        <w:t>аспіранти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докторанти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клінічні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ординатори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здобувачі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наукових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ступенів</w:t>
      </w:r>
      <w:proofErr w:type="spellEnd"/>
      <w:r w:rsidRPr="000A3E36">
        <w:rPr>
          <w:lang w:val="ru-RU"/>
        </w:rPr>
        <w:t xml:space="preserve"> та </w:t>
      </w:r>
      <w:proofErr w:type="spellStart"/>
      <w:r w:rsidRPr="000A3E36">
        <w:rPr>
          <w:lang w:val="ru-RU"/>
        </w:rPr>
        <w:t>інші</w:t>
      </w:r>
      <w:proofErr w:type="spellEnd"/>
      <w:r w:rsidRPr="000A3E36">
        <w:rPr>
          <w:lang w:val="ru-RU"/>
        </w:rPr>
        <w:t xml:space="preserve"> особи, </w:t>
      </w:r>
      <w:proofErr w:type="spellStart"/>
      <w:r w:rsidRPr="000A3E36">
        <w:rPr>
          <w:lang w:val="ru-RU"/>
        </w:rPr>
        <w:t>які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проходять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підготовку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або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виконують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наукову</w:t>
      </w:r>
      <w:proofErr w:type="spellEnd"/>
      <w:r w:rsidRPr="000A3E36">
        <w:rPr>
          <w:lang w:val="ru-RU"/>
        </w:rPr>
        <w:t xml:space="preserve"> роботу в ННЦРМГО;</w:t>
      </w:r>
    </w:p>
    <w:p w14:paraId="6E41E761" w14:textId="3A772D1F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proofErr w:type="spellStart"/>
      <w:r w:rsidRPr="000A3E36">
        <w:rPr>
          <w:lang w:val="ru-RU"/>
        </w:rPr>
        <w:t>автори</w:t>
      </w:r>
      <w:proofErr w:type="spellEnd"/>
      <w:r w:rsidRPr="000A3E36">
        <w:rPr>
          <w:lang w:val="ru-RU"/>
        </w:rPr>
        <w:t xml:space="preserve"> і </w:t>
      </w:r>
      <w:proofErr w:type="spellStart"/>
      <w:r w:rsidRPr="000A3E36">
        <w:rPr>
          <w:lang w:val="ru-RU"/>
        </w:rPr>
        <w:t>співавтори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академічних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творів</w:t>
      </w:r>
      <w:proofErr w:type="spellEnd"/>
      <w:r w:rsidRPr="000A3E36">
        <w:rPr>
          <w:lang w:val="ru-RU"/>
        </w:rPr>
        <w:t>;</w:t>
      </w:r>
    </w:p>
    <w:p w14:paraId="71565724" w14:textId="56616651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proofErr w:type="spellStart"/>
      <w:r w:rsidRPr="000A3E36">
        <w:rPr>
          <w:lang w:val="ru-RU"/>
        </w:rPr>
        <w:t>наукові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керівники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консультанти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офіційні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опоненти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рецензенти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експерти</w:t>
      </w:r>
      <w:proofErr w:type="spellEnd"/>
      <w:r w:rsidRPr="000A3E36">
        <w:rPr>
          <w:lang w:val="ru-RU"/>
        </w:rPr>
        <w:t>;</w:t>
      </w:r>
    </w:p>
    <w:p w14:paraId="1859F74B" w14:textId="4D2EDBD8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r w:rsidRPr="000A3E36">
        <w:rPr>
          <w:lang w:val="ru-RU"/>
        </w:rPr>
        <w:t xml:space="preserve">члени </w:t>
      </w:r>
      <w:proofErr w:type="spellStart"/>
      <w:r w:rsidRPr="000A3E36">
        <w:rPr>
          <w:lang w:val="ru-RU"/>
        </w:rPr>
        <w:t>разових</w:t>
      </w:r>
      <w:proofErr w:type="spellEnd"/>
      <w:r w:rsidRPr="000A3E36">
        <w:rPr>
          <w:lang w:val="ru-RU"/>
        </w:rPr>
        <w:t xml:space="preserve"> і </w:t>
      </w:r>
      <w:proofErr w:type="spellStart"/>
      <w:r w:rsidRPr="000A3E36">
        <w:rPr>
          <w:lang w:val="ru-RU"/>
        </w:rPr>
        <w:t>спеціалізованих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вч</w:t>
      </w:r>
      <w:r w:rsidRPr="000A3E36">
        <w:rPr>
          <w:lang w:val="ru-RU"/>
        </w:rPr>
        <w:t>ених</w:t>
      </w:r>
      <w:proofErr w:type="spellEnd"/>
      <w:r w:rsidRPr="000A3E36">
        <w:rPr>
          <w:lang w:val="ru-RU"/>
        </w:rPr>
        <w:t xml:space="preserve"> рад;</w:t>
      </w:r>
    </w:p>
    <w:p w14:paraId="4E70AB6C" w14:textId="26E4751D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proofErr w:type="spellStart"/>
      <w:r w:rsidRPr="000A3E36">
        <w:rPr>
          <w:lang w:val="ru-RU"/>
        </w:rPr>
        <w:t>редактори</w:t>
      </w:r>
      <w:proofErr w:type="spellEnd"/>
      <w:r w:rsidRPr="000A3E36">
        <w:rPr>
          <w:lang w:val="ru-RU"/>
        </w:rPr>
        <w:t xml:space="preserve">, члени </w:t>
      </w:r>
      <w:proofErr w:type="spellStart"/>
      <w:r w:rsidRPr="000A3E36">
        <w:rPr>
          <w:lang w:val="ru-RU"/>
        </w:rPr>
        <w:t>редакційних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колегій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відповідальні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секретарі</w:t>
      </w:r>
      <w:proofErr w:type="spellEnd"/>
      <w:r w:rsidRPr="000A3E36">
        <w:rPr>
          <w:lang w:val="ru-RU"/>
        </w:rPr>
        <w:t xml:space="preserve"> та </w:t>
      </w:r>
      <w:proofErr w:type="spellStart"/>
      <w:r w:rsidRPr="000A3E36">
        <w:rPr>
          <w:lang w:val="ru-RU"/>
        </w:rPr>
        <w:t>інші</w:t>
      </w:r>
      <w:proofErr w:type="spellEnd"/>
      <w:r w:rsidRPr="000A3E36">
        <w:rPr>
          <w:lang w:val="ru-RU"/>
        </w:rPr>
        <w:t xml:space="preserve"> особи, </w:t>
      </w:r>
      <w:proofErr w:type="spellStart"/>
      <w:r w:rsidRPr="000A3E36">
        <w:rPr>
          <w:lang w:val="ru-RU"/>
        </w:rPr>
        <w:t>залучені</w:t>
      </w:r>
      <w:proofErr w:type="spellEnd"/>
      <w:r w:rsidRPr="000A3E36">
        <w:rPr>
          <w:lang w:val="ru-RU"/>
        </w:rPr>
        <w:t xml:space="preserve"> до </w:t>
      </w:r>
      <w:proofErr w:type="spellStart"/>
      <w:r w:rsidRPr="000A3E36">
        <w:rPr>
          <w:lang w:val="ru-RU"/>
        </w:rPr>
        <w:t>редакційної</w:t>
      </w:r>
      <w:proofErr w:type="spellEnd"/>
      <w:r w:rsidRPr="000A3E36">
        <w:rPr>
          <w:lang w:val="ru-RU"/>
        </w:rPr>
        <w:t xml:space="preserve"> і </w:t>
      </w:r>
      <w:proofErr w:type="spellStart"/>
      <w:r w:rsidRPr="000A3E36">
        <w:rPr>
          <w:lang w:val="ru-RU"/>
        </w:rPr>
        <w:t>видавничої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діяльності</w:t>
      </w:r>
      <w:proofErr w:type="spellEnd"/>
      <w:r w:rsidRPr="000A3E36">
        <w:rPr>
          <w:lang w:val="ru-RU"/>
        </w:rPr>
        <w:t>;</w:t>
      </w:r>
    </w:p>
    <w:p w14:paraId="536D2A65" w14:textId="12BF894E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r w:rsidRPr="000A3E36">
        <w:rPr>
          <w:lang w:val="ru-RU"/>
        </w:rPr>
        <w:t xml:space="preserve">члени </w:t>
      </w:r>
      <w:proofErr w:type="spellStart"/>
      <w:r w:rsidRPr="000A3E36">
        <w:rPr>
          <w:lang w:val="ru-RU"/>
        </w:rPr>
        <w:t>Комісії</w:t>
      </w:r>
      <w:proofErr w:type="spellEnd"/>
      <w:r w:rsidRPr="000A3E36">
        <w:rPr>
          <w:lang w:val="ru-RU"/>
        </w:rPr>
        <w:t xml:space="preserve"> з </w:t>
      </w:r>
      <w:proofErr w:type="spellStart"/>
      <w:r w:rsidRPr="000A3E36">
        <w:rPr>
          <w:lang w:val="ru-RU"/>
        </w:rPr>
        <w:t>академічної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доброчесності</w:t>
      </w:r>
      <w:proofErr w:type="spellEnd"/>
      <w:r w:rsidRPr="000A3E36">
        <w:rPr>
          <w:lang w:val="ru-RU"/>
        </w:rPr>
        <w:t xml:space="preserve"> ННЦРМГО;</w:t>
      </w:r>
    </w:p>
    <w:p w14:paraId="1E004E91" w14:textId="19FE2FF7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r w:rsidRPr="000A3E36">
        <w:rPr>
          <w:lang w:val="ru-RU"/>
        </w:rPr>
        <w:t xml:space="preserve">члени </w:t>
      </w:r>
      <w:proofErr w:type="spellStart"/>
      <w:r w:rsidRPr="000A3E36">
        <w:rPr>
          <w:lang w:val="ru-RU"/>
        </w:rPr>
        <w:t>Вченої</w:t>
      </w:r>
      <w:proofErr w:type="spellEnd"/>
      <w:r w:rsidRPr="000A3E36">
        <w:rPr>
          <w:lang w:val="ru-RU"/>
        </w:rPr>
        <w:t xml:space="preserve"> ради ННЦРМГО в межах </w:t>
      </w:r>
      <w:proofErr w:type="spellStart"/>
      <w:r w:rsidRPr="000A3E36">
        <w:rPr>
          <w:lang w:val="ru-RU"/>
        </w:rPr>
        <w:t>розгляду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питань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академічної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діяльно</w:t>
      </w:r>
      <w:r w:rsidRPr="000A3E36">
        <w:rPr>
          <w:lang w:val="ru-RU"/>
        </w:rPr>
        <w:t>сті</w:t>
      </w:r>
      <w:proofErr w:type="spellEnd"/>
      <w:r w:rsidRPr="000A3E36">
        <w:rPr>
          <w:lang w:val="ru-RU"/>
        </w:rPr>
        <w:t>;</w:t>
      </w:r>
    </w:p>
    <w:p w14:paraId="0CD2DD68" w14:textId="6D8D79CB" w:rsidR="003D0F3C" w:rsidRPr="000A3E36" w:rsidRDefault="00DF025C" w:rsidP="000A3E36">
      <w:pPr>
        <w:pStyle w:val="ae"/>
        <w:numPr>
          <w:ilvl w:val="0"/>
          <w:numId w:val="22"/>
        </w:numPr>
        <w:spacing w:after="20"/>
        <w:ind w:firstLine="17"/>
        <w:jc w:val="both"/>
        <w:rPr>
          <w:lang w:val="ru-RU"/>
        </w:rPr>
      </w:pPr>
      <w:proofErr w:type="spellStart"/>
      <w:r w:rsidRPr="000A3E36">
        <w:rPr>
          <w:lang w:val="ru-RU"/>
        </w:rPr>
        <w:t>інші</w:t>
      </w:r>
      <w:proofErr w:type="spellEnd"/>
      <w:r w:rsidRPr="000A3E36">
        <w:rPr>
          <w:lang w:val="ru-RU"/>
        </w:rPr>
        <w:t xml:space="preserve"> особи, </w:t>
      </w:r>
      <w:proofErr w:type="spellStart"/>
      <w:r w:rsidRPr="000A3E36">
        <w:rPr>
          <w:lang w:val="ru-RU"/>
        </w:rPr>
        <w:t>залучені</w:t>
      </w:r>
      <w:proofErr w:type="spellEnd"/>
      <w:r w:rsidRPr="000A3E36">
        <w:rPr>
          <w:lang w:val="ru-RU"/>
        </w:rPr>
        <w:t xml:space="preserve"> до </w:t>
      </w:r>
      <w:proofErr w:type="spellStart"/>
      <w:r w:rsidRPr="000A3E36">
        <w:rPr>
          <w:lang w:val="ru-RU"/>
        </w:rPr>
        <w:t>академічної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діяльності</w:t>
      </w:r>
      <w:proofErr w:type="spellEnd"/>
      <w:r w:rsidRPr="000A3E36">
        <w:rPr>
          <w:lang w:val="ru-RU"/>
        </w:rPr>
        <w:t xml:space="preserve"> ННЦРМГО </w:t>
      </w:r>
      <w:proofErr w:type="spellStart"/>
      <w:r w:rsidRPr="000A3E36">
        <w:rPr>
          <w:lang w:val="ru-RU"/>
        </w:rPr>
        <w:t>або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діяльності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від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імені</w:t>
      </w:r>
      <w:proofErr w:type="spellEnd"/>
      <w:r w:rsidRPr="000A3E36">
        <w:rPr>
          <w:lang w:val="ru-RU"/>
        </w:rPr>
        <w:t xml:space="preserve"> ННЦРМГО.</w:t>
      </w:r>
    </w:p>
    <w:p w14:paraId="10849243" w14:textId="77777777" w:rsidR="003D0F3C" w:rsidRPr="00597BFD" w:rsidRDefault="00DF025C" w:rsidP="000A3E36">
      <w:pPr>
        <w:spacing w:before="60"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3.3. Кодекс </w:t>
      </w:r>
      <w:proofErr w:type="spellStart"/>
      <w:r w:rsidRPr="00597BFD">
        <w:rPr>
          <w:lang w:val="ru-RU"/>
        </w:rPr>
        <w:t>застосовується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під</w:t>
      </w:r>
      <w:proofErr w:type="spellEnd"/>
      <w:r w:rsidRPr="00597BFD">
        <w:rPr>
          <w:lang w:val="ru-RU"/>
        </w:rPr>
        <w:t xml:space="preserve"> час </w:t>
      </w:r>
      <w:proofErr w:type="spellStart"/>
      <w:r w:rsidRPr="00597BFD">
        <w:rPr>
          <w:lang w:val="ru-RU"/>
        </w:rPr>
        <w:t>створення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подання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перевірки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рецензування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редагування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експертизи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захисту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оприлюднення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оцінювання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</w:t>
      </w:r>
      <w:r w:rsidRPr="00597BFD">
        <w:rPr>
          <w:lang w:val="ru-RU"/>
        </w:rPr>
        <w:t>ічних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творів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результатів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>.</w:t>
      </w:r>
    </w:p>
    <w:p w14:paraId="48EBBFA6" w14:textId="77777777" w:rsidR="003D0F3C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3.4.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окремі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питання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регулюються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спеціальним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законодавством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умовами</w:t>
      </w:r>
      <w:proofErr w:type="spellEnd"/>
      <w:r w:rsidRPr="00597BFD">
        <w:rPr>
          <w:lang w:val="ru-RU"/>
        </w:rPr>
        <w:t xml:space="preserve"> гранту, договору, </w:t>
      </w:r>
      <w:proofErr w:type="spellStart"/>
      <w:r w:rsidRPr="00597BFD">
        <w:rPr>
          <w:lang w:val="ru-RU"/>
        </w:rPr>
        <w:t>редакційною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політикою</w:t>
      </w:r>
      <w:proofErr w:type="spellEnd"/>
      <w:r w:rsidRPr="00597BFD">
        <w:rPr>
          <w:lang w:val="ru-RU"/>
        </w:rPr>
        <w:t xml:space="preserve">, правилами </w:t>
      </w:r>
      <w:proofErr w:type="spellStart"/>
      <w:r w:rsidRPr="00597BFD">
        <w:rPr>
          <w:lang w:val="ru-RU"/>
        </w:rPr>
        <w:t>дисертаційної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процедури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іншим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внутрішнім</w:t>
      </w:r>
      <w:proofErr w:type="spellEnd"/>
      <w:r w:rsidRPr="00597BFD">
        <w:rPr>
          <w:lang w:val="ru-RU"/>
        </w:rPr>
        <w:t xml:space="preserve"> актом </w:t>
      </w:r>
      <w:r w:rsidRPr="00597BFD">
        <w:rPr>
          <w:lang w:val="ru-RU"/>
        </w:rPr>
        <w:t xml:space="preserve">ННЦРМГО, </w:t>
      </w:r>
      <w:proofErr w:type="spellStart"/>
      <w:r w:rsidRPr="00597BFD">
        <w:rPr>
          <w:lang w:val="ru-RU"/>
        </w:rPr>
        <w:t>положення</w:t>
      </w:r>
      <w:proofErr w:type="spellEnd"/>
      <w:r w:rsidRPr="00597BFD">
        <w:rPr>
          <w:lang w:val="ru-RU"/>
        </w:rPr>
        <w:t xml:space="preserve"> Кодексу </w:t>
      </w:r>
      <w:proofErr w:type="spellStart"/>
      <w:r w:rsidRPr="00597BFD">
        <w:rPr>
          <w:lang w:val="ru-RU"/>
        </w:rPr>
        <w:t>застосовуються</w:t>
      </w:r>
      <w:proofErr w:type="spellEnd"/>
      <w:r w:rsidRPr="00597BFD">
        <w:rPr>
          <w:lang w:val="ru-RU"/>
        </w:rPr>
        <w:t xml:space="preserve"> у </w:t>
      </w:r>
      <w:proofErr w:type="spellStart"/>
      <w:r w:rsidRPr="00597BFD">
        <w:rPr>
          <w:lang w:val="ru-RU"/>
        </w:rPr>
        <w:t>частині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що</w:t>
      </w:r>
      <w:proofErr w:type="spellEnd"/>
      <w:r w:rsidRPr="00597BFD">
        <w:rPr>
          <w:lang w:val="ru-RU"/>
        </w:rPr>
        <w:t xml:space="preserve"> не </w:t>
      </w:r>
      <w:proofErr w:type="spellStart"/>
      <w:r w:rsidRPr="00597BFD">
        <w:rPr>
          <w:lang w:val="ru-RU"/>
        </w:rPr>
        <w:t>суперечить</w:t>
      </w:r>
      <w:proofErr w:type="spellEnd"/>
      <w:r w:rsidRPr="00597BFD">
        <w:rPr>
          <w:lang w:val="ru-RU"/>
        </w:rPr>
        <w:t xml:space="preserve"> таким </w:t>
      </w:r>
      <w:proofErr w:type="spellStart"/>
      <w:r w:rsidRPr="00597BFD">
        <w:rPr>
          <w:lang w:val="ru-RU"/>
        </w:rPr>
        <w:t>вимогам</w:t>
      </w:r>
      <w:proofErr w:type="spellEnd"/>
      <w:r w:rsidRPr="00597BFD">
        <w:rPr>
          <w:lang w:val="ru-RU"/>
        </w:rPr>
        <w:t>.</w:t>
      </w:r>
    </w:p>
    <w:p w14:paraId="45532FD1" w14:textId="77777777" w:rsidR="00597BFD" w:rsidRPr="00597BFD" w:rsidRDefault="00597BFD">
      <w:pPr>
        <w:spacing w:after="60"/>
        <w:ind w:firstLine="340"/>
        <w:jc w:val="both"/>
        <w:rPr>
          <w:lang w:val="ru-RU"/>
        </w:rPr>
      </w:pPr>
    </w:p>
    <w:p w14:paraId="17241CB2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4. НОРМАТИВНА І ВНУТРІШНЯ ОСНОВА</w:t>
      </w:r>
    </w:p>
    <w:p w14:paraId="00B34AC9" w14:textId="77777777" w:rsidR="007578C5" w:rsidRPr="007578C5" w:rsidRDefault="007578C5" w:rsidP="007578C5">
      <w:pPr>
        <w:rPr>
          <w:lang w:val="ru-RU"/>
        </w:rPr>
      </w:pPr>
    </w:p>
    <w:p w14:paraId="5F6DA6E3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4.1. Кодекс </w:t>
      </w:r>
      <w:proofErr w:type="spellStart"/>
      <w:r w:rsidRPr="00597BFD">
        <w:rPr>
          <w:lang w:val="ru-RU"/>
        </w:rPr>
        <w:t>розроблено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відповідно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чинних</w:t>
      </w:r>
      <w:proofErr w:type="spellEnd"/>
      <w:r w:rsidRPr="00597BFD">
        <w:rPr>
          <w:lang w:val="ru-RU"/>
        </w:rPr>
        <w:t xml:space="preserve"> на дату </w:t>
      </w:r>
      <w:proofErr w:type="spellStart"/>
      <w:r w:rsidRPr="00597BFD">
        <w:rPr>
          <w:lang w:val="ru-RU"/>
        </w:rPr>
        <w:t>його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затвердження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актів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законодавства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 xml:space="preserve"> у </w:t>
      </w:r>
      <w:proofErr w:type="spellStart"/>
      <w:r w:rsidRPr="00597BFD">
        <w:rPr>
          <w:lang w:val="ru-RU"/>
        </w:rPr>
        <w:t>сфері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освіти</w:t>
      </w:r>
      <w:proofErr w:type="spellEnd"/>
      <w:r w:rsidRPr="00597BFD">
        <w:rPr>
          <w:lang w:val="ru-RU"/>
        </w:rPr>
        <w:t xml:space="preserve">, науки, </w:t>
      </w:r>
      <w:proofErr w:type="spellStart"/>
      <w:r w:rsidRPr="00597BFD">
        <w:rPr>
          <w:lang w:val="ru-RU"/>
        </w:rPr>
        <w:t>наукової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наук</w:t>
      </w:r>
      <w:r w:rsidRPr="00597BFD">
        <w:rPr>
          <w:lang w:val="ru-RU"/>
        </w:rPr>
        <w:t>ово-технічної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авторського</w:t>
      </w:r>
      <w:proofErr w:type="spellEnd"/>
      <w:r w:rsidRPr="00597BFD">
        <w:rPr>
          <w:lang w:val="ru-RU"/>
        </w:rPr>
        <w:t xml:space="preserve"> права, </w:t>
      </w:r>
      <w:proofErr w:type="spellStart"/>
      <w:r w:rsidRPr="00597BFD">
        <w:rPr>
          <w:lang w:val="ru-RU"/>
        </w:rPr>
        <w:t>видавничої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захисту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персональних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інформації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>.</w:t>
      </w:r>
    </w:p>
    <w:p w14:paraId="28D5E14E" w14:textId="0634BD01" w:rsidR="003D0F3C" w:rsidRPr="00597BFD" w:rsidRDefault="00DF025C" w:rsidP="00597BFD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4.2. Кодекс </w:t>
      </w:r>
      <w:proofErr w:type="spellStart"/>
      <w:r w:rsidRPr="00597BFD">
        <w:rPr>
          <w:lang w:val="ru-RU"/>
        </w:rPr>
        <w:t>розроблено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урахуванням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положень</w:t>
      </w:r>
      <w:proofErr w:type="spellEnd"/>
      <w:r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Конституці</w:t>
      </w:r>
      <w:r w:rsidR="00597BFD">
        <w:rPr>
          <w:lang w:val="ru-RU"/>
        </w:rPr>
        <w:t>ї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України</w:t>
      </w:r>
      <w:proofErr w:type="spellEnd"/>
      <w:r w:rsidR="00597BFD">
        <w:rPr>
          <w:lang w:val="ru-RU"/>
        </w:rPr>
        <w:t>,</w:t>
      </w:r>
      <w:r w:rsidR="00597BFD"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Закон</w:t>
      </w:r>
      <w:r w:rsidR="00597BFD">
        <w:rPr>
          <w:lang w:val="ru-RU"/>
        </w:rPr>
        <w:t>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 xml:space="preserve"> «Про </w:t>
      </w:r>
      <w:proofErr w:type="spellStart"/>
      <w:r w:rsidRPr="00597BFD">
        <w:rPr>
          <w:lang w:val="ru-RU"/>
        </w:rPr>
        <w:t>академічну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доброчесність</w:t>
      </w:r>
      <w:proofErr w:type="spellEnd"/>
      <w:r w:rsidRPr="00597BFD">
        <w:rPr>
          <w:lang w:val="ru-RU"/>
        </w:rPr>
        <w:t>»</w:t>
      </w:r>
      <w:r w:rsidR="00597BFD">
        <w:rPr>
          <w:lang w:val="ru-RU"/>
        </w:rPr>
        <w:t xml:space="preserve">, </w:t>
      </w:r>
      <w:r w:rsidR="00597BFD" w:rsidRPr="00597BFD">
        <w:rPr>
          <w:lang w:val="ru-RU"/>
        </w:rPr>
        <w:t xml:space="preserve">«Про </w:t>
      </w:r>
      <w:proofErr w:type="spellStart"/>
      <w:r w:rsidR="00597BFD" w:rsidRPr="00597BFD">
        <w:rPr>
          <w:lang w:val="ru-RU"/>
        </w:rPr>
        <w:t>освіту</w:t>
      </w:r>
      <w:proofErr w:type="spellEnd"/>
      <w:r w:rsidR="00597BFD" w:rsidRPr="00597BFD">
        <w:rPr>
          <w:lang w:val="ru-RU"/>
        </w:rPr>
        <w:t>»</w:t>
      </w:r>
      <w:r w:rsidR="00597BFD">
        <w:rPr>
          <w:lang w:val="ru-RU"/>
        </w:rPr>
        <w:t>,</w:t>
      </w:r>
      <w:r w:rsidRPr="00597BFD">
        <w:rPr>
          <w:lang w:val="ru-RU"/>
        </w:rPr>
        <w:t xml:space="preserve"> </w:t>
      </w:r>
      <w:r w:rsidR="00597BFD" w:rsidRPr="00597BFD">
        <w:rPr>
          <w:lang w:val="ru-RU"/>
        </w:rPr>
        <w:t xml:space="preserve">«Про </w:t>
      </w:r>
      <w:proofErr w:type="spellStart"/>
      <w:r w:rsidR="00597BFD" w:rsidRPr="00597BFD">
        <w:rPr>
          <w:lang w:val="ru-RU"/>
        </w:rPr>
        <w:t>вищу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освіту</w:t>
      </w:r>
      <w:proofErr w:type="spellEnd"/>
      <w:r w:rsidR="00597BFD" w:rsidRPr="00597BFD">
        <w:rPr>
          <w:lang w:val="ru-RU"/>
        </w:rPr>
        <w:t>»</w:t>
      </w:r>
      <w:r w:rsidR="00597BFD">
        <w:rPr>
          <w:lang w:val="ru-RU"/>
        </w:rPr>
        <w:t xml:space="preserve">, </w:t>
      </w:r>
      <w:r w:rsidR="00597BFD" w:rsidRPr="00597BFD">
        <w:rPr>
          <w:lang w:val="ru-RU"/>
        </w:rPr>
        <w:t xml:space="preserve">«Про </w:t>
      </w:r>
      <w:proofErr w:type="spellStart"/>
      <w:r w:rsidR="00597BFD" w:rsidRPr="00597BFD">
        <w:rPr>
          <w:lang w:val="ru-RU"/>
        </w:rPr>
        <w:t>наукову</w:t>
      </w:r>
      <w:proofErr w:type="spellEnd"/>
      <w:r w:rsidR="00597BFD" w:rsidRPr="00597BFD">
        <w:rPr>
          <w:lang w:val="ru-RU"/>
        </w:rPr>
        <w:t xml:space="preserve"> і </w:t>
      </w:r>
      <w:proofErr w:type="spellStart"/>
      <w:r w:rsidR="00597BFD" w:rsidRPr="00597BFD">
        <w:rPr>
          <w:lang w:val="ru-RU"/>
        </w:rPr>
        <w:t>науково-технічну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діяльність</w:t>
      </w:r>
      <w:proofErr w:type="spellEnd"/>
      <w:r w:rsidR="00597BFD" w:rsidRPr="00597BFD">
        <w:rPr>
          <w:lang w:val="ru-RU"/>
        </w:rPr>
        <w:t>»</w:t>
      </w:r>
      <w:r w:rsidR="00597BFD">
        <w:rPr>
          <w:lang w:val="ru-RU"/>
        </w:rPr>
        <w:t xml:space="preserve">, </w:t>
      </w:r>
      <w:r w:rsidR="00597BFD" w:rsidRPr="00597BFD">
        <w:rPr>
          <w:lang w:val="ru-RU"/>
        </w:rPr>
        <w:t xml:space="preserve">«Про </w:t>
      </w:r>
      <w:proofErr w:type="spellStart"/>
      <w:r w:rsidR="00597BFD" w:rsidRPr="00597BFD">
        <w:rPr>
          <w:lang w:val="ru-RU"/>
        </w:rPr>
        <w:t>авторське</w:t>
      </w:r>
      <w:proofErr w:type="spellEnd"/>
      <w:r w:rsidR="00597BFD" w:rsidRPr="00597BFD">
        <w:rPr>
          <w:lang w:val="ru-RU"/>
        </w:rPr>
        <w:t xml:space="preserve"> право і </w:t>
      </w:r>
      <w:proofErr w:type="spellStart"/>
      <w:r w:rsidR="00597BFD" w:rsidRPr="00597BFD">
        <w:rPr>
          <w:lang w:val="ru-RU"/>
        </w:rPr>
        <w:t>суміжні</w:t>
      </w:r>
      <w:proofErr w:type="spellEnd"/>
      <w:r w:rsidR="00597BFD" w:rsidRPr="00597BFD">
        <w:rPr>
          <w:lang w:val="ru-RU"/>
        </w:rPr>
        <w:t xml:space="preserve"> права»</w:t>
      </w:r>
      <w:r w:rsidR="00597BFD">
        <w:rPr>
          <w:lang w:val="ru-RU"/>
        </w:rPr>
        <w:t xml:space="preserve">, </w:t>
      </w:r>
      <w:r w:rsidR="00597BFD" w:rsidRPr="00597BFD">
        <w:rPr>
          <w:lang w:val="ru-RU"/>
        </w:rPr>
        <w:t xml:space="preserve">«Про </w:t>
      </w:r>
      <w:proofErr w:type="spellStart"/>
      <w:r w:rsidR="00597BFD" w:rsidRPr="00597BFD">
        <w:rPr>
          <w:lang w:val="ru-RU"/>
        </w:rPr>
        <w:t>захист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персональних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даних</w:t>
      </w:r>
      <w:proofErr w:type="spellEnd"/>
      <w:r w:rsidR="00597BFD" w:rsidRPr="00597BFD">
        <w:rPr>
          <w:lang w:val="ru-RU"/>
        </w:rPr>
        <w:t>»</w:t>
      </w:r>
      <w:r w:rsidR="00597BFD">
        <w:rPr>
          <w:lang w:val="ru-RU"/>
        </w:rPr>
        <w:t>,</w:t>
      </w:r>
      <w:r w:rsidR="00597BFD" w:rsidRPr="00597BFD">
        <w:rPr>
          <w:lang w:val="ru-RU"/>
        </w:rPr>
        <w:t xml:space="preserve"> «Про </w:t>
      </w:r>
      <w:proofErr w:type="spellStart"/>
      <w:r w:rsidR="00597BFD" w:rsidRPr="00597BFD">
        <w:rPr>
          <w:lang w:val="ru-RU"/>
        </w:rPr>
        <w:t>видавничу</w:t>
      </w:r>
      <w:proofErr w:type="spellEnd"/>
      <w:r w:rsidR="00597BFD" w:rsidRPr="00597BFD">
        <w:rPr>
          <w:lang w:val="ru-RU"/>
        </w:rPr>
        <w:t xml:space="preserve"> справу»</w:t>
      </w:r>
      <w:r w:rsidR="00597BFD">
        <w:rPr>
          <w:lang w:val="ru-RU"/>
        </w:rPr>
        <w:t xml:space="preserve">, </w:t>
      </w:r>
      <w:r w:rsidRPr="00597BFD">
        <w:rPr>
          <w:lang w:val="ru-RU"/>
        </w:rPr>
        <w:t>Статут</w:t>
      </w:r>
      <w:r w:rsidR="00597BFD">
        <w:rPr>
          <w:lang w:val="ru-RU"/>
        </w:rPr>
        <w:t>у</w:t>
      </w:r>
      <w:r w:rsidRPr="00597BFD">
        <w:rPr>
          <w:lang w:val="ru-RU"/>
        </w:rPr>
        <w:t xml:space="preserve"> ННЦРМГО</w:t>
      </w:r>
      <w:r w:rsid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Положення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академічну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доброчесність</w:t>
      </w:r>
      <w:proofErr w:type="spellEnd"/>
      <w:r w:rsidRPr="00597BFD">
        <w:rPr>
          <w:lang w:val="ru-RU"/>
        </w:rPr>
        <w:t xml:space="preserve"> у ННЦРМГО</w:t>
      </w:r>
      <w:r w:rsidR="00597BFD">
        <w:rPr>
          <w:lang w:val="ru-RU"/>
        </w:rPr>
        <w:t xml:space="preserve">, </w:t>
      </w:r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Положення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Комі</w:t>
      </w:r>
      <w:r w:rsidRPr="00597BFD">
        <w:rPr>
          <w:lang w:val="ru-RU"/>
        </w:rPr>
        <w:t>сію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ННЦРМГО як </w:t>
      </w:r>
      <w:proofErr w:type="spellStart"/>
      <w:r w:rsidRPr="00597BFD">
        <w:rPr>
          <w:lang w:val="ru-RU"/>
        </w:rPr>
        <w:t>уповноважений</w:t>
      </w:r>
      <w:proofErr w:type="spellEnd"/>
      <w:r w:rsidRPr="00597BFD">
        <w:rPr>
          <w:lang w:val="ru-RU"/>
        </w:rPr>
        <w:t xml:space="preserve"> орган з </w:t>
      </w:r>
      <w:proofErr w:type="spellStart"/>
      <w:r w:rsidRPr="00597BFD">
        <w:rPr>
          <w:lang w:val="ru-RU"/>
        </w:rPr>
        <w:t>питань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Положення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в </w:t>
      </w:r>
      <w:proofErr w:type="spellStart"/>
      <w:r w:rsidRPr="00597BFD">
        <w:rPr>
          <w:lang w:val="ru-RU"/>
        </w:rPr>
        <w:t>освітній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науковій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редакційній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експертній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ННЦРМГО</w:t>
      </w:r>
      <w:r w:rsidR="00597BFD">
        <w:rPr>
          <w:lang w:val="ru-RU"/>
        </w:rPr>
        <w:t xml:space="preserve">, </w:t>
      </w:r>
      <w:proofErr w:type="spellStart"/>
      <w:r w:rsidR="00597BFD" w:rsidRPr="00597BFD">
        <w:rPr>
          <w:lang w:val="ru-RU"/>
        </w:rPr>
        <w:t>редакційн</w:t>
      </w:r>
      <w:r w:rsidR="00597BFD">
        <w:rPr>
          <w:lang w:val="ru-RU"/>
        </w:rPr>
        <w:t>их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політик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наукових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видань</w:t>
      </w:r>
      <w:proofErr w:type="spellEnd"/>
      <w:r w:rsidR="00597BFD" w:rsidRPr="00597BFD">
        <w:rPr>
          <w:lang w:val="ru-RU"/>
        </w:rPr>
        <w:t xml:space="preserve"> ННЦРМГО</w:t>
      </w:r>
      <w:r w:rsidR="00597BFD">
        <w:rPr>
          <w:lang w:val="ru-RU"/>
        </w:rPr>
        <w:t xml:space="preserve">, </w:t>
      </w:r>
      <w:proofErr w:type="spellStart"/>
      <w:r w:rsidR="00597BFD">
        <w:rPr>
          <w:lang w:val="ru-RU"/>
        </w:rPr>
        <w:t>інших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внутрішні</w:t>
      </w:r>
      <w:r w:rsidR="00597BFD">
        <w:rPr>
          <w:lang w:val="ru-RU"/>
        </w:rPr>
        <w:t>х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акт</w:t>
      </w:r>
      <w:r w:rsidR="00597BFD">
        <w:rPr>
          <w:lang w:val="ru-RU"/>
        </w:rPr>
        <w:t>ів</w:t>
      </w:r>
      <w:proofErr w:type="spellEnd"/>
      <w:r w:rsidR="00597BFD" w:rsidRPr="00597BFD">
        <w:rPr>
          <w:lang w:val="ru-RU"/>
        </w:rPr>
        <w:t xml:space="preserve"> ННЦРМГО, </w:t>
      </w:r>
      <w:proofErr w:type="spellStart"/>
      <w:r w:rsidR="00597BFD" w:rsidRPr="00597BFD">
        <w:rPr>
          <w:lang w:val="ru-RU"/>
        </w:rPr>
        <w:t>що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регулюють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питання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академічної</w:t>
      </w:r>
      <w:proofErr w:type="spellEnd"/>
      <w:r w:rsidR="00597BFD" w:rsidRPr="00597BFD">
        <w:rPr>
          <w:lang w:val="ru-RU"/>
        </w:rPr>
        <w:t xml:space="preserve"> </w:t>
      </w:r>
      <w:proofErr w:type="spellStart"/>
      <w:r w:rsidR="00597BFD" w:rsidRPr="00597BFD">
        <w:rPr>
          <w:lang w:val="ru-RU"/>
        </w:rPr>
        <w:t>діяльності</w:t>
      </w:r>
      <w:proofErr w:type="spellEnd"/>
    </w:p>
    <w:p w14:paraId="2D752BBF" w14:textId="18135F3C" w:rsidR="003D0F3C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>4.</w:t>
      </w:r>
      <w:r w:rsidR="00597BFD">
        <w:rPr>
          <w:lang w:val="ru-RU"/>
        </w:rPr>
        <w:t>3</w:t>
      </w:r>
      <w:r w:rsidRPr="00597BFD">
        <w:rPr>
          <w:lang w:val="ru-RU"/>
        </w:rPr>
        <w:t xml:space="preserve">. У </w:t>
      </w:r>
      <w:proofErr w:type="spellStart"/>
      <w:r w:rsidRPr="00597BFD">
        <w:rPr>
          <w:lang w:val="ru-RU"/>
        </w:rPr>
        <w:t>разі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суперечності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між</w:t>
      </w:r>
      <w:proofErr w:type="spellEnd"/>
      <w:r w:rsidRPr="00597BFD">
        <w:rPr>
          <w:lang w:val="ru-RU"/>
        </w:rPr>
        <w:t xml:space="preserve"> Кодексом і актами </w:t>
      </w:r>
      <w:proofErr w:type="spellStart"/>
      <w:r w:rsidRPr="00597BFD">
        <w:rPr>
          <w:lang w:val="ru-RU"/>
        </w:rPr>
        <w:t>законодавства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застосовуються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норми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законодавства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>.</w:t>
      </w:r>
    </w:p>
    <w:p w14:paraId="3FDC2FFF" w14:textId="77777777" w:rsidR="00597BFD" w:rsidRPr="00597BFD" w:rsidRDefault="00597BFD">
      <w:pPr>
        <w:spacing w:after="60"/>
        <w:ind w:firstLine="340"/>
        <w:jc w:val="both"/>
        <w:rPr>
          <w:lang w:val="ru-RU"/>
        </w:rPr>
      </w:pPr>
    </w:p>
    <w:p w14:paraId="031C0F8A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5. БАЗОВІ ЦІННОСТІ АКАДЕМІЧНОЇ ДОБРОЧЕСНОСТІ</w:t>
      </w:r>
    </w:p>
    <w:p w14:paraId="674CEBAF" w14:textId="77777777" w:rsidR="007578C5" w:rsidRPr="007578C5" w:rsidRDefault="007578C5" w:rsidP="007578C5">
      <w:pPr>
        <w:rPr>
          <w:lang w:val="ru-RU"/>
        </w:rPr>
      </w:pPr>
    </w:p>
    <w:p w14:paraId="668CC9BE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5.1. </w:t>
      </w:r>
      <w:proofErr w:type="spellStart"/>
      <w:r w:rsidRPr="00597BFD">
        <w:rPr>
          <w:lang w:val="ru-RU"/>
        </w:rPr>
        <w:t>Академічна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доброчесність</w:t>
      </w:r>
      <w:proofErr w:type="spellEnd"/>
      <w:r w:rsidRPr="00597BFD">
        <w:rPr>
          <w:lang w:val="ru-RU"/>
        </w:rPr>
        <w:t xml:space="preserve"> у ННЦРМГО </w:t>
      </w:r>
      <w:proofErr w:type="spellStart"/>
      <w:r w:rsidRPr="00597BFD">
        <w:rPr>
          <w:lang w:val="ru-RU"/>
        </w:rPr>
        <w:t>ґрунтується</w:t>
      </w:r>
      <w:proofErr w:type="spellEnd"/>
      <w:r w:rsidRPr="00597BFD">
        <w:rPr>
          <w:lang w:val="ru-RU"/>
        </w:rPr>
        <w:t xml:space="preserve"> на таких </w:t>
      </w:r>
      <w:proofErr w:type="spellStart"/>
      <w:r w:rsidRPr="00597BFD">
        <w:rPr>
          <w:lang w:val="ru-RU"/>
        </w:rPr>
        <w:t>цінностях</w:t>
      </w:r>
      <w:proofErr w:type="spellEnd"/>
      <w:r w:rsidRPr="00597BFD">
        <w:rPr>
          <w:lang w:val="ru-RU"/>
        </w:rPr>
        <w:t>:</w:t>
      </w:r>
    </w:p>
    <w:p w14:paraId="42246919" w14:textId="1DF915FA" w:rsidR="003D0F3C" w:rsidRPr="007578C5" w:rsidRDefault="00DF025C" w:rsidP="000A3E36">
      <w:pPr>
        <w:pStyle w:val="ae"/>
        <w:numPr>
          <w:ilvl w:val="0"/>
          <w:numId w:val="10"/>
        </w:numPr>
        <w:spacing w:after="20"/>
        <w:ind w:left="993" w:hanging="284"/>
        <w:rPr>
          <w:lang w:val="ru-RU"/>
        </w:rPr>
      </w:pPr>
      <w:proofErr w:type="spellStart"/>
      <w:r w:rsidRPr="007578C5">
        <w:rPr>
          <w:lang w:val="ru-RU"/>
        </w:rPr>
        <w:t>чесність</w:t>
      </w:r>
      <w:proofErr w:type="spellEnd"/>
      <w:r w:rsidRPr="007578C5">
        <w:rPr>
          <w:lang w:val="ru-RU"/>
        </w:rPr>
        <w:t xml:space="preserve"> у </w:t>
      </w:r>
      <w:proofErr w:type="spellStart"/>
      <w:r w:rsidRPr="007578C5">
        <w:rPr>
          <w:lang w:val="ru-RU"/>
        </w:rPr>
        <w:t>створенні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поданні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рецензуванні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оцінюванні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редагуванні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оприлюдненні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використанні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творів</w:t>
      </w:r>
      <w:proofErr w:type="spellEnd"/>
      <w:r w:rsidRPr="007578C5">
        <w:rPr>
          <w:lang w:val="ru-RU"/>
        </w:rPr>
        <w:t xml:space="preserve"> і </w:t>
      </w:r>
      <w:proofErr w:type="spellStart"/>
      <w:r w:rsidRPr="007578C5">
        <w:rPr>
          <w:lang w:val="ru-RU"/>
        </w:rPr>
        <w:t>результатів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наукової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діяльності</w:t>
      </w:r>
      <w:proofErr w:type="spellEnd"/>
      <w:r w:rsidRPr="007578C5">
        <w:rPr>
          <w:lang w:val="ru-RU"/>
        </w:rPr>
        <w:t>;</w:t>
      </w:r>
    </w:p>
    <w:p w14:paraId="09E0C438" w14:textId="45A551B0" w:rsidR="003D0F3C" w:rsidRPr="007578C5" w:rsidRDefault="00DF025C" w:rsidP="000A3E36">
      <w:pPr>
        <w:pStyle w:val="ae"/>
        <w:numPr>
          <w:ilvl w:val="0"/>
          <w:numId w:val="10"/>
        </w:numPr>
        <w:spacing w:after="20"/>
        <w:ind w:left="993" w:hanging="284"/>
        <w:rPr>
          <w:lang w:val="ru-RU"/>
        </w:rPr>
      </w:pPr>
      <w:proofErr w:type="spellStart"/>
      <w:r w:rsidRPr="007578C5">
        <w:rPr>
          <w:lang w:val="ru-RU"/>
        </w:rPr>
        <w:lastRenderedPageBreak/>
        <w:t>довіра</w:t>
      </w:r>
      <w:proofErr w:type="spellEnd"/>
      <w:r w:rsidRPr="007578C5">
        <w:rPr>
          <w:lang w:val="ru-RU"/>
        </w:rPr>
        <w:t xml:space="preserve"> до </w:t>
      </w:r>
      <w:proofErr w:type="spellStart"/>
      <w:r w:rsidRPr="007578C5">
        <w:rPr>
          <w:lang w:val="ru-RU"/>
        </w:rPr>
        <w:t>академічної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діяльності</w:t>
      </w:r>
      <w:proofErr w:type="spellEnd"/>
      <w:r w:rsidRPr="007578C5">
        <w:rPr>
          <w:lang w:val="ru-RU"/>
        </w:rPr>
        <w:t xml:space="preserve">, яка </w:t>
      </w:r>
      <w:proofErr w:type="spellStart"/>
      <w:r w:rsidRPr="007578C5">
        <w:rPr>
          <w:lang w:val="ru-RU"/>
        </w:rPr>
        <w:t>можлива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лише</w:t>
      </w:r>
      <w:proofErr w:type="spellEnd"/>
      <w:r w:rsidRPr="007578C5">
        <w:rPr>
          <w:lang w:val="ru-RU"/>
        </w:rPr>
        <w:t xml:space="preserve"> за </w:t>
      </w:r>
      <w:proofErr w:type="spellStart"/>
      <w:r w:rsidRPr="007578C5">
        <w:rPr>
          <w:lang w:val="ru-RU"/>
        </w:rPr>
        <w:t>умови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добросовісного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отримання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аналізу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інтерпретації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подання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результатів</w:t>
      </w:r>
      <w:proofErr w:type="spellEnd"/>
      <w:r w:rsidRPr="007578C5">
        <w:rPr>
          <w:lang w:val="ru-RU"/>
        </w:rPr>
        <w:t>;</w:t>
      </w:r>
    </w:p>
    <w:p w14:paraId="0ED44D8C" w14:textId="632A9DFA" w:rsidR="003D0F3C" w:rsidRPr="007578C5" w:rsidRDefault="00DF025C" w:rsidP="000A3E36">
      <w:pPr>
        <w:pStyle w:val="ae"/>
        <w:numPr>
          <w:ilvl w:val="0"/>
          <w:numId w:val="10"/>
        </w:numPr>
        <w:spacing w:after="20"/>
        <w:ind w:left="993" w:hanging="284"/>
        <w:rPr>
          <w:lang w:val="ru-RU"/>
        </w:rPr>
      </w:pPr>
      <w:proofErr w:type="spellStart"/>
      <w:r w:rsidRPr="007578C5">
        <w:rPr>
          <w:lang w:val="ru-RU"/>
        </w:rPr>
        <w:t>повага</w:t>
      </w:r>
      <w:proofErr w:type="spellEnd"/>
      <w:r w:rsidRPr="007578C5">
        <w:rPr>
          <w:lang w:val="ru-RU"/>
        </w:rPr>
        <w:t xml:space="preserve"> до </w:t>
      </w:r>
      <w:proofErr w:type="spellStart"/>
      <w:r w:rsidRPr="007578C5">
        <w:rPr>
          <w:lang w:val="ru-RU"/>
        </w:rPr>
        <w:t>честі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гідності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професійної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репутації</w:t>
      </w:r>
      <w:proofErr w:type="spellEnd"/>
      <w:r w:rsidRPr="007578C5">
        <w:rPr>
          <w:lang w:val="ru-RU"/>
        </w:rPr>
        <w:t xml:space="preserve">, авторства, </w:t>
      </w:r>
      <w:proofErr w:type="spellStart"/>
      <w:r w:rsidRPr="007578C5">
        <w:rPr>
          <w:lang w:val="ru-RU"/>
        </w:rPr>
        <w:t>співавторства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інтелектуальної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праці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наукового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внеску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інших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осіб</w:t>
      </w:r>
      <w:proofErr w:type="spellEnd"/>
      <w:r w:rsidRPr="007578C5">
        <w:rPr>
          <w:lang w:val="ru-RU"/>
        </w:rPr>
        <w:t>;</w:t>
      </w:r>
    </w:p>
    <w:p w14:paraId="01AFA5FE" w14:textId="6A6B5B39" w:rsidR="003D0F3C" w:rsidRPr="007578C5" w:rsidRDefault="00DF025C" w:rsidP="000A3E36">
      <w:pPr>
        <w:pStyle w:val="ae"/>
        <w:numPr>
          <w:ilvl w:val="0"/>
          <w:numId w:val="10"/>
        </w:numPr>
        <w:spacing w:after="20"/>
        <w:ind w:left="993" w:hanging="284"/>
        <w:rPr>
          <w:lang w:val="ru-RU"/>
        </w:rPr>
      </w:pPr>
      <w:proofErr w:type="spellStart"/>
      <w:r w:rsidRPr="007578C5">
        <w:rPr>
          <w:lang w:val="ru-RU"/>
        </w:rPr>
        <w:t>спр</w:t>
      </w:r>
      <w:r w:rsidRPr="007578C5">
        <w:rPr>
          <w:lang w:val="ru-RU"/>
        </w:rPr>
        <w:t>аведливість</w:t>
      </w:r>
      <w:proofErr w:type="spellEnd"/>
      <w:r w:rsidRPr="007578C5">
        <w:rPr>
          <w:lang w:val="ru-RU"/>
        </w:rPr>
        <w:t xml:space="preserve"> і </w:t>
      </w:r>
      <w:proofErr w:type="spellStart"/>
      <w:r w:rsidRPr="007578C5">
        <w:rPr>
          <w:lang w:val="ru-RU"/>
        </w:rPr>
        <w:t>неупередженість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під</w:t>
      </w:r>
      <w:proofErr w:type="spellEnd"/>
      <w:r w:rsidRPr="007578C5">
        <w:rPr>
          <w:lang w:val="ru-RU"/>
        </w:rPr>
        <w:t xml:space="preserve"> час </w:t>
      </w:r>
      <w:proofErr w:type="spellStart"/>
      <w:r w:rsidRPr="007578C5">
        <w:rPr>
          <w:lang w:val="ru-RU"/>
        </w:rPr>
        <w:t>рецензування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оцінювання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експертизи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опонування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редакційного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розгляду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перевірки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творів</w:t>
      </w:r>
      <w:proofErr w:type="spellEnd"/>
      <w:r w:rsidRPr="007578C5">
        <w:rPr>
          <w:lang w:val="ru-RU"/>
        </w:rPr>
        <w:t xml:space="preserve"> і </w:t>
      </w:r>
      <w:proofErr w:type="spellStart"/>
      <w:r w:rsidRPr="007578C5">
        <w:rPr>
          <w:lang w:val="ru-RU"/>
        </w:rPr>
        <w:t>прийняття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рішень</w:t>
      </w:r>
      <w:proofErr w:type="spellEnd"/>
      <w:r w:rsidRPr="007578C5">
        <w:rPr>
          <w:lang w:val="ru-RU"/>
        </w:rPr>
        <w:t>;</w:t>
      </w:r>
    </w:p>
    <w:p w14:paraId="4A7FA23E" w14:textId="07C0E99C" w:rsidR="003D0F3C" w:rsidRPr="007578C5" w:rsidRDefault="00DF025C" w:rsidP="000A3E36">
      <w:pPr>
        <w:pStyle w:val="ae"/>
        <w:numPr>
          <w:ilvl w:val="0"/>
          <w:numId w:val="10"/>
        </w:numPr>
        <w:spacing w:after="20"/>
        <w:ind w:left="993" w:hanging="284"/>
        <w:rPr>
          <w:lang w:val="ru-RU"/>
        </w:rPr>
      </w:pPr>
      <w:proofErr w:type="spellStart"/>
      <w:r w:rsidRPr="007578C5">
        <w:rPr>
          <w:lang w:val="ru-RU"/>
        </w:rPr>
        <w:t>відповідальність</w:t>
      </w:r>
      <w:proofErr w:type="spellEnd"/>
      <w:r w:rsidRPr="007578C5">
        <w:rPr>
          <w:lang w:val="ru-RU"/>
        </w:rPr>
        <w:t xml:space="preserve"> за </w:t>
      </w:r>
      <w:proofErr w:type="spellStart"/>
      <w:r w:rsidRPr="007578C5">
        <w:rPr>
          <w:lang w:val="ru-RU"/>
        </w:rPr>
        <w:t>достовірність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даних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результатів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висновків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джерел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інформації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відомостей</w:t>
      </w:r>
      <w:proofErr w:type="spellEnd"/>
      <w:r w:rsidRPr="007578C5">
        <w:rPr>
          <w:lang w:val="ru-RU"/>
        </w:rPr>
        <w:t xml:space="preserve"> п</w:t>
      </w:r>
      <w:r w:rsidRPr="007578C5">
        <w:rPr>
          <w:lang w:val="ru-RU"/>
        </w:rPr>
        <w:t xml:space="preserve">ро авторство, </w:t>
      </w:r>
      <w:proofErr w:type="spellStart"/>
      <w:r w:rsidRPr="007578C5">
        <w:rPr>
          <w:lang w:val="ru-RU"/>
        </w:rPr>
        <w:t>співавторство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внесок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авторів</w:t>
      </w:r>
      <w:proofErr w:type="spellEnd"/>
      <w:r w:rsidRPr="007578C5">
        <w:rPr>
          <w:lang w:val="ru-RU"/>
        </w:rPr>
        <w:t xml:space="preserve"> і </w:t>
      </w:r>
      <w:proofErr w:type="spellStart"/>
      <w:r w:rsidRPr="007578C5">
        <w:rPr>
          <w:lang w:val="ru-RU"/>
        </w:rPr>
        <w:t>використані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інструменти</w:t>
      </w:r>
      <w:proofErr w:type="spellEnd"/>
      <w:r w:rsidRPr="007578C5">
        <w:rPr>
          <w:lang w:val="ru-RU"/>
        </w:rPr>
        <w:t>;</w:t>
      </w:r>
    </w:p>
    <w:p w14:paraId="1D7FFB5F" w14:textId="077B1948" w:rsidR="003D0F3C" w:rsidRPr="007578C5" w:rsidRDefault="00DF025C" w:rsidP="000A3E36">
      <w:pPr>
        <w:pStyle w:val="ae"/>
        <w:numPr>
          <w:ilvl w:val="0"/>
          <w:numId w:val="10"/>
        </w:numPr>
        <w:spacing w:after="20"/>
        <w:ind w:left="993" w:hanging="284"/>
        <w:rPr>
          <w:lang w:val="ru-RU"/>
        </w:rPr>
      </w:pPr>
      <w:proofErr w:type="spellStart"/>
      <w:r w:rsidRPr="007578C5">
        <w:rPr>
          <w:lang w:val="ru-RU"/>
        </w:rPr>
        <w:t>стійкість</w:t>
      </w:r>
      <w:proofErr w:type="spellEnd"/>
      <w:r w:rsidRPr="007578C5">
        <w:rPr>
          <w:lang w:val="ru-RU"/>
        </w:rPr>
        <w:t xml:space="preserve"> у </w:t>
      </w:r>
      <w:proofErr w:type="spellStart"/>
      <w:r w:rsidRPr="007578C5">
        <w:rPr>
          <w:lang w:val="ru-RU"/>
        </w:rPr>
        <w:t>доброчесному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провадженні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діяльності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незалежно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від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зовнішнього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тиску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службових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професійних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кар’єрних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фінансових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інших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спонукань</w:t>
      </w:r>
      <w:proofErr w:type="spellEnd"/>
      <w:r w:rsidRPr="007578C5">
        <w:rPr>
          <w:lang w:val="ru-RU"/>
        </w:rPr>
        <w:t>;</w:t>
      </w:r>
    </w:p>
    <w:p w14:paraId="51DB23A2" w14:textId="61BC63CC" w:rsidR="003D0F3C" w:rsidRPr="007578C5" w:rsidRDefault="00DF025C" w:rsidP="000A3E36">
      <w:pPr>
        <w:pStyle w:val="ae"/>
        <w:numPr>
          <w:ilvl w:val="0"/>
          <w:numId w:val="10"/>
        </w:numPr>
        <w:spacing w:after="20"/>
        <w:ind w:left="993" w:hanging="284"/>
        <w:rPr>
          <w:lang w:val="ru-RU"/>
        </w:rPr>
      </w:pPr>
      <w:proofErr w:type="spellStart"/>
      <w:r w:rsidRPr="007578C5">
        <w:rPr>
          <w:lang w:val="ru-RU"/>
        </w:rPr>
        <w:t>відкритість</w:t>
      </w:r>
      <w:proofErr w:type="spellEnd"/>
      <w:r w:rsidRPr="007578C5">
        <w:rPr>
          <w:lang w:val="ru-RU"/>
        </w:rPr>
        <w:t xml:space="preserve"> правил </w:t>
      </w:r>
      <w:proofErr w:type="spellStart"/>
      <w:r w:rsidRPr="007578C5">
        <w:rPr>
          <w:lang w:val="ru-RU"/>
        </w:rPr>
        <w:t>академ</w:t>
      </w:r>
      <w:r w:rsidRPr="007578C5">
        <w:rPr>
          <w:lang w:val="ru-RU"/>
        </w:rPr>
        <w:t>ічної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доброчесності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зрозумілість</w:t>
      </w:r>
      <w:proofErr w:type="spellEnd"/>
      <w:r w:rsidRPr="007578C5">
        <w:rPr>
          <w:lang w:val="ru-RU"/>
        </w:rPr>
        <w:t xml:space="preserve"> процедур і </w:t>
      </w:r>
      <w:proofErr w:type="spellStart"/>
      <w:r w:rsidRPr="007578C5">
        <w:rPr>
          <w:lang w:val="ru-RU"/>
        </w:rPr>
        <w:t>належне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документування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рішень</w:t>
      </w:r>
      <w:proofErr w:type="spellEnd"/>
      <w:r w:rsidRPr="007578C5">
        <w:rPr>
          <w:lang w:val="ru-RU"/>
        </w:rPr>
        <w:t>;</w:t>
      </w:r>
    </w:p>
    <w:p w14:paraId="5EF2D990" w14:textId="21A2D2A6" w:rsidR="003D0F3C" w:rsidRPr="007578C5" w:rsidRDefault="00DF025C" w:rsidP="000A3E36">
      <w:pPr>
        <w:pStyle w:val="ae"/>
        <w:numPr>
          <w:ilvl w:val="0"/>
          <w:numId w:val="10"/>
        </w:numPr>
        <w:spacing w:after="20"/>
        <w:ind w:left="993" w:hanging="284"/>
        <w:rPr>
          <w:lang w:val="ru-RU"/>
        </w:rPr>
      </w:pPr>
      <w:proofErr w:type="spellStart"/>
      <w:r w:rsidRPr="007578C5">
        <w:rPr>
          <w:lang w:val="ru-RU"/>
        </w:rPr>
        <w:t>захист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персональних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даних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медичної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інформації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даних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пацієнтів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первинних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даних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досліджень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неопублікованих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рукописів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матеріалів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рецензування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іншої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інформації</w:t>
      </w:r>
      <w:proofErr w:type="spellEnd"/>
      <w:r w:rsidRPr="007578C5">
        <w:rPr>
          <w:lang w:val="ru-RU"/>
        </w:rPr>
        <w:t xml:space="preserve"> з </w:t>
      </w:r>
      <w:proofErr w:type="spellStart"/>
      <w:r w:rsidRPr="007578C5">
        <w:rPr>
          <w:lang w:val="ru-RU"/>
        </w:rPr>
        <w:t>об</w:t>
      </w:r>
      <w:r w:rsidRPr="007578C5">
        <w:rPr>
          <w:lang w:val="ru-RU"/>
        </w:rPr>
        <w:t>меженим</w:t>
      </w:r>
      <w:proofErr w:type="spellEnd"/>
      <w:r w:rsidRPr="007578C5">
        <w:rPr>
          <w:lang w:val="ru-RU"/>
        </w:rPr>
        <w:t xml:space="preserve"> доступом;</w:t>
      </w:r>
    </w:p>
    <w:p w14:paraId="25914FBE" w14:textId="6A3350A9" w:rsidR="003D0F3C" w:rsidRDefault="00DF025C" w:rsidP="000A3E36">
      <w:pPr>
        <w:pStyle w:val="ae"/>
        <w:numPr>
          <w:ilvl w:val="0"/>
          <w:numId w:val="10"/>
        </w:numPr>
        <w:spacing w:after="20"/>
        <w:ind w:left="993" w:hanging="284"/>
        <w:rPr>
          <w:lang w:val="ru-RU"/>
        </w:rPr>
      </w:pPr>
      <w:proofErr w:type="spellStart"/>
      <w:r w:rsidRPr="007578C5">
        <w:rPr>
          <w:lang w:val="ru-RU"/>
        </w:rPr>
        <w:t>нетерпимість</w:t>
      </w:r>
      <w:proofErr w:type="spellEnd"/>
      <w:r w:rsidRPr="007578C5">
        <w:rPr>
          <w:lang w:val="ru-RU"/>
        </w:rPr>
        <w:t xml:space="preserve"> до </w:t>
      </w:r>
      <w:proofErr w:type="spellStart"/>
      <w:r w:rsidRPr="007578C5">
        <w:rPr>
          <w:lang w:val="ru-RU"/>
        </w:rPr>
        <w:t>фабрикації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фальсифікації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академічного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плагіату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самоплагіату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недоброчесного</w:t>
      </w:r>
      <w:proofErr w:type="spellEnd"/>
      <w:r w:rsidRPr="007578C5">
        <w:rPr>
          <w:lang w:val="ru-RU"/>
        </w:rPr>
        <w:t xml:space="preserve"> авторства, </w:t>
      </w:r>
      <w:proofErr w:type="spellStart"/>
      <w:r w:rsidRPr="007578C5">
        <w:rPr>
          <w:lang w:val="ru-RU"/>
        </w:rPr>
        <w:t>недоброчесного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використання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технологій</w:t>
      </w:r>
      <w:proofErr w:type="spellEnd"/>
      <w:r w:rsidRPr="007578C5">
        <w:rPr>
          <w:lang w:val="ru-RU"/>
        </w:rPr>
        <w:t xml:space="preserve"> штучного </w:t>
      </w:r>
      <w:proofErr w:type="spellStart"/>
      <w:r w:rsidRPr="007578C5">
        <w:rPr>
          <w:lang w:val="ru-RU"/>
        </w:rPr>
        <w:t>інтелекту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тиску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академічного</w:t>
      </w:r>
      <w:proofErr w:type="spellEnd"/>
      <w:r w:rsidRPr="007578C5">
        <w:rPr>
          <w:lang w:val="ru-RU"/>
        </w:rPr>
        <w:t xml:space="preserve"> саботажу та </w:t>
      </w:r>
      <w:proofErr w:type="spellStart"/>
      <w:r w:rsidRPr="007578C5">
        <w:rPr>
          <w:lang w:val="ru-RU"/>
        </w:rPr>
        <w:t>інших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порушень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доброчесності</w:t>
      </w:r>
      <w:proofErr w:type="spellEnd"/>
      <w:r w:rsidRPr="007578C5">
        <w:rPr>
          <w:lang w:val="ru-RU"/>
        </w:rPr>
        <w:t>.</w:t>
      </w:r>
    </w:p>
    <w:p w14:paraId="556900CB" w14:textId="77777777" w:rsidR="007578C5" w:rsidRPr="007578C5" w:rsidRDefault="007578C5" w:rsidP="007578C5">
      <w:pPr>
        <w:pStyle w:val="ae"/>
        <w:spacing w:after="20"/>
        <w:ind w:left="834"/>
        <w:rPr>
          <w:lang w:val="ru-RU"/>
        </w:rPr>
      </w:pPr>
    </w:p>
    <w:p w14:paraId="52ACEB1D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6. ЗАГАЛЬНІ СТАНДАРТИ ДОБРОЧЕСНОЇ ПОВЕДІНКИ</w:t>
      </w:r>
    </w:p>
    <w:p w14:paraId="51ED2DB5" w14:textId="77777777" w:rsidR="007578C5" w:rsidRPr="007578C5" w:rsidRDefault="007578C5" w:rsidP="007578C5">
      <w:pPr>
        <w:rPr>
          <w:lang w:val="ru-RU"/>
        </w:rPr>
      </w:pPr>
    </w:p>
    <w:p w14:paraId="4EC48F20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6.1. </w:t>
      </w:r>
      <w:proofErr w:type="spellStart"/>
      <w:r w:rsidRPr="00597BFD">
        <w:rPr>
          <w:lang w:val="ru-RU"/>
        </w:rPr>
        <w:t>Суб’єкти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в ННЦРМГО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>:</w:t>
      </w:r>
    </w:p>
    <w:p w14:paraId="65B3A56D" w14:textId="62912AE0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добросовісно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створювати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подавати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рецензувати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редагувати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оцінювати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оприлюднювати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академічні</w:t>
      </w:r>
      <w:proofErr w:type="spellEnd"/>
      <w:r w:rsidRPr="007578C5">
        <w:rPr>
          <w:lang w:val="ru-RU"/>
        </w:rPr>
        <w:t xml:space="preserve"> твори;</w:t>
      </w:r>
    </w:p>
    <w:p w14:paraId="37DE2888" w14:textId="7D8A3D03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надавати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достовірну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інформацію</w:t>
      </w:r>
      <w:proofErr w:type="spellEnd"/>
      <w:r w:rsidRPr="007578C5">
        <w:rPr>
          <w:lang w:val="ru-RU"/>
        </w:rPr>
        <w:t xml:space="preserve"> про </w:t>
      </w:r>
      <w:proofErr w:type="spellStart"/>
      <w:r w:rsidRPr="007578C5">
        <w:rPr>
          <w:lang w:val="ru-RU"/>
        </w:rPr>
        <w:t>власну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</w:t>
      </w:r>
      <w:r w:rsidRPr="007578C5">
        <w:rPr>
          <w:lang w:val="ru-RU"/>
        </w:rPr>
        <w:t>ну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наукову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освітню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редакційну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видавничу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експертну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діяльність</w:t>
      </w:r>
      <w:proofErr w:type="spellEnd"/>
      <w:r w:rsidRPr="007578C5">
        <w:rPr>
          <w:lang w:val="ru-RU"/>
        </w:rPr>
        <w:t>;</w:t>
      </w:r>
    </w:p>
    <w:p w14:paraId="60C5AC64" w14:textId="59638BB3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коректно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використовувати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джерела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інформації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дані</w:t>
      </w:r>
      <w:proofErr w:type="spellEnd"/>
      <w:r w:rsidRPr="007578C5">
        <w:rPr>
          <w:lang w:val="ru-RU"/>
        </w:rPr>
        <w:t xml:space="preserve">, методики, </w:t>
      </w:r>
      <w:proofErr w:type="spellStart"/>
      <w:r w:rsidRPr="007578C5">
        <w:rPr>
          <w:lang w:val="ru-RU"/>
        </w:rPr>
        <w:t>результати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досліджень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зображення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таблиці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схеми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формули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інші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матеріали</w:t>
      </w:r>
      <w:proofErr w:type="spellEnd"/>
      <w:r w:rsidRPr="007578C5">
        <w:rPr>
          <w:lang w:val="ru-RU"/>
        </w:rPr>
        <w:t>;</w:t>
      </w:r>
    </w:p>
    <w:p w14:paraId="1A736101" w14:textId="407DD4BC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поважати</w:t>
      </w:r>
      <w:proofErr w:type="spellEnd"/>
      <w:r w:rsidRPr="007578C5">
        <w:rPr>
          <w:lang w:val="ru-RU"/>
        </w:rPr>
        <w:t xml:space="preserve"> авторство, </w:t>
      </w:r>
      <w:proofErr w:type="spellStart"/>
      <w:r w:rsidRPr="007578C5">
        <w:rPr>
          <w:lang w:val="ru-RU"/>
        </w:rPr>
        <w:t>співавторство</w:t>
      </w:r>
      <w:proofErr w:type="spellEnd"/>
      <w:r w:rsidRPr="007578C5">
        <w:rPr>
          <w:lang w:val="ru-RU"/>
        </w:rPr>
        <w:t xml:space="preserve">, права </w:t>
      </w:r>
      <w:proofErr w:type="spellStart"/>
      <w:r w:rsidRPr="007578C5">
        <w:rPr>
          <w:lang w:val="ru-RU"/>
        </w:rPr>
        <w:t>інтелек</w:t>
      </w:r>
      <w:r w:rsidRPr="007578C5">
        <w:rPr>
          <w:lang w:val="ru-RU"/>
        </w:rPr>
        <w:t>туальної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власності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науковий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внесок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інших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осіб</w:t>
      </w:r>
      <w:proofErr w:type="spellEnd"/>
      <w:r w:rsidRPr="007578C5">
        <w:rPr>
          <w:lang w:val="ru-RU"/>
        </w:rPr>
        <w:t>;</w:t>
      </w:r>
    </w:p>
    <w:p w14:paraId="575D33AF" w14:textId="587EC38E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r w:rsidRPr="007578C5">
        <w:rPr>
          <w:lang w:val="ru-RU"/>
        </w:rPr>
        <w:t xml:space="preserve">не </w:t>
      </w:r>
      <w:proofErr w:type="spellStart"/>
      <w:r w:rsidRPr="007578C5">
        <w:rPr>
          <w:lang w:val="ru-RU"/>
        </w:rPr>
        <w:t>допускати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плагіату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самоплагіату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фабрикації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фальсифікації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недоброчесного</w:t>
      </w:r>
      <w:proofErr w:type="spellEnd"/>
      <w:r w:rsidRPr="007578C5">
        <w:rPr>
          <w:lang w:val="ru-RU"/>
        </w:rPr>
        <w:t xml:space="preserve"> авторства, </w:t>
      </w:r>
      <w:proofErr w:type="spellStart"/>
      <w:r w:rsidRPr="007578C5">
        <w:rPr>
          <w:lang w:val="ru-RU"/>
        </w:rPr>
        <w:t>приписування</w:t>
      </w:r>
      <w:proofErr w:type="spellEnd"/>
      <w:r w:rsidRPr="007578C5">
        <w:rPr>
          <w:lang w:val="ru-RU"/>
        </w:rPr>
        <w:t xml:space="preserve"> авторства, </w:t>
      </w:r>
      <w:proofErr w:type="spellStart"/>
      <w:r w:rsidRPr="007578C5">
        <w:rPr>
          <w:lang w:val="ru-RU"/>
        </w:rPr>
        <w:t>відчуження</w:t>
      </w:r>
      <w:proofErr w:type="spellEnd"/>
      <w:r w:rsidRPr="007578C5">
        <w:rPr>
          <w:lang w:val="ru-RU"/>
        </w:rPr>
        <w:t xml:space="preserve"> авторства, </w:t>
      </w:r>
      <w:proofErr w:type="spellStart"/>
      <w:r w:rsidRPr="007578C5">
        <w:rPr>
          <w:lang w:val="ru-RU"/>
        </w:rPr>
        <w:t>недоброчесного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оцінювання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недозволеної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допомоги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академі</w:t>
      </w:r>
      <w:r w:rsidRPr="007578C5">
        <w:rPr>
          <w:lang w:val="ru-RU"/>
        </w:rPr>
        <w:t>чного</w:t>
      </w:r>
      <w:proofErr w:type="spellEnd"/>
      <w:r w:rsidRPr="007578C5">
        <w:rPr>
          <w:lang w:val="ru-RU"/>
        </w:rPr>
        <w:t xml:space="preserve"> саботажу, </w:t>
      </w:r>
      <w:proofErr w:type="spellStart"/>
      <w:r w:rsidRPr="007578C5">
        <w:rPr>
          <w:lang w:val="ru-RU"/>
        </w:rPr>
        <w:t>схиляння</w:t>
      </w:r>
      <w:proofErr w:type="spellEnd"/>
      <w:r w:rsidRPr="007578C5">
        <w:rPr>
          <w:lang w:val="ru-RU"/>
        </w:rPr>
        <w:t xml:space="preserve"> до </w:t>
      </w:r>
      <w:proofErr w:type="spellStart"/>
      <w:r w:rsidRPr="007578C5">
        <w:rPr>
          <w:lang w:val="ru-RU"/>
        </w:rPr>
        <w:t>порушення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доброчесності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інших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недоброчесних</w:t>
      </w:r>
      <w:proofErr w:type="spellEnd"/>
      <w:r w:rsidRPr="007578C5">
        <w:rPr>
          <w:lang w:val="ru-RU"/>
        </w:rPr>
        <w:t xml:space="preserve"> практик;</w:t>
      </w:r>
    </w:p>
    <w:p w14:paraId="2D94B5FD" w14:textId="7A9B7724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своєчасно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повідомляти</w:t>
      </w:r>
      <w:proofErr w:type="spellEnd"/>
      <w:r w:rsidRPr="007578C5">
        <w:rPr>
          <w:lang w:val="ru-RU"/>
        </w:rPr>
        <w:t xml:space="preserve"> про </w:t>
      </w:r>
      <w:proofErr w:type="spellStart"/>
      <w:r w:rsidRPr="007578C5">
        <w:rPr>
          <w:lang w:val="ru-RU"/>
        </w:rPr>
        <w:t>помилки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неточності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обставини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які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можуть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вплинути</w:t>
      </w:r>
      <w:proofErr w:type="spellEnd"/>
      <w:r w:rsidRPr="007578C5">
        <w:rPr>
          <w:lang w:val="ru-RU"/>
        </w:rPr>
        <w:t xml:space="preserve"> на </w:t>
      </w:r>
      <w:proofErr w:type="spellStart"/>
      <w:r w:rsidRPr="007578C5">
        <w:rPr>
          <w:lang w:val="ru-RU"/>
        </w:rPr>
        <w:t>достовірність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твору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чи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процедури</w:t>
      </w:r>
      <w:proofErr w:type="spellEnd"/>
      <w:r w:rsidRPr="007578C5">
        <w:rPr>
          <w:lang w:val="ru-RU"/>
        </w:rPr>
        <w:t>;</w:t>
      </w:r>
    </w:p>
    <w:p w14:paraId="3D167697" w14:textId="158CFE20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уникати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конфлікту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інтересів</w:t>
      </w:r>
      <w:proofErr w:type="spellEnd"/>
      <w:r w:rsidRPr="007578C5">
        <w:rPr>
          <w:lang w:val="ru-RU"/>
        </w:rPr>
        <w:t xml:space="preserve">, а в </w:t>
      </w:r>
      <w:proofErr w:type="spellStart"/>
      <w:r w:rsidRPr="007578C5">
        <w:rPr>
          <w:lang w:val="ru-RU"/>
        </w:rPr>
        <w:t>разі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його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виникнення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своєчасно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повідомляти</w:t>
      </w:r>
      <w:proofErr w:type="spellEnd"/>
      <w:r w:rsidRPr="007578C5">
        <w:rPr>
          <w:lang w:val="ru-RU"/>
        </w:rPr>
        <w:t xml:space="preserve"> про </w:t>
      </w:r>
      <w:proofErr w:type="spellStart"/>
      <w:r w:rsidRPr="007578C5">
        <w:rPr>
          <w:lang w:val="ru-RU"/>
        </w:rPr>
        <w:t>нього</w:t>
      </w:r>
      <w:proofErr w:type="spellEnd"/>
      <w:r w:rsidRPr="007578C5">
        <w:rPr>
          <w:lang w:val="ru-RU"/>
        </w:rPr>
        <w:t>;</w:t>
      </w:r>
    </w:p>
    <w:p w14:paraId="21D043DE" w14:textId="556F6FC7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r w:rsidRPr="007578C5">
        <w:rPr>
          <w:lang w:val="ru-RU"/>
        </w:rPr>
        <w:t xml:space="preserve">не </w:t>
      </w:r>
      <w:proofErr w:type="spellStart"/>
      <w:r w:rsidRPr="007578C5">
        <w:rPr>
          <w:lang w:val="ru-RU"/>
        </w:rPr>
        <w:t>використовувати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процедури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доброчесності</w:t>
      </w:r>
      <w:proofErr w:type="spellEnd"/>
      <w:r w:rsidRPr="007578C5">
        <w:rPr>
          <w:lang w:val="ru-RU"/>
        </w:rPr>
        <w:t xml:space="preserve"> як </w:t>
      </w:r>
      <w:proofErr w:type="spellStart"/>
      <w:r w:rsidRPr="007578C5">
        <w:rPr>
          <w:lang w:val="ru-RU"/>
        </w:rPr>
        <w:t>інструмент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тиску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переслідування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дискредитації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службового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конфлікту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недобросовісної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конкуренції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особистого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протистояння</w:t>
      </w:r>
      <w:proofErr w:type="spellEnd"/>
      <w:r w:rsidRPr="007578C5">
        <w:rPr>
          <w:lang w:val="ru-RU"/>
        </w:rPr>
        <w:t>;</w:t>
      </w:r>
    </w:p>
    <w:p w14:paraId="4DC85A4A" w14:textId="578498C5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співпрацювати</w:t>
      </w:r>
      <w:proofErr w:type="spellEnd"/>
      <w:r w:rsidRPr="007578C5">
        <w:rPr>
          <w:lang w:val="ru-RU"/>
        </w:rPr>
        <w:t xml:space="preserve"> з </w:t>
      </w:r>
      <w:proofErr w:type="spellStart"/>
      <w:r w:rsidRPr="007578C5">
        <w:rPr>
          <w:lang w:val="ru-RU"/>
        </w:rPr>
        <w:t>Комісією</w:t>
      </w:r>
      <w:proofErr w:type="spellEnd"/>
      <w:r w:rsidRPr="007578C5">
        <w:rPr>
          <w:lang w:val="ru-RU"/>
        </w:rPr>
        <w:t xml:space="preserve"> з </w:t>
      </w:r>
      <w:proofErr w:type="spellStart"/>
      <w:r w:rsidRPr="007578C5">
        <w:rPr>
          <w:lang w:val="ru-RU"/>
        </w:rPr>
        <w:t>академічної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доброчесності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іншими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компетентними</w:t>
      </w:r>
      <w:proofErr w:type="spellEnd"/>
      <w:r w:rsidRPr="007578C5">
        <w:rPr>
          <w:lang w:val="ru-RU"/>
        </w:rPr>
        <w:t xml:space="preserve"> органами ННЦРМГО у межах </w:t>
      </w:r>
      <w:proofErr w:type="spellStart"/>
      <w:r w:rsidRPr="007578C5">
        <w:rPr>
          <w:lang w:val="ru-RU"/>
        </w:rPr>
        <w:t>визначених</w:t>
      </w:r>
      <w:proofErr w:type="spellEnd"/>
      <w:r w:rsidRPr="007578C5">
        <w:rPr>
          <w:lang w:val="ru-RU"/>
        </w:rPr>
        <w:t xml:space="preserve"> процедур;</w:t>
      </w:r>
    </w:p>
    <w:p w14:paraId="1A3C9D08" w14:textId="1118BA1C" w:rsidR="003D0F3C" w:rsidRPr="007578C5" w:rsidRDefault="00DF025C" w:rsidP="007578C5">
      <w:pPr>
        <w:pStyle w:val="ae"/>
        <w:numPr>
          <w:ilvl w:val="0"/>
          <w:numId w:val="12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дотримуватися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конфіденційності</w:t>
      </w:r>
      <w:proofErr w:type="spellEnd"/>
      <w:r w:rsidRPr="007578C5">
        <w:rPr>
          <w:lang w:val="ru-RU"/>
        </w:rPr>
        <w:t xml:space="preserve"> та </w:t>
      </w:r>
      <w:proofErr w:type="spellStart"/>
      <w:r w:rsidRPr="007578C5">
        <w:rPr>
          <w:lang w:val="ru-RU"/>
        </w:rPr>
        <w:t>вимог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захисту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інформації</w:t>
      </w:r>
      <w:proofErr w:type="spellEnd"/>
      <w:r w:rsidRPr="007578C5">
        <w:rPr>
          <w:lang w:val="ru-RU"/>
        </w:rPr>
        <w:t xml:space="preserve"> з </w:t>
      </w:r>
      <w:proofErr w:type="spellStart"/>
      <w:r w:rsidRPr="007578C5">
        <w:rPr>
          <w:lang w:val="ru-RU"/>
        </w:rPr>
        <w:t>обмеженим</w:t>
      </w:r>
      <w:proofErr w:type="spellEnd"/>
      <w:r w:rsidRPr="007578C5">
        <w:rPr>
          <w:lang w:val="ru-RU"/>
        </w:rPr>
        <w:t xml:space="preserve"> доступом.</w:t>
      </w:r>
    </w:p>
    <w:p w14:paraId="2260EEB6" w14:textId="77777777" w:rsidR="003D0F3C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lastRenderedPageBreak/>
        <w:t xml:space="preserve">6.2. </w:t>
      </w:r>
      <w:proofErr w:type="spellStart"/>
      <w:r w:rsidRPr="00597BFD">
        <w:rPr>
          <w:lang w:val="ru-RU"/>
        </w:rPr>
        <w:t>Кожен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суб’єкт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відповідає</w:t>
      </w:r>
      <w:proofErr w:type="spellEnd"/>
      <w:r w:rsidRPr="00597BFD">
        <w:rPr>
          <w:lang w:val="ru-RU"/>
        </w:rPr>
        <w:t xml:space="preserve"> за </w:t>
      </w:r>
      <w:proofErr w:type="spellStart"/>
      <w:r w:rsidRPr="00597BFD">
        <w:rPr>
          <w:lang w:val="ru-RU"/>
        </w:rPr>
        <w:t>власну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поведінку</w:t>
      </w:r>
      <w:proofErr w:type="spellEnd"/>
      <w:r w:rsidRPr="00597BFD">
        <w:rPr>
          <w:lang w:val="ru-RU"/>
        </w:rPr>
        <w:t xml:space="preserve"> в межах </w:t>
      </w:r>
      <w:proofErr w:type="spellStart"/>
      <w:r w:rsidRPr="00597BFD">
        <w:rPr>
          <w:lang w:val="ru-RU"/>
        </w:rPr>
        <w:t>своєї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ролі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повноважень</w:t>
      </w:r>
      <w:proofErr w:type="spellEnd"/>
      <w:r w:rsidRPr="00597BFD">
        <w:rPr>
          <w:lang w:val="ru-RU"/>
        </w:rPr>
        <w:t xml:space="preserve"> і фактичного </w:t>
      </w:r>
      <w:proofErr w:type="spellStart"/>
      <w:r w:rsidRPr="00597BFD">
        <w:rPr>
          <w:lang w:val="ru-RU"/>
        </w:rPr>
        <w:t>внеску</w:t>
      </w:r>
      <w:proofErr w:type="spellEnd"/>
      <w:r w:rsidRPr="00597BFD">
        <w:rPr>
          <w:lang w:val="ru-RU"/>
        </w:rPr>
        <w:t>.</w:t>
      </w:r>
    </w:p>
    <w:p w14:paraId="63138544" w14:textId="77777777" w:rsidR="007578C5" w:rsidRPr="00597BFD" w:rsidRDefault="007578C5">
      <w:pPr>
        <w:spacing w:after="60"/>
        <w:ind w:firstLine="340"/>
        <w:jc w:val="both"/>
        <w:rPr>
          <w:lang w:val="ru-RU"/>
        </w:rPr>
      </w:pPr>
    </w:p>
    <w:p w14:paraId="7BB2756F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7. ДОБРОЧЕСНІСТЬ У НАУКОВІЙ ДІЯЛЬНОСТІ</w:t>
      </w:r>
    </w:p>
    <w:p w14:paraId="482841AF" w14:textId="77777777" w:rsidR="007578C5" w:rsidRPr="007578C5" w:rsidRDefault="007578C5" w:rsidP="007578C5">
      <w:pPr>
        <w:rPr>
          <w:lang w:val="ru-RU"/>
        </w:rPr>
      </w:pPr>
    </w:p>
    <w:p w14:paraId="085021CF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7.1. </w:t>
      </w:r>
      <w:proofErr w:type="spellStart"/>
      <w:r w:rsidRPr="00597BFD">
        <w:rPr>
          <w:lang w:val="ru-RU"/>
        </w:rPr>
        <w:t>Наукова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діяльність</w:t>
      </w:r>
      <w:proofErr w:type="spellEnd"/>
      <w:r w:rsidRPr="00597BFD">
        <w:rPr>
          <w:lang w:val="ru-RU"/>
        </w:rPr>
        <w:t xml:space="preserve"> у ННЦРМГО </w:t>
      </w:r>
      <w:proofErr w:type="spellStart"/>
      <w:r w:rsidRPr="00597BFD">
        <w:rPr>
          <w:lang w:val="ru-RU"/>
        </w:rPr>
        <w:t>має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ґрунтуватися</w:t>
      </w:r>
      <w:proofErr w:type="spellEnd"/>
      <w:r w:rsidRPr="00597BFD">
        <w:rPr>
          <w:lang w:val="ru-RU"/>
        </w:rPr>
        <w:t xml:space="preserve"> на </w:t>
      </w:r>
      <w:proofErr w:type="spellStart"/>
      <w:r w:rsidRPr="00597BFD">
        <w:rPr>
          <w:lang w:val="ru-RU"/>
        </w:rPr>
        <w:t>достовірності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обґрунтованості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методів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прозорості</w:t>
      </w:r>
      <w:proofErr w:type="spellEnd"/>
      <w:r w:rsidRPr="00597BFD">
        <w:rPr>
          <w:lang w:val="ru-RU"/>
        </w:rPr>
        <w:t xml:space="preserve"> процедур, </w:t>
      </w:r>
      <w:proofErr w:type="spellStart"/>
      <w:r w:rsidRPr="00597BFD">
        <w:rPr>
          <w:lang w:val="ru-RU"/>
        </w:rPr>
        <w:t>коректнос</w:t>
      </w:r>
      <w:r w:rsidRPr="00597BFD">
        <w:rPr>
          <w:lang w:val="ru-RU"/>
        </w:rPr>
        <w:t>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аналізу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чесному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поданні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результатів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відповідальному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ставленні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суспільного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значення</w:t>
      </w:r>
      <w:proofErr w:type="spellEnd"/>
      <w:r w:rsidRPr="00597BFD">
        <w:rPr>
          <w:lang w:val="ru-RU"/>
        </w:rPr>
        <w:t xml:space="preserve"> науки.</w:t>
      </w:r>
    </w:p>
    <w:p w14:paraId="052DA6B1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7.2. </w:t>
      </w:r>
      <w:proofErr w:type="spellStart"/>
      <w:r w:rsidRPr="00597BFD">
        <w:rPr>
          <w:lang w:val="ru-RU"/>
        </w:rPr>
        <w:t>Під</w:t>
      </w:r>
      <w:proofErr w:type="spellEnd"/>
      <w:r w:rsidRPr="00597BFD">
        <w:rPr>
          <w:lang w:val="ru-RU"/>
        </w:rPr>
        <w:t xml:space="preserve"> час </w:t>
      </w:r>
      <w:proofErr w:type="spellStart"/>
      <w:r w:rsidRPr="00597BFD">
        <w:rPr>
          <w:lang w:val="ru-RU"/>
        </w:rPr>
        <w:t>проведення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наукових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досліджень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суб’єкти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>:</w:t>
      </w:r>
    </w:p>
    <w:p w14:paraId="43609963" w14:textId="220B5A51" w:rsidR="003D0F3C" w:rsidRPr="007578C5" w:rsidRDefault="00DF025C" w:rsidP="007578C5">
      <w:pPr>
        <w:pStyle w:val="ae"/>
        <w:numPr>
          <w:ilvl w:val="0"/>
          <w:numId w:val="14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використовувати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науково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обґрунтовані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методи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коректні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джерела</w:t>
      </w:r>
      <w:proofErr w:type="spellEnd"/>
      <w:r w:rsidRPr="007578C5">
        <w:rPr>
          <w:lang w:val="ru-RU"/>
        </w:rPr>
        <w:t xml:space="preserve"> і </w:t>
      </w:r>
      <w:proofErr w:type="spellStart"/>
      <w:r w:rsidRPr="007578C5">
        <w:rPr>
          <w:lang w:val="ru-RU"/>
        </w:rPr>
        <w:t>достовірні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дані</w:t>
      </w:r>
      <w:proofErr w:type="spellEnd"/>
      <w:r w:rsidRPr="007578C5">
        <w:rPr>
          <w:lang w:val="ru-RU"/>
        </w:rPr>
        <w:t>;</w:t>
      </w:r>
    </w:p>
    <w:p w14:paraId="6BE93092" w14:textId="4440EF14" w:rsidR="003D0F3C" w:rsidRPr="007578C5" w:rsidRDefault="00DF025C" w:rsidP="007578C5">
      <w:pPr>
        <w:pStyle w:val="ae"/>
        <w:numPr>
          <w:ilvl w:val="0"/>
          <w:numId w:val="14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забезпечувати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належне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документування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методів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матеріалів</w:t>
      </w:r>
      <w:proofErr w:type="spellEnd"/>
      <w:r w:rsidRPr="007578C5">
        <w:rPr>
          <w:lang w:val="ru-RU"/>
        </w:rPr>
        <w:t xml:space="preserve">, умов, </w:t>
      </w:r>
      <w:proofErr w:type="spellStart"/>
      <w:r w:rsidRPr="007578C5">
        <w:rPr>
          <w:lang w:val="ru-RU"/>
        </w:rPr>
        <w:t>результатів</w:t>
      </w:r>
      <w:proofErr w:type="spellEnd"/>
      <w:r w:rsidRPr="007578C5">
        <w:rPr>
          <w:lang w:val="ru-RU"/>
        </w:rPr>
        <w:t xml:space="preserve"> і </w:t>
      </w:r>
      <w:proofErr w:type="spellStart"/>
      <w:r w:rsidRPr="007578C5">
        <w:rPr>
          <w:lang w:val="ru-RU"/>
        </w:rPr>
        <w:t>висновків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дослідження</w:t>
      </w:r>
      <w:proofErr w:type="spellEnd"/>
      <w:r w:rsidRPr="007578C5">
        <w:rPr>
          <w:lang w:val="ru-RU"/>
        </w:rPr>
        <w:t>;</w:t>
      </w:r>
    </w:p>
    <w:p w14:paraId="6BF9476C" w14:textId="44B61DE4" w:rsidR="003D0F3C" w:rsidRPr="007578C5" w:rsidRDefault="00DF025C" w:rsidP="007578C5">
      <w:pPr>
        <w:pStyle w:val="ae"/>
        <w:numPr>
          <w:ilvl w:val="0"/>
          <w:numId w:val="14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зберігати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первинні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дані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досліджень</w:t>
      </w:r>
      <w:proofErr w:type="spellEnd"/>
      <w:r w:rsidRPr="007578C5">
        <w:rPr>
          <w:lang w:val="ru-RU"/>
        </w:rPr>
        <w:t xml:space="preserve"> у порядку, </w:t>
      </w:r>
      <w:proofErr w:type="spellStart"/>
      <w:r w:rsidRPr="007578C5">
        <w:rPr>
          <w:lang w:val="ru-RU"/>
        </w:rPr>
        <w:t>визначеному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законодавством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України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дослідницькими</w:t>
      </w:r>
      <w:proofErr w:type="spellEnd"/>
      <w:r w:rsidRPr="007578C5">
        <w:rPr>
          <w:lang w:val="ru-RU"/>
        </w:rPr>
        <w:t xml:space="preserve"> протоколами, </w:t>
      </w:r>
      <w:proofErr w:type="spellStart"/>
      <w:r w:rsidRPr="007578C5">
        <w:rPr>
          <w:lang w:val="ru-RU"/>
        </w:rPr>
        <w:t>етичними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дозволами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умовами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договорів</w:t>
      </w:r>
      <w:proofErr w:type="spellEnd"/>
      <w:r w:rsidRPr="007578C5">
        <w:rPr>
          <w:lang w:val="ru-RU"/>
        </w:rPr>
        <w:t>,</w:t>
      </w:r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грантів</w:t>
      </w:r>
      <w:proofErr w:type="spellEnd"/>
      <w:r w:rsidRPr="007578C5">
        <w:rPr>
          <w:lang w:val="ru-RU"/>
        </w:rPr>
        <w:t xml:space="preserve"> і </w:t>
      </w:r>
      <w:proofErr w:type="spellStart"/>
      <w:r w:rsidRPr="007578C5">
        <w:rPr>
          <w:lang w:val="ru-RU"/>
        </w:rPr>
        <w:t>внутрішніми</w:t>
      </w:r>
      <w:proofErr w:type="spellEnd"/>
      <w:r w:rsidRPr="007578C5">
        <w:rPr>
          <w:lang w:val="ru-RU"/>
        </w:rPr>
        <w:t xml:space="preserve"> актами ННЦРМГО;</w:t>
      </w:r>
    </w:p>
    <w:p w14:paraId="5535FA23" w14:textId="0B65247B" w:rsidR="003D0F3C" w:rsidRPr="007578C5" w:rsidRDefault="00DF025C" w:rsidP="007578C5">
      <w:pPr>
        <w:pStyle w:val="ae"/>
        <w:numPr>
          <w:ilvl w:val="0"/>
          <w:numId w:val="14"/>
        </w:numPr>
        <w:spacing w:after="20"/>
        <w:rPr>
          <w:lang w:val="ru-RU"/>
        </w:rPr>
      </w:pPr>
      <w:r w:rsidRPr="007578C5">
        <w:rPr>
          <w:lang w:val="ru-RU"/>
        </w:rPr>
        <w:t xml:space="preserve">не </w:t>
      </w:r>
      <w:proofErr w:type="spellStart"/>
      <w:r w:rsidRPr="007578C5">
        <w:rPr>
          <w:lang w:val="ru-RU"/>
        </w:rPr>
        <w:t>вигадувати</w:t>
      </w:r>
      <w:proofErr w:type="spellEnd"/>
      <w:r w:rsidRPr="007578C5">
        <w:rPr>
          <w:lang w:val="ru-RU"/>
        </w:rPr>
        <w:t xml:space="preserve">, не </w:t>
      </w:r>
      <w:proofErr w:type="spellStart"/>
      <w:r w:rsidRPr="007578C5">
        <w:rPr>
          <w:lang w:val="ru-RU"/>
        </w:rPr>
        <w:t>змінювати</w:t>
      </w:r>
      <w:proofErr w:type="spellEnd"/>
      <w:r w:rsidRPr="007578C5">
        <w:rPr>
          <w:lang w:val="ru-RU"/>
        </w:rPr>
        <w:t xml:space="preserve">, не </w:t>
      </w:r>
      <w:proofErr w:type="spellStart"/>
      <w:r w:rsidRPr="007578C5">
        <w:rPr>
          <w:lang w:val="ru-RU"/>
        </w:rPr>
        <w:t>приховувати</w:t>
      </w:r>
      <w:proofErr w:type="spellEnd"/>
      <w:r w:rsidRPr="007578C5">
        <w:rPr>
          <w:lang w:val="ru-RU"/>
        </w:rPr>
        <w:t xml:space="preserve"> і не </w:t>
      </w:r>
      <w:proofErr w:type="spellStart"/>
      <w:r w:rsidRPr="007578C5">
        <w:rPr>
          <w:lang w:val="ru-RU"/>
        </w:rPr>
        <w:t>викривляти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дані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результати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зображення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статистичні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показники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клінічні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лабораторні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радіобіологічні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гематологічні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онкологічні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епідеміологічні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інші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матеріали</w:t>
      </w:r>
      <w:proofErr w:type="spellEnd"/>
      <w:r w:rsidRPr="007578C5">
        <w:rPr>
          <w:lang w:val="ru-RU"/>
        </w:rPr>
        <w:t>;</w:t>
      </w:r>
    </w:p>
    <w:p w14:paraId="12C9ECF4" w14:textId="23A85DCE" w:rsidR="003D0F3C" w:rsidRPr="007578C5" w:rsidRDefault="00DF025C" w:rsidP="007578C5">
      <w:pPr>
        <w:pStyle w:val="ae"/>
        <w:numPr>
          <w:ilvl w:val="0"/>
          <w:numId w:val="14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зазначати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обмеження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дослідження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якщо</w:t>
      </w:r>
      <w:proofErr w:type="spellEnd"/>
      <w:r w:rsidRPr="007578C5">
        <w:rPr>
          <w:lang w:val="ru-RU"/>
        </w:rPr>
        <w:t xml:space="preserve"> вони </w:t>
      </w:r>
      <w:proofErr w:type="spellStart"/>
      <w:r w:rsidRPr="007578C5">
        <w:rPr>
          <w:lang w:val="ru-RU"/>
        </w:rPr>
        <w:t>можуть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вплинути</w:t>
      </w:r>
      <w:proofErr w:type="spellEnd"/>
      <w:r w:rsidRPr="007578C5">
        <w:rPr>
          <w:lang w:val="ru-RU"/>
        </w:rPr>
        <w:t xml:space="preserve"> на </w:t>
      </w:r>
      <w:proofErr w:type="spellStart"/>
      <w:r w:rsidRPr="007578C5">
        <w:rPr>
          <w:lang w:val="ru-RU"/>
        </w:rPr>
        <w:t>інтерпретацію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результатів</w:t>
      </w:r>
      <w:proofErr w:type="spellEnd"/>
      <w:r w:rsidRPr="007578C5">
        <w:rPr>
          <w:lang w:val="ru-RU"/>
        </w:rPr>
        <w:t>;</w:t>
      </w:r>
    </w:p>
    <w:p w14:paraId="6794171E" w14:textId="4ED05B68" w:rsidR="003D0F3C" w:rsidRPr="007578C5" w:rsidRDefault="00DF025C" w:rsidP="007578C5">
      <w:pPr>
        <w:pStyle w:val="ae"/>
        <w:numPr>
          <w:ilvl w:val="0"/>
          <w:numId w:val="14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добросовісно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повідомляти</w:t>
      </w:r>
      <w:proofErr w:type="spellEnd"/>
      <w:r w:rsidRPr="007578C5">
        <w:rPr>
          <w:lang w:val="ru-RU"/>
        </w:rPr>
        <w:t xml:space="preserve"> про </w:t>
      </w:r>
      <w:proofErr w:type="spellStart"/>
      <w:r w:rsidRPr="007578C5">
        <w:rPr>
          <w:lang w:val="ru-RU"/>
        </w:rPr>
        <w:t>помилки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неточності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нові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обставини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що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можуть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вплинути</w:t>
      </w:r>
      <w:proofErr w:type="spellEnd"/>
      <w:r w:rsidRPr="007578C5">
        <w:rPr>
          <w:lang w:val="ru-RU"/>
        </w:rPr>
        <w:t xml:space="preserve"> на </w:t>
      </w:r>
      <w:proofErr w:type="spellStart"/>
      <w:r w:rsidRPr="007578C5">
        <w:rPr>
          <w:lang w:val="ru-RU"/>
        </w:rPr>
        <w:t>достовірність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оприлюднених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поданих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результатів</w:t>
      </w:r>
      <w:proofErr w:type="spellEnd"/>
      <w:r w:rsidRPr="007578C5">
        <w:rPr>
          <w:lang w:val="ru-RU"/>
        </w:rPr>
        <w:t>;</w:t>
      </w:r>
    </w:p>
    <w:p w14:paraId="3747C8DE" w14:textId="566F2905" w:rsidR="003D0F3C" w:rsidRPr="007578C5" w:rsidRDefault="00DF025C" w:rsidP="007578C5">
      <w:pPr>
        <w:pStyle w:val="ae"/>
        <w:numPr>
          <w:ilvl w:val="0"/>
          <w:numId w:val="14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дотримуватися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вимог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етичних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дозволів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дослідницьких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протоколів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договорів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грантів</w:t>
      </w:r>
      <w:proofErr w:type="spellEnd"/>
      <w:r w:rsidRPr="007578C5">
        <w:rPr>
          <w:lang w:val="ru-RU"/>
        </w:rPr>
        <w:t xml:space="preserve"> і правил </w:t>
      </w:r>
      <w:proofErr w:type="spellStart"/>
      <w:r w:rsidRPr="007578C5">
        <w:rPr>
          <w:lang w:val="ru-RU"/>
        </w:rPr>
        <w:t>роботи</w:t>
      </w:r>
      <w:proofErr w:type="spellEnd"/>
      <w:r w:rsidRPr="007578C5">
        <w:rPr>
          <w:lang w:val="ru-RU"/>
        </w:rPr>
        <w:t xml:space="preserve"> з </w:t>
      </w:r>
      <w:proofErr w:type="spellStart"/>
      <w:r w:rsidRPr="007578C5">
        <w:rPr>
          <w:lang w:val="ru-RU"/>
        </w:rPr>
        <w:t>даними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пацієнтів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досліджуваних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осіб</w:t>
      </w:r>
      <w:proofErr w:type="spellEnd"/>
      <w:r w:rsidRPr="007578C5">
        <w:rPr>
          <w:lang w:val="ru-RU"/>
        </w:rPr>
        <w:t>.</w:t>
      </w:r>
    </w:p>
    <w:p w14:paraId="57F1C6DC" w14:textId="77777777" w:rsidR="003D0F3C" w:rsidRDefault="00DF025C" w:rsidP="000A3E36">
      <w:pPr>
        <w:spacing w:before="60"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7.3. </w:t>
      </w:r>
      <w:proofErr w:type="spellStart"/>
      <w:r w:rsidRPr="00597BFD">
        <w:rPr>
          <w:lang w:val="ru-RU"/>
        </w:rPr>
        <w:t>Особлива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обережність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застосовуватися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під</w:t>
      </w:r>
      <w:proofErr w:type="spellEnd"/>
      <w:r w:rsidRPr="00597BFD">
        <w:rPr>
          <w:lang w:val="ru-RU"/>
        </w:rPr>
        <w:t xml:space="preserve"> час </w:t>
      </w:r>
      <w:proofErr w:type="spellStart"/>
      <w:r w:rsidRPr="00597BFD">
        <w:rPr>
          <w:lang w:val="ru-RU"/>
        </w:rPr>
        <w:t>роботи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медичною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клінічною</w:t>
      </w:r>
      <w:proofErr w:type="spellEnd"/>
      <w:r w:rsidRPr="00597BFD">
        <w:rPr>
          <w:lang w:val="ru-RU"/>
        </w:rPr>
        <w:t xml:space="preserve">, лабораторною, </w:t>
      </w:r>
      <w:proofErr w:type="spellStart"/>
      <w:r w:rsidRPr="00597BFD">
        <w:rPr>
          <w:lang w:val="ru-RU"/>
        </w:rPr>
        <w:t>радіобіологічною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гематологічною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он</w:t>
      </w:r>
      <w:r w:rsidRPr="00597BFD">
        <w:rPr>
          <w:lang w:val="ru-RU"/>
        </w:rPr>
        <w:t>кологічною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епідеміологічною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іншою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чутливою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інформацією</w:t>
      </w:r>
      <w:proofErr w:type="spellEnd"/>
      <w:r w:rsidRPr="00597BFD">
        <w:rPr>
          <w:lang w:val="ru-RU"/>
        </w:rPr>
        <w:t>.</w:t>
      </w:r>
    </w:p>
    <w:p w14:paraId="5294023E" w14:textId="77777777" w:rsidR="007578C5" w:rsidRPr="00597BFD" w:rsidRDefault="007578C5">
      <w:pPr>
        <w:spacing w:after="60"/>
        <w:ind w:firstLine="340"/>
        <w:jc w:val="both"/>
        <w:rPr>
          <w:lang w:val="ru-RU"/>
        </w:rPr>
      </w:pPr>
    </w:p>
    <w:p w14:paraId="7166DA6F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8. АВТОРСТВО, СПІВАВТОРСТВО І ВНЕСОК АВТОРІВ</w:t>
      </w:r>
    </w:p>
    <w:p w14:paraId="590D1AD7" w14:textId="77777777" w:rsidR="007578C5" w:rsidRPr="007578C5" w:rsidRDefault="007578C5" w:rsidP="007578C5">
      <w:pPr>
        <w:rPr>
          <w:lang w:val="ru-RU"/>
        </w:rPr>
      </w:pPr>
    </w:p>
    <w:p w14:paraId="11D6BF7A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8.1. Авторство </w:t>
      </w:r>
      <w:proofErr w:type="spellStart"/>
      <w:r w:rsidRPr="00597BFD">
        <w:rPr>
          <w:lang w:val="ru-RU"/>
        </w:rPr>
        <w:t>академічного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твору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ґрунтуватися</w:t>
      </w:r>
      <w:proofErr w:type="spellEnd"/>
      <w:r w:rsidRPr="00597BFD">
        <w:rPr>
          <w:lang w:val="ru-RU"/>
        </w:rPr>
        <w:t xml:space="preserve"> на реальному </w:t>
      </w:r>
      <w:proofErr w:type="spellStart"/>
      <w:r w:rsidRPr="00597BFD">
        <w:rPr>
          <w:lang w:val="ru-RU"/>
        </w:rPr>
        <w:t>інтелектуальному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внеску</w:t>
      </w:r>
      <w:proofErr w:type="spellEnd"/>
      <w:r w:rsidRPr="00597BFD">
        <w:rPr>
          <w:lang w:val="ru-RU"/>
        </w:rPr>
        <w:t xml:space="preserve"> особи у </w:t>
      </w:r>
      <w:proofErr w:type="spellStart"/>
      <w:r w:rsidRPr="00597BFD">
        <w:rPr>
          <w:lang w:val="ru-RU"/>
        </w:rPr>
        <w:t>створення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твору</w:t>
      </w:r>
      <w:proofErr w:type="spellEnd"/>
      <w:r w:rsidRPr="00597BFD">
        <w:rPr>
          <w:lang w:val="ru-RU"/>
        </w:rPr>
        <w:t>.</w:t>
      </w:r>
    </w:p>
    <w:p w14:paraId="767C5534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8.2. До складу </w:t>
      </w:r>
      <w:proofErr w:type="spellStart"/>
      <w:r w:rsidRPr="00597BFD">
        <w:rPr>
          <w:lang w:val="ru-RU"/>
        </w:rPr>
        <w:t>авторів</w:t>
      </w:r>
      <w:proofErr w:type="spellEnd"/>
      <w:r w:rsidRPr="00597BFD">
        <w:rPr>
          <w:lang w:val="ru-RU"/>
        </w:rPr>
        <w:t xml:space="preserve"> </w:t>
      </w:r>
      <w:r w:rsidRPr="00597BFD">
        <w:rPr>
          <w:lang w:val="ru-RU"/>
        </w:rPr>
        <w:t xml:space="preserve">не </w:t>
      </w:r>
      <w:proofErr w:type="spellStart"/>
      <w:r w:rsidRPr="00597BFD">
        <w:rPr>
          <w:lang w:val="ru-RU"/>
        </w:rPr>
        <w:t>повинні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включатися</w:t>
      </w:r>
      <w:proofErr w:type="spellEnd"/>
      <w:r w:rsidRPr="00597BFD">
        <w:rPr>
          <w:lang w:val="ru-RU"/>
        </w:rPr>
        <w:t xml:space="preserve"> особи </w:t>
      </w:r>
      <w:proofErr w:type="spellStart"/>
      <w:r w:rsidRPr="00597BFD">
        <w:rPr>
          <w:lang w:val="ru-RU"/>
        </w:rPr>
        <w:t>лише</w:t>
      </w:r>
      <w:proofErr w:type="spellEnd"/>
      <w:r w:rsidRPr="00597BFD">
        <w:rPr>
          <w:lang w:val="ru-RU"/>
        </w:rPr>
        <w:t xml:space="preserve"> на </w:t>
      </w:r>
      <w:proofErr w:type="spellStart"/>
      <w:r w:rsidRPr="00597BFD">
        <w:rPr>
          <w:lang w:val="ru-RU"/>
        </w:rPr>
        <w:t>підставі</w:t>
      </w:r>
      <w:proofErr w:type="spellEnd"/>
      <w:r w:rsidRPr="00597BFD">
        <w:rPr>
          <w:lang w:val="ru-RU"/>
        </w:rPr>
        <w:t xml:space="preserve"> посади, </w:t>
      </w:r>
      <w:proofErr w:type="spellStart"/>
      <w:r w:rsidRPr="00597BFD">
        <w:rPr>
          <w:lang w:val="ru-RU"/>
        </w:rPr>
        <w:t>адміністративної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ролі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службового</w:t>
      </w:r>
      <w:proofErr w:type="spellEnd"/>
      <w:r w:rsidRPr="00597BFD">
        <w:rPr>
          <w:lang w:val="ru-RU"/>
        </w:rPr>
        <w:t xml:space="preserve"> становища, </w:t>
      </w:r>
      <w:proofErr w:type="spellStart"/>
      <w:r w:rsidRPr="00597BFD">
        <w:rPr>
          <w:lang w:val="ru-RU"/>
        </w:rPr>
        <w:t>наукового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керівництва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загального</w:t>
      </w:r>
      <w:proofErr w:type="spellEnd"/>
      <w:r w:rsidRPr="00597BFD">
        <w:rPr>
          <w:lang w:val="ru-RU"/>
        </w:rPr>
        <w:t xml:space="preserve"> контролю, </w:t>
      </w:r>
      <w:proofErr w:type="spellStart"/>
      <w:r w:rsidRPr="00597BFD">
        <w:rPr>
          <w:lang w:val="ru-RU"/>
        </w:rPr>
        <w:t>надання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фінансування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обладнання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матеріалів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допомоги</w:t>
      </w:r>
      <w:proofErr w:type="spellEnd"/>
      <w:r w:rsidRPr="00597BFD">
        <w:rPr>
          <w:lang w:val="ru-RU"/>
        </w:rPr>
        <w:t xml:space="preserve"> без реального </w:t>
      </w:r>
      <w:proofErr w:type="spellStart"/>
      <w:r w:rsidRPr="00597BFD">
        <w:rPr>
          <w:lang w:val="ru-RU"/>
        </w:rPr>
        <w:t>інтелектуального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внеску</w:t>
      </w:r>
      <w:proofErr w:type="spellEnd"/>
      <w:r w:rsidRPr="00597BFD">
        <w:rPr>
          <w:lang w:val="ru-RU"/>
        </w:rPr>
        <w:t>.</w:t>
      </w:r>
    </w:p>
    <w:p w14:paraId="1ADD9A56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>8.3. Не</w:t>
      </w:r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допускаються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гостьове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подарункове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почесне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примусове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недоброчесне</w:t>
      </w:r>
      <w:proofErr w:type="spellEnd"/>
      <w:r w:rsidRPr="00597BFD">
        <w:rPr>
          <w:lang w:val="ru-RU"/>
        </w:rPr>
        <w:t xml:space="preserve"> авторство.</w:t>
      </w:r>
    </w:p>
    <w:p w14:paraId="4276A531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8.4. Не </w:t>
      </w:r>
      <w:proofErr w:type="spellStart"/>
      <w:r w:rsidRPr="00597BFD">
        <w:rPr>
          <w:lang w:val="ru-RU"/>
        </w:rPr>
        <w:t>допускається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невизнання</w:t>
      </w:r>
      <w:proofErr w:type="spellEnd"/>
      <w:r w:rsidRPr="00597BFD">
        <w:rPr>
          <w:lang w:val="ru-RU"/>
        </w:rPr>
        <w:t xml:space="preserve"> реального </w:t>
      </w:r>
      <w:proofErr w:type="spellStart"/>
      <w:r w:rsidRPr="00597BFD">
        <w:rPr>
          <w:lang w:val="ru-RU"/>
        </w:rPr>
        <w:t>внеску</w:t>
      </w:r>
      <w:proofErr w:type="spellEnd"/>
      <w:r w:rsidRPr="00597BFD">
        <w:rPr>
          <w:lang w:val="ru-RU"/>
        </w:rPr>
        <w:t xml:space="preserve"> особи, </w:t>
      </w:r>
      <w:proofErr w:type="spellStart"/>
      <w:r w:rsidRPr="00597BFD">
        <w:rPr>
          <w:lang w:val="ru-RU"/>
        </w:rPr>
        <w:t>усунення</w:t>
      </w:r>
      <w:proofErr w:type="spellEnd"/>
      <w:r w:rsidRPr="00597BFD">
        <w:rPr>
          <w:lang w:val="ru-RU"/>
        </w:rPr>
        <w:t xml:space="preserve"> автора </w:t>
      </w:r>
      <w:proofErr w:type="spellStart"/>
      <w:r w:rsidRPr="00597BFD">
        <w:rPr>
          <w:lang w:val="ru-RU"/>
        </w:rPr>
        <w:t>від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зазначення</w:t>
      </w:r>
      <w:proofErr w:type="spellEnd"/>
      <w:r w:rsidRPr="00597BFD">
        <w:rPr>
          <w:lang w:val="ru-RU"/>
        </w:rPr>
        <w:t xml:space="preserve"> авторства, </w:t>
      </w:r>
      <w:proofErr w:type="spellStart"/>
      <w:r w:rsidRPr="00597BFD">
        <w:rPr>
          <w:lang w:val="ru-RU"/>
        </w:rPr>
        <w:t>неправомірне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приписування</w:t>
      </w:r>
      <w:proofErr w:type="spellEnd"/>
      <w:r w:rsidRPr="00597BFD">
        <w:rPr>
          <w:lang w:val="ru-RU"/>
        </w:rPr>
        <w:t xml:space="preserve"> авторства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відчуження</w:t>
      </w:r>
      <w:proofErr w:type="spellEnd"/>
      <w:r w:rsidRPr="00597BFD">
        <w:rPr>
          <w:lang w:val="ru-RU"/>
        </w:rPr>
        <w:t xml:space="preserve"> </w:t>
      </w:r>
      <w:r w:rsidRPr="00597BFD">
        <w:rPr>
          <w:lang w:val="ru-RU"/>
        </w:rPr>
        <w:t>авторства.</w:t>
      </w:r>
    </w:p>
    <w:p w14:paraId="5CAC1B5F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8.5. </w:t>
      </w:r>
      <w:proofErr w:type="spellStart"/>
      <w:r w:rsidRPr="00597BFD">
        <w:rPr>
          <w:lang w:val="ru-RU"/>
        </w:rPr>
        <w:t>Автори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співавтори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узгоджувати</w:t>
      </w:r>
      <w:proofErr w:type="spellEnd"/>
      <w:r w:rsidRPr="00597BFD">
        <w:rPr>
          <w:lang w:val="ru-RU"/>
        </w:rPr>
        <w:t xml:space="preserve"> склад </w:t>
      </w:r>
      <w:proofErr w:type="spellStart"/>
      <w:r w:rsidRPr="00597BFD">
        <w:rPr>
          <w:lang w:val="ru-RU"/>
        </w:rPr>
        <w:t>авторів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черговість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зазначення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авторів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відповідального</w:t>
      </w:r>
      <w:proofErr w:type="spellEnd"/>
      <w:r w:rsidRPr="00597BFD">
        <w:rPr>
          <w:lang w:val="ru-RU"/>
        </w:rPr>
        <w:t xml:space="preserve"> автора, </w:t>
      </w:r>
      <w:proofErr w:type="spellStart"/>
      <w:r w:rsidRPr="00597BFD">
        <w:rPr>
          <w:lang w:val="ru-RU"/>
        </w:rPr>
        <w:t>внесок</w:t>
      </w:r>
      <w:proofErr w:type="spellEnd"/>
      <w:r w:rsidRPr="00597BFD">
        <w:rPr>
          <w:lang w:val="ru-RU"/>
        </w:rPr>
        <w:t xml:space="preserve"> кожного автора, </w:t>
      </w:r>
      <w:proofErr w:type="spellStart"/>
      <w:r w:rsidRPr="00597BFD">
        <w:rPr>
          <w:lang w:val="ru-RU"/>
        </w:rPr>
        <w:t>афіліації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джерела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фінансування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подяки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конфлікт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інтересів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п</w:t>
      </w:r>
      <w:r w:rsidRPr="00597BFD">
        <w:rPr>
          <w:lang w:val="ru-RU"/>
        </w:rPr>
        <w:t>одання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твору</w:t>
      </w:r>
      <w:proofErr w:type="spellEnd"/>
      <w:r w:rsidRPr="00597BFD">
        <w:rPr>
          <w:lang w:val="ru-RU"/>
        </w:rPr>
        <w:t xml:space="preserve"> на </w:t>
      </w:r>
      <w:proofErr w:type="spellStart"/>
      <w:r w:rsidRPr="00597BFD">
        <w:rPr>
          <w:lang w:val="ru-RU"/>
        </w:rPr>
        <w:t>розгляд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рецензування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захист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оприлюднення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рекомендацію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друку</w:t>
      </w:r>
      <w:proofErr w:type="spellEnd"/>
      <w:r w:rsidRPr="00597BFD">
        <w:rPr>
          <w:lang w:val="ru-RU"/>
        </w:rPr>
        <w:t>.</w:t>
      </w:r>
    </w:p>
    <w:p w14:paraId="51A2EBCB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lastRenderedPageBreak/>
        <w:t xml:space="preserve">8.6. Для </w:t>
      </w:r>
      <w:proofErr w:type="spellStart"/>
      <w:r w:rsidRPr="00597BFD">
        <w:rPr>
          <w:lang w:val="ru-RU"/>
        </w:rPr>
        <w:t>зазначення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внеску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авторів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може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використовуватися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таксономія</w:t>
      </w:r>
      <w:proofErr w:type="spellEnd"/>
      <w:r w:rsidRPr="00597BFD">
        <w:rPr>
          <w:lang w:val="ru-RU"/>
        </w:rPr>
        <w:t xml:space="preserve"> ролей </w:t>
      </w:r>
      <w:proofErr w:type="spellStart"/>
      <w:r>
        <w:t>CRediT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подібний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перелік</w:t>
      </w:r>
      <w:proofErr w:type="spellEnd"/>
      <w:r w:rsidRPr="00597BFD">
        <w:rPr>
          <w:lang w:val="ru-RU"/>
        </w:rPr>
        <w:t xml:space="preserve"> ролей автора як </w:t>
      </w:r>
      <w:proofErr w:type="spellStart"/>
      <w:r w:rsidRPr="00597BFD">
        <w:rPr>
          <w:lang w:val="ru-RU"/>
        </w:rPr>
        <w:t>рекомендаційний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орієнтир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це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</w:t>
      </w:r>
      <w:r w:rsidRPr="00597BFD">
        <w:rPr>
          <w:lang w:val="ru-RU"/>
        </w:rPr>
        <w:t>повідає</w:t>
      </w:r>
      <w:proofErr w:type="spellEnd"/>
      <w:r w:rsidRPr="00597BFD">
        <w:rPr>
          <w:lang w:val="ru-RU"/>
        </w:rPr>
        <w:t xml:space="preserve"> правилам </w:t>
      </w:r>
      <w:proofErr w:type="spellStart"/>
      <w:r w:rsidRPr="00597BFD">
        <w:rPr>
          <w:lang w:val="ru-RU"/>
        </w:rPr>
        <w:t>наукового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видання</w:t>
      </w:r>
      <w:proofErr w:type="spellEnd"/>
      <w:r w:rsidRPr="00597BFD">
        <w:rPr>
          <w:lang w:val="ru-RU"/>
        </w:rPr>
        <w:t xml:space="preserve">, гранту, договору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відповідної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процедури</w:t>
      </w:r>
      <w:proofErr w:type="spellEnd"/>
      <w:r w:rsidRPr="00597BFD">
        <w:rPr>
          <w:lang w:val="ru-RU"/>
        </w:rPr>
        <w:t>.</w:t>
      </w:r>
    </w:p>
    <w:p w14:paraId="723CB43E" w14:textId="77777777" w:rsidR="003D0F3C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8.7. </w:t>
      </w:r>
      <w:proofErr w:type="spellStart"/>
      <w:r w:rsidRPr="00597BFD">
        <w:rPr>
          <w:lang w:val="ru-RU"/>
        </w:rPr>
        <w:t>Відомості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внесок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авторів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достовірними</w:t>
      </w:r>
      <w:proofErr w:type="spellEnd"/>
      <w:r w:rsidRPr="00597BFD">
        <w:rPr>
          <w:lang w:val="ru-RU"/>
        </w:rPr>
        <w:t xml:space="preserve"> і, за потреби, </w:t>
      </w:r>
      <w:proofErr w:type="spellStart"/>
      <w:r w:rsidRPr="00597BFD">
        <w:rPr>
          <w:lang w:val="ru-RU"/>
        </w:rPr>
        <w:t>можуть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підтверджені</w:t>
      </w:r>
      <w:proofErr w:type="spellEnd"/>
      <w:r w:rsidRPr="00597BFD">
        <w:rPr>
          <w:lang w:val="ru-RU"/>
        </w:rPr>
        <w:t xml:space="preserve"> авторами, </w:t>
      </w:r>
      <w:proofErr w:type="spellStart"/>
      <w:r w:rsidRPr="00597BFD">
        <w:rPr>
          <w:lang w:val="ru-RU"/>
        </w:rPr>
        <w:t>співавторами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відповідальним</w:t>
      </w:r>
      <w:proofErr w:type="spellEnd"/>
      <w:r w:rsidRPr="00597BFD">
        <w:rPr>
          <w:lang w:val="ru-RU"/>
        </w:rPr>
        <w:t xml:space="preserve"> автором.</w:t>
      </w:r>
    </w:p>
    <w:p w14:paraId="2827515F" w14:textId="77777777" w:rsidR="007578C5" w:rsidRPr="00597BFD" w:rsidRDefault="007578C5">
      <w:pPr>
        <w:spacing w:after="60"/>
        <w:ind w:firstLine="340"/>
        <w:jc w:val="both"/>
        <w:rPr>
          <w:lang w:val="ru-RU"/>
        </w:rPr>
      </w:pPr>
    </w:p>
    <w:p w14:paraId="1DDBA523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9. ПУБЛІКАЦІЙН</w:t>
      </w:r>
      <w:r w:rsidRPr="00597BFD">
        <w:rPr>
          <w:rFonts w:ascii="Times New Roman" w:eastAsia="Times New Roman" w:hAnsi="Times New Roman"/>
          <w:lang w:val="ru-RU"/>
        </w:rPr>
        <w:t>А, РЕДАКЦІЙНА ТА РЕЦЕНЗІЙНА ДОБРОЧЕСНІСТЬ</w:t>
      </w:r>
    </w:p>
    <w:p w14:paraId="75AA47D2" w14:textId="77777777" w:rsidR="007578C5" w:rsidRPr="007578C5" w:rsidRDefault="007578C5" w:rsidP="007578C5">
      <w:pPr>
        <w:rPr>
          <w:lang w:val="ru-RU"/>
        </w:rPr>
      </w:pPr>
    </w:p>
    <w:p w14:paraId="0E5AF7E0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9.1. </w:t>
      </w:r>
      <w:proofErr w:type="spellStart"/>
      <w:r w:rsidRPr="00597BFD">
        <w:rPr>
          <w:lang w:val="ru-RU"/>
        </w:rPr>
        <w:t>Публікаційна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редакційна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рецензійна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діяльність</w:t>
      </w:r>
      <w:proofErr w:type="spellEnd"/>
      <w:r w:rsidRPr="00597BFD">
        <w:rPr>
          <w:lang w:val="ru-RU"/>
        </w:rPr>
        <w:t xml:space="preserve"> у ННЦРМГО </w:t>
      </w:r>
      <w:proofErr w:type="spellStart"/>
      <w:r w:rsidRPr="00597BFD">
        <w:rPr>
          <w:lang w:val="ru-RU"/>
        </w:rPr>
        <w:t>має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здійснюватися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добросовісно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неупереджено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конфіденційно</w:t>
      </w:r>
      <w:proofErr w:type="spellEnd"/>
      <w:r w:rsidRPr="00597BFD">
        <w:rPr>
          <w:lang w:val="ru-RU"/>
        </w:rPr>
        <w:t xml:space="preserve"> і з </w:t>
      </w:r>
      <w:proofErr w:type="spellStart"/>
      <w:r w:rsidRPr="00597BFD">
        <w:rPr>
          <w:lang w:val="ru-RU"/>
        </w:rPr>
        <w:t>повагою</w:t>
      </w:r>
      <w:proofErr w:type="spellEnd"/>
      <w:r w:rsidRPr="00597BFD">
        <w:rPr>
          <w:lang w:val="ru-RU"/>
        </w:rPr>
        <w:t xml:space="preserve"> до авторства, </w:t>
      </w:r>
      <w:proofErr w:type="spellStart"/>
      <w:r w:rsidRPr="00597BFD">
        <w:rPr>
          <w:lang w:val="ru-RU"/>
        </w:rPr>
        <w:t>наукового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внеску</w:t>
      </w:r>
      <w:proofErr w:type="spellEnd"/>
      <w:r w:rsidRPr="00597BFD">
        <w:rPr>
          <w:lang w:val="ru-RU"/>
        </w:rPr>
        <w:t xml:space="preserve"> та прав </w:t>
      </w:r>
      <w:proofErr w:type="spellStart"/>
      <w:r w:rsidRPr="00597BFD">
        <w:rPr>
          <w:lang w:val="ru-RU"/>
        </w:rPr>
        <w:t>усіх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учасників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редакційного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процесу</w:t>
      </w:r>
      <w:proofErr w:type="spellEnd"/>
      <w:r w:rsidRPr="00597BFD">
        <w:rPr>
          <w:lang w:val="ru-RU"/>
        </w:rPr>
        <w:t>.</w:t>
      </w:r>
    </w:p>
    <w:p w14:paraId="52E3FCC7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>9</w:t>
      </w:r>
      <w:r w:rsidRPr="00597BFD">
        <w:rPr>
          <w:lang w:val="ru-RU"/>
        </w:rPr>
        <w:t xml:space="preserve">.2. </w:t>
      </w:r>
      <w:proofErr w:type="spellStart"/>
      <w:r w:rsidRPr="00597BFD">
        <w:rPr>
          <w:lang w:val="ru-RU"/>
        </w:rPr>
        <w:t>Цей</w:t>
      </w:r>
      <w:proofErr w:type="spellEnd"/>
      <w:r w:rsidRPr="00597BFD">
        <w:rPr>
          <w:lang w:val="ru-RU"/>
        </w:rPr>
        <w:t xml:space="preserve"> Кодекс </w:t>
      </w:r>
      <w:proofErr w:type="spellStart"/>
      <w:r w:rsidRPr="00597BFD">
        <w:rPr>
          <w:lang w:val="ru-RU"/>
        </w:rPr>
        <w:t>застосовується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наукових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видань</w:t>
      </w:r>
      <w:proofErr w:type="spellEnd"/>
      <w:r w:rsidRPr="00597BFD">
        <w:rPr>
          <w:lang w:val="ru-RU"/>
        </w:rPr>
        <w:t xml:space="preserve"> ННЦРМГО, </w:t>
      </w:r>
      <w:proofErr w:type="spellStart"/>
      <w:r w:rsidRPr="00597BFD">
        <w:rPr>
          <w:lang w:val="ru-RU"/>
        </w:rPr>
        <w:t>зокрема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збірників</w:t>
      </w:r>
      <w:proofErr w:type="spellEnd"/>
      <w:r w:rsidRPr="00597BFD">
        <w:rPr>
          <w:lang w:val="ru-RU"/>
        </w:rPr>
        <w:t xml:space="preserve"> «</w:t>
      </w:r>
      <w:proofErr w:type="spellStart"/>
      <w:r w:rsidRPr="00597BFD">
        <w:rPr>
          <w:lang w:val="ru-RU"/>
        </w:rPr>
        <w:t>Гематологія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переливання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крові</w:t>
      </w:r>
      <w:proofErr w:type="spellEnd"/>
      <w:r w:rsidRPr="00597BFD">
        <w:rPr>
          <w:lang w:val="ru-RU"/>
        </w:rPr>
        <w:t>» та «</w:t>
      </w:r>
      <w:proofErr w:type="spellStart"/>
      <w:r w:rsidRPr="00597BFD">
        <w:rPr>
          <w:lang w:val="ru-RU"/>
        </w:rPr>
        <w:t>Проблеми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радіаційної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медицини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радіобіології</w:t>
      </w:r>
      <w:proofErr w:type="spellEnd"/>
      <w:r w:rsidRPr="00597BFD">
        <w:rPr>
          <w:lang w:val="ru-RU"/>
        </w:rPr>
        <w:t xml:space="preserve"> / </w:t>
      </w:r>
      <w:r>
        <w:t>Problems</w:t>
      </w:r>
      <w:r w:rsidRPr="00597BFD">
        <w:rPr>
          <w:lang w:val="ru-RU"/>
        </w:rPr>
        <w:t xml:space="preserve"> </w:t>
      </w:r>
      <w:r>
        <w:t>of</w:t>
      </w:r>
      <w:r w:rsidRPr="00597BFD">
        <w:rPr>
          <w:lang w:val="ru-RU"/>
        </w:rPr>
        <w:t xml:space="preserve"> </w:t>
      </w:r>
      <w:r>
        <w:t>Radiation</w:t>
      </w:r>
      <w:r w:rsidRPr="00597BFD">
        <w:rPr>
          <w:lang w:val="ru-RU"/>
        </w:rPr>
        <w:t xml:space="preserve"> </w:t>
      </w:r>
      <w:r>
        <w:t>Medicine</w:t>
      </w:r>
      <w:r w:rsidRPr="00597BFD">
        <w:rPr>
          <w:lang w:val="ru-RU"/>
        </w:rPr>
        <w:t xml:space="preserve"> </w:t>
      </w:r>
      <w:r>
        <w:t>and</w:t>
      </w:r>
      <w:r w:rsidRPr="00597BFD">
        <w:rPr>
          <w:lang w:val="ru-RU"/>
        </w:rPr>
        <w:t xml:space="preserve"> </w:t>
      </w:r>
      <w:r>
        <w:t>Radiobiology</w:t>
      </w:r>
      <w:r w:rsidRPr="00597BFD">
        <w:rPr>
          <w:lang w:val="ru-RU"/>
        </w:rPr>
        <w:t xml:space="preserve">», а </w:t>
      </w:r>
      <w:proofErr w:type="spellStart"/>
      <w:r w:rsidRPr="00597BFD">
        <w:rPr>
          <w:lang w:val="ru-RU"/>
        </w:rPr>
        <w:t>також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інших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видань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редакційних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</w:t>
      </w:r>
      <w:r w:rsidRPr="00597BFD">
        <w:rPr>
          <w:lang w:val="ru-RU"/>
        </w:rPr>
        <w:t>еріалів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видавничих</w:t>
      </w:r>
      <w:proofErr w:type="spellEnd"/>
      <w:r w:rsidRPr="00597BFD">
        <w:rPr>
          <w:lang w:val="ru-RU"/>
        </w:rPr>
        <w:t xml:space="preserve"> процедур, у </w:t>
      </w:r>
      <w:proofErr w:type="spellStart"/>
      <w:r w:rsidRPr="00597BFD">
        <w:rPr>
          <w:lang w:val="ru-RU"/>
        </w:rPr>
        <w:t>яких</w:t>
      </w:r>
      <w:proofErr w:type="spellEnd"/>
      <w:r w:rsidRPr="00597BFD">
        <w:rPr>
          <w:lang w:val="ru-RU"/>
        </w:rPr>
        <w:t xml:space="preserve"> ННЦРМГО є </w:t>
      </w:r>
      <w:proofErr w:type="spellStart"/>
      <w:r w:rsidRPr="00597BFD">
        <w:rPr>
          <w:lang w:val="ru-RU"/>
        </w:rPr>
        <w:t>засновником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співзасновником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видавцем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учасником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інституційно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залученою</w:t>
      </w:r>
      <w:proofErr w:type="spellEnd"/>
      <w:r w:rsidRPr="00597BFD">
        <w:rPr>
          <w:lang w:val="ru-RU"/>
        </w:rPr>
        <w:t xml:space="preserve"> стороною.</w:t>
      </w:r>
    </w:p>
    <w:p w14:paraId="0F65452C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9.3. </w:t>
      </w:r>
      <w:proofErr w:type="spellStart"/>
      <w:r w:rsidRPr="00597BFD">
        <w:rPr>
          <w:lang w:val="ru-RU"/>
        </w:rPr>
        <w:t>Автори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співавтори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подавати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редакцій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лише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добросовісно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підготовлені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академічні</w:t>
      </w:r>
      <w:proofErr w:type="spellEnd"/>
      <w:r w:rsidRPr="00597BFD">
        <w:rPr>
          <w:lang w:val="ru-RU"/>
        </w:rPr>
        <w:t xml:space="preserve"> твори, у </w:t>
      </w:r>
      <w:proofErr w:type="spellStart"/>
      <w:r w:rsidRPr="00597BFD">
        <w:rPr>
          <w:lang w:val="ru-RU"/>
        </w:rPr>
        <w:t>яких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належно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заз</w:t>
      </w:r>
      <w:r w:rsidRPr="00597BFD">
        <w:rPr>
          <w:lang w:val="ru-RU"/>
        </w:rPr>
        <w:t>начено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джерела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методи</w:t>
      </w:r>
      <w:proofErr w:type="spellEnd"/>
      <w:r w:rsidRPr="00597BFD">
        <w:rPr>
          <w:lang w:val="ru-RU"/>
        </w:rPr>
        <w:t xml:space="preserve">, авторство, </w:t>
      </w:r>
      <w:proofErr w:type="spellStart"/>
      <w:r w:rsidRPr="00597BFD">
        <w:rPr>
          <w:lang w:val="ru-RU"/>
        </w:rPr>
        <w:t>співавторство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внесок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авторів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фінансування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конфлікт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інтересів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таке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підлягає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декларуванню</w:t>
      </w:r>
      <w:proofErr w:type="spellEnd"/>
      <w:r w:rsidRPr="00597BFD">
        <w:rPr>
          <w:lang w:val="ru-RU"/>
        </w:rPr>
        <w:t>.</w:t>
      </w:r>
    </w:p>
    <w:p w14:paraId="3B1B6B85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9.4. </w:t>
      </w:r>
      <w:proofErr w:type="spellStart"/>
      <w:r w:rsidRPr="00597BFD">
        <w:rPr>
          <w:lang w:val="ru-RU"/>
        </w:rPr>
        <w:t>Рецензенти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редактори</w:t>
      </w:r>
      <w:proofErr w:type="spellEnd"/>
      <w:r w:rsidRPr="00597BFD">
        <w:rPr>
          <w:lang w:val="ru-RU"/>
        </w:rPr>
        <w:t xml:space="preserve">, члени </w:t>
      </w:r>
      <w:proofErr w:type="spellStart"/>
      <w:r w:rsidRPr="00597BFD">
        <w:rPr>
          <w:lang w:val="ru-RU"/>
        </w:rPr>
        <w:t>редакційних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колегій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експ</w:t>
      </w:r>
      <w:r w:rsidRPr="00597BFD">
        <w:rPr>
          <w:lang w:val="ru-RU"/>
        </w:rPr>
        <w:t>ерти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інші</w:t>
      </w:r>
      <w:proofErr w:type="spellEnd"/>
      <w:r w:rsidRPr="00597BFD">
        <w:rPr>
          <w:lang w:val="ru-RU"/>
        </w:rPr>
        <w:t xml:space="preserve"> особи, </w:t>
      </w:r>
      <w:proofErr w:type="spellStart"/>
      <w:r w:rsidRPr="00597BFD">
        <w:rPr>
          <w:lang w:val="ru-RU"/>
        </w:rPr>
        <w:t>залучені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редакційного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видавничого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процесу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>:</w:t>
      </w:r>
    </w:p>
    <w:p w14:paraId="25F8B28C" w14:textId="0FA08F2D" w:rsidR="003D0F3C" w:rsidRPr="007578C5" w:rsidRDefault="00DF025C" w:rsidP="007578C5">
      <w:pPr>
        <w:pStyle w:val="ae"/>
        <w:numPr>
          <w:ilvl w:val="0"/>
          <w:numId w:val="16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діяти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неупереджено</w:t>
      </w:r>
      <w:proofErr w:type="spellEnd"/>
      <w:r w:rsidRPr="007578C5">
        <w:rPr>
          <w:lang w:val="ru-RU"/>
        </w:rPr>
        <w:t xml:space="preserve"> і </w:t>
      </w:r>
      <w:proofErr w:type="spellStart"/>
      <w:r w:rsidRPr="007578C5">
        <w:rPr>
          <w:lang w:val="ru-RU"/>
        </w:rPr>
        <w:t>добросовісно</w:t>
      </w:r>
      <w:proofErr w:type="spellEnd"/>
      <w:r w:rsidRPr="007578C5">
        <w:rPr>
          <w:lang w:val="ru-RU"/>
        </w:rPr>
        <w:t>;</w:t>
      </w:r>
    </w:p>
    <w:p w14:paraId="50E6678B" w14:textId="05ADB3CB" w:rsidR="003D0F3C" w:rsidRPr="007578C5" w:rsidRDefault="00DF025C" w:rsidP="007578C5">
      <w:pPr>
        <w:pStyle w:val="ae"/>
        <w:numPr>
          <w:ilvl w:val="0"/>
          <w:numId w:val="16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своєчасно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повідомляти</w:t>
      </w:r>
      <w:proofErr w:type="spellEnd"/>
      <w:r w:rsidRPr="007578C5">
        <w:rPr>
          <w:lang w:val="ru-RU"/>
        </w:rPr>
        <w:t xml:space="preserve"> про </w:t>
      </w:r>
      <w:proofErr w:type="spellStart"/>
      <w:r w:rsidRPr="007578C5">
        <w:rPr>
          <w:lang w:val="ru-RU"/>
        </w:rPr>
        <w:t>конфлікт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інтересів</w:t>
      </w:r>
      <w:proofErr w:type="spellEnd"/>
      <w:r w:rsidRPr="007578C5">
        <w:rPr>
          <w:lang w:val="ru-RU"/>
        </w:rPr>
        <w:t>;</w:t>
      </w:r>
    </w:p>
    <w:p w14:paraId="321F32A9" w14:textId="37FABE31" w:rsidR="003D0F3C" w:rsidRPr="007578C5" w:rsidRDefault="00DF025C" w:rsidP="007578C5">
      <w:pPr>
        <w:pStyle w:val="ae"/>
        <w:numPr>
          <w:ilvl w:val="0"/>
          <w:numId w:val="16"/>
        </w:numPr>
        <w:spacing w:after="20"/>
        <w:rPr>
          <w:lang w:val="ru-RU"/>
        </w:rPr>
      </w:pPr>
      <w:r w:rsidRPr="007578C5">
        <w:rPr>
          <w:lang w:val="ru-RU"/>
        </w:rPr>
        <w:t xml:space="preserve">не </w:t>
      </w:r>
      <w:proofErr w:type="spellStart"/>
      <w:r w:rsidRPr="007578C5">
        <w:rPr>
          <w:lang w:val="ru-RU"/>
        </w:rPr>
        <w:t>використовувати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неопубліковані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матеріали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рукопису</w:t>
      </w:r>
      <w:proofErr w:type="spellEnd"/>
      <w:r w:rsidRPr="007578C5">
        <w:rPr>
          <w:lang w:val="ru-RU"/>
        </w:rPr>
        <w:t xml:space="preserve"> у </w:t>
      </w:r>
      <w:proofErr w:type="spellStart"/>
      <w:r w:rsidRPr="007578C5">
        <w:rPr>
          <w:lang w:val="ru-RU"/>
        </w:rPr>
        <w:t>власних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інтересах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в </w:t>
      </w:r>
      <w:proofErr w:type="spellStart"/>
      <w:r w:rsidRPr="007578C5">
        <w:rPr>
          <w:lang w:val="ru-RU"/>
        </w:rPr>
        <w:t>інтересах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третіх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ос</w:t>
      </w:r>
      <w:r w:rsidRPr="007578C5">
        <w:rPr>
          <w:lang w:val="ru-RU"/>
        </w:rPr>
        <w:t>іб</w:t>
      </w:r>
      <w:proofErr w:type="spellEnd"/>
      <w:r w:rsidRPr="007578C5">
        <w:rPr>
          <w:lang w:val="ru-RU"/>
        </w:rPr>
        <w:t>;</w:t>
      </w:r>
    </w:p>
    <w:p w14:paraId="71E75E33" w14:textId="7F2129B3" w:rsidR="003D0F3C" w:rsidRPr="007578C5" w:rsidRDefault="00DF025C" w:rsidP="007578C5">
      <w:pPr>
        <w:pStyle w:val="ae"/>
        <w:numPr>
          <w:ilvl w:val="0"/>
          <w:numId w:val="16"/>
        </w:numPr>
        <w:spacing w:after="20"/>
        <w:rPr>
          <w:lang w:val="ru-RU"/>
        </w:rPr>
      </w:pPr>
      <w:r w:rsidRPr="007578C5">
        <w:rPr>
          <w:lang w:val="ru-RU"/>
        </w:rPr>
        <w:t xml:space="preserve">не </w:t>
      </w:r>
      <w:proofErr w:type="spellStart"/>
      <w:r w:rsidRPr="007578C5">
        <w:rPr>
          <w:lang w:val="ru-RU"/>
        </w:rPr>
        <w:t>розголошувати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зміст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рукописів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матеріалів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рецензування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редакційних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рішень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іншої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конфіденційної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інформації</w:t>
      </w:r>
      <w:proofErr w:type="spellEnd"/>
      <w:r w:rsidRPr="007578C5">
        <w:rPr>
          <w:lang w:val="ru-RU"/>
        </w:rPr>
        <w:t>;</w:t>
      </w:r>
    </w:p>
    <w:p w14:paraId="5415BE71" w14:textId="27AC641F" w:rsidR="003D0F3C" w:rsidRPr="007578C5" w:rsidRDefault="00DF025C" w:rsidP="007578C5">
      <w:pPr>
        <w:pStyle w:val="ae"/>
        <w:numPr>
          <w:ilvl w:val="0"/>
          <w:numId w:val="16"/>
        </w:numPr>
        <w:spacing w:after="20"/>
        <w:rPr>
          <w:lang w:val="ru-RU"/>
        </w:rPr>
      </w:pPr>
      <w:r w:rsidRPr="007578C5">
        <w:rPr>
          <w:lang w:val="ru-RU"/>
        </w:rPr>
        <w:t xml:space="preserve">не </w:t>
      </w:r>
      <w:proofErr w:type="spellStart"/>
      <w:r w:rsidRPr="007578C5">
        <w:rPr>
          <w:lang w:val="ru-RU"/>
        </w:rPr>
        <w:t>допускати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тиску</w:t>
      </w:r>
      <w:proofErr w:type="spellEnd"/>
      <w:r w:rsidRPr="007578C5">
        <w:rPr>
          <w:lang w:val="ru-RU"/>
        </w:rPr>
        <w:t xml:space="preserve"> на </w:t>
      </w:r>
      <w:proofErr w:type="spellStart"/>
      <w:r w:rsidRPr="007578C5">
        <w:rPr>
          <w:lang w:val="ru-RU"/>
        </w:rPr>
        <w:t>авторів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рецензентів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редакторів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членів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редакційних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колегій</w:t>
      </w:r>
      <w:proofErr w:type="spellEnd"/>
      <w:r w:rsidRPr="007578C5">
        <w:rPr>
          <w:lang w:val="ru-RU"/>
        </w:rPr>
        <w:t>;</w:t>
      </w:r>
    </w:p>
    <w:p w14:paraId="6137CEE3" w14:textId="7E9E2684" w:rsidR="003D0F3C" w:rsidRPr="007578C5" w:rsidRDefault="00DF025C" w:rsidP="007578C5">
      <w:pPr>
        <w:pStyle w:val="ae"/>
        <w:numPr>
          <w:ilvl w:val="0"/>
          <w:numId w:val="16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приймати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редакційні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рішення</w:t>
      </w:r>
      <w:proofErr w:type="spellEnd"/>
      <w:r w:rsidRPr="007578C5">
        <w:rPr>
          <w:lang w:val="ru-RU"/>
        </w:rPr>
        <w:t xml:space="preserve"> на </w:t>
      </w:r>
      <w:proofErr w:type="spellStart"/>
      <w:r w:rsidRPr="007578C5">
        <w:rPr>
          <w:lang w:val="ru-RU"/>
        </w:rPr>
        <w:t>підставі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змісту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</w:t>
      </w:r>
      <w:r w:rsidRPr="007578C5">
        <w:rPr>
          <w:lang w:val="ru-RU"/>
        </w:rPr>
        <w:t>демічного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твору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наукової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якості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етичних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вимог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редакційної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політики</w:t>
      </w:r>
      <w:proofErr w:type="spellEnd"/>
      <w:r w:rsidRPr="007578C5">
        <w:rPr>
          <w:lang w:val="ru-RU"/>
        </w:rPr>
        <w:t xml:space="preserve"> і правил </w:t>
      </w:r>
      <w:proofErr w:type="spellStart"/>
      <w:r w:rsidRPr="007578C5">
        <w:rPr>
          <w:lang w:val="ru-RU"/>
        </w:rPr>
        <w:t>відповідного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видання</w:t>
      </w:r>
      <w:proofErr w:type="spellEnd"/>
      <w:r w:rsidRPr="007578C5">
        <w:rPr>
          <w:lang w:val="ru-RU"/>
        </w:rPr>
        <w:t>.</w:t>
      </w:r>
    </w:p>
    <w:p w14:paraId="3508D280" w14:textId="77777777" w:rsidR="003D0F3C" w:rsidRDefault="00DF025C" w:rsidP="0019669D">
      <w:pPr>
        <w:spacing w:before="60"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9.5. У </w:t>
      </w:r>
      <w:proofErr w:type="spellStart"/>
      <w:r w:rsidRPr="00597BFD">
        <w:rPr>
          <w:lang w:val="ru-RU"/>
        </w:rPr>
        <w:t>разі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виявлення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помилки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неточності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ознак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порушення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істотного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конфлікту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після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подання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чи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оприлюднення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</w:t>
      </w:r>
      <w:r w:rsidRPr="00597BFD">
        <w:rPr>
          <w:lang w:val="ru-RU"/>
        </w:rPr>
        <w:t>ічного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твору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відповідні</w:t>
      </w:r>
      <w:proofErr w:type="spellEnd"/>
      <w:r w:rsidRPr="00597BFD">
        <w:rPr>
          <w:lang w:val="ru-RU"/>
        </w:rPr>
        <w:t xml:space="preserve"> особи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сприяти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коректному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виправленню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уточненню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іншому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реагуванню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відповідно</w:t>
      </w:r>
      <w:proofErr w:type="spellEnd"/>
      <w:r w:rsidRPr="00597BFD">
        <w:rPr>
          <w:lang w:val="ru-RU"/>
        </w:rPr>
        <w:t xml:space="preserve"> до правил </w:t>
      </w:r>
      <w:proofErr w:type="spellStart"/>
      <w:r w:rsidRPr="00597BFD">
        <w:rPr>
          <w:lang w:val="ru-RU"/>
        </w:rPr>
        <w:t>наукового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видання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внутрішніх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актів</w:t>
      </w:r>
      <w:proofErr w:type="spellEnd"/>
      <w:r w:rsidRPr="00597BFD">
        <w:rPr>
          <w:lang w:val="ru-RU"/>
        </w:rPr>
        <w:t xml:space="preserve"> ННЦРМГО.</w:t>
      </w:r>
    </w:p>
    <w:p w14:paraId="3A9DE713" w14:textId="77777777" w:rsidR="007578C5" w:rsidRPr="00597BFD" w:rsidRDefault="007578C5">
      <w:pPr>
        <w:spacing w:after="60"/>
        <w:ind w:firstLine="340"/>
        <w:jc w:val="both"/>
        <w:rPr>
          <w:lang w:val="ru-RU"/>
        </w:rPr>
      </w:pPr>
    </w:p>
    <w:p w14:paraId="2E8051E4" w14:textId="44322E40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 xml:space="preserve">10. ДОБРОЧЕСНІСТЬ У ДИСЕРТАЦІЙНИХ, ЕКСПЕРТНИХ </w:t>
      </w:r>
      <w:r w:rsidR="007578C5">
        <w:rPr>
          <w:rFonts w:ascii="Times New Roman" w:eastAsia="Times New Roman" w:hAnsi="Times New Roman"/>
          <w:lang w:val="ru-RU"/>
        </w:rPr>
        <w:br/>
      </w:r>
      <w:r w:rsidRPr="00597BFD">
        <w:rPr>
          <w:rFonts w:ascii="Times New Roman" w:eastAsia="Times New Roman" w:hAnsi="Times New Roman"/>
          <w:lang w:val="ru-RU"/>
        </w:rPr>
        <w:t>ТА ОЦІНЮВАЛЬНИХ ПРОЦЕДУРАХ</w:t>
      </w:r>
    </w:p>
    <w:p w14:paraId="353EC5AC" w14:textId="77777777" w:rsidR="007578C5" w:rsidRPr="007578C5" w:rsidRDefault="007578C5" w:rsidP="007578C5">
      <w:pPr>
        <w:rPr>
          <w:lang w:val="ru-RU"/>
        </w:rPr>
      </w:pPr>
    </w:p>
    <w:p w14:paraId="0BD2660F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10.1. </w:t>
      </w:r>
      <w:proofErr w:type="spellStart"/>
      <w:r w:rsidRPr="00597BFD">
        <w:rPr>
          <w:lang w:val="ru-RU"/>
        </w:rPr>
        <w:t>Підготовка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попередній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розгляд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рецензування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опонування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захист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експертиза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інші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щодо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дисертаційних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матеріалів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здійснюватися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дотриманням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законодавства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 xml:space="preserve">, правил </w:t>
      </w:r>
      <w:proofErr w:type="spellStart"/>
      <w:r w:rsidRPr="00597BFD">
        <w:rPr>
          <w:lang w:val="ru-RU"/>
        </w:rPr>
        <w:t>відповідної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процедури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внутрішніх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актів</w:t>
      </w:r>
      <w:proofErr w:type="spellEnd"/>
      <w:r w:rsidRPr="00597BFD">
        <w:rPr>
          <w:lang w:val="ru-RU"/>
        </w:rPr>
        <w:t xml:space="preserve"> ННЦР</w:t>
      </w:r>
      <w:r w:rsidRPr="00597BFD">
        <w:rPr>
          <w:lang w:val="ru-RU"/>
        </w:rPr>
        <w:t>МГО.</w:t>
      </w:r>
    </w:p>
    <w:p w14:paraId="21A1F2D7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lastRenderedPageBreak/>
        <w:t xml:space="preserve">10.2. </w:t>
      </w:r>
      <w:proofErr w:type="spellStart"/>
      <w:r w:rsidRPr="00597BFD">
        <w:rPr>
          <w:lang w:val="ru-RU"/>
        </w:rPr>
        <w:t>Здобувачі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наукових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ступенів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аспіранти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докторанти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клінічні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ординатори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наукові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керівники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консультанти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офіційні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опоненти</w:t>
      </w:r>
      <w:proofErr w:type="spellEnd"/>
      <w:r w:rsidRPr="00597BFD">
        <w:rPr>
          <w:lang w:val="ru-RU"/>
        </w:rPr>
        <w:t xml:space="preserve">, члени </w:t>
      </w:r>
      <w:proofErr w:type="spellStart"/>
      <w:r w:rsidRPr="00597BFD">
        <w:rPr>
          <w:lang w:val="ru-RU"/>
        </w:rPr>
        <w:t>разових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спеціалізованих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вчених</w:t>
      </w:r>
      <w:proofErr w:type="spellEnd"/>
      <w:r w:rsidRPr="00597BFD">
        <w:rPr>
          <w:lang w:val="ru-RU"/>
        </w:rPr>
        <w:t xml:space="preserve"> рад, </w:t>
      </w:r>
      <w:proofErr w:type="spellStart"/>
      <w:r w:rsidRPr="00597BFD">
        <w:rPr>
          <w:lang w:val="ru-RU"/>
        </w:rPr>
        <w:t>рецензенти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експерти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добросовісно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неупереджено</w:t>
      </w:r>
      <w:proofErr w:type="spellEnd"/>
      <w:r w:rsidRPr="00597BFD">
        <w:rPr>
          <w:lang w:val="ru-RU"/>
        </w:rPr>
        <w:t xml:space="preserve"> і з </w:t>
      </w:r>
      <w:proofErr w:type="spellStart"/>
      <w:r w:rsidRPr="00597BFD">
        <w:rPr>
          <w:lang w:val="ru-RU"/>
        </w:rPr>
        <w:t>належною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</w:t>
      </w:r>
      <w:r w:rsidRPr="00597BFD">
        <w:rPr>
          <w:lang w:val="ru-RU"/>
        </w:rPr>
        <w:t>овагою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наукового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внеску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осіб</w:t>
      </w:r>
      <w:proofErr w:type="spellEnd"/>
      <w:r w:rsidRPr="00597BFD">
        <w:rPr>
          <w:lang w:val="ru-RU"/>
        </w:rPr>
        <w:t>.</w:t>
      </w:r>
    </w:p>
    <w:p w14:paraId="5CEDEE15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10.3. Не </w:t>
      </w:r>
      <w:proofErr w:type="spellStart"/>
      <w:r w:rsidRPr="00597BFD">
        <w:rPr>
          <w:lang w:val="ru-RU"/>
        </w:rPr>
        <w:t>допускається</w:t>
      </w:r>
      <w:proofErr w:type="spellEnd"/>
      <w:r w:rsidRPr="00597BFD">
        <w:rPr>
          <w:lang w:val="ru-RU"/>
        </w:rPr>
        <w:t>:</w:t>
      </w:r>
    </w:p>
    <w:p w14:paraId="2ED37C83" w14:textId="681234E0" w:rsidR="003D0F3C" w:rsidRPr="007578C5" w:rsidRDefault="00DF025C" w:rsidP="007578C5">
      <w:pPr>
        <w:pStyle w:val="ae"/>
        <w:numPr>
          <w:ilvl w:val="0"/>
          <w:numId w:val="18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подання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дисертаційних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інших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матеріалів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що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містять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академічний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плагіат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самоплагіат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фабрикацію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фальсифікацію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недоброчесне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використання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технологій</w:t>
      </w:r>
      <w:proofErr w:type="spellEnd"/>
      <w:r w:rsidRPr="007578C5">
        <w:rPr>
          <w:lang w:val="ru-RU"/>
        </w:rPr>
        <w:t xml:space="preserve"> штучного </w:t>
      </w:r>
      <w:proofErr w:type="spellStart"/>
      <w:r w:rsidRPr="007578C5">
        <w:rPr>
          <w:lang w:val="ru-RU"/>
        </w:rPr>
        <w:t>інтелекту</w:t>
      </w:r>
      <w:proofErr w:type="spellEnd"/>
      <w:r w:rsidRPr="007578C5">
        <w:rPr>
          <w:lang w:val="ru-RU"/>
        </w:rPr>
        <w:t>;</w:t>
      </w:r>
    </w:p>
    <w:p w14:paraId="025C821D" w14:textId="651F2F36" w:rsidR="003D0F3C" w:rsidRPr="007578C5" w:rsidRDefault="00DF025C" w:rsidP="007578C5">
      <w:pPr>
        <w:pStyle w:val="ae"/>
        <w:numPr>
          <w:ilvl w:val="0"/>
          <w:numId w:val="18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тиск</w:t>
      </w:r>
      <w:proofErr w:type="spellEnd"/>
      <w:r w:rsidRPr="007578C5">
        <w:rPr>
          <w:lang w:val="ru-RU"/>
        </w:rPr>
        <w:t xml:space="preserve"> на </w:t>
      </w:r>
      <w:proofErr w:type="spellStart"/>
      <w:r w:rsidRPr="007578C5">
        <w:rPr>
          <w:lang w:val="ru-RU"/>
        </w:rPr>
        <w:t>здобувача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наукового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керівника</w:t>
      </w:r>
      <w:proofErr w:type="spellEnd"/>
      <w:r w:rsidRPr="007578C5">
        <w:rPr>
          <w:lang w:val="ru-RU"/>
        </w:rPr>
        <w:t xml:space="preserve">, консультанта, рецензента, </w:t>
      </w:r>
      <w:proofErr w:type="spellStart"/>
      <w:r w:rsidRPr="007578C5">
        <w:rPr>
          <w:lang w:val="ru-RU"/>
        </w:rPr>
        <w:t>офіційного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опонента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експерта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члена ради;</w:t>
      </w:r>
    </w:p>
    <w:p w14:paraId="31F841D1" w14:textId="446CF730" w:rsidR="003D0F3C" w:rsidRPr="007578C5" w:rsidRDefault="00DF025C" w:rsidP="007578C5">
      <w:pPr>
        <w:pStyle w:val="ae"/>
        <w:numPr>
          <w:ilvl w:val="0"/>
          <w:numId w:val="18"/>
        </w:numPr>
        <w:spacing w:after="20"/>
        <w:rPr>
          <w:lang w:val="ru-RU"/>
        </w:rPr>
      </w:pPr>
      <w:r w:rsidRPr="007578C5">
        <w:rPr>
          <w:lang w:val="ru-RU"/>
        </w:rPr>
        <w:t xml:space="preserve">участь у </w:t>
      </w:r>
      <w:proofErr w:type="spellStart"/>
      <w:r w:rsidRPr="007578C5">
        <w:rPr>
          <w:lang w:val="ru-RU"/>
        </w:rPr>
        <w:t>рецензуванні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експертизі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прийнятті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рішення</w:t>
      </w:r>
      <w:proofErr w:type="spellEnd"/>
      <w:r w:rsidRPr="007578C5">
        <w:rPr>
          <w:lang w:val="ru-RU"/>
        </w:rPr>
        <w:t xml:space="preserve"> за </w:t>
      </w:r>
      <w:proofErr w:type="spellStart"/>
      <w:r w:rsidRPr="007578C5">
        <w:rPr>
          <w:lang w:val="ru-RU"/>
        </w:rPr>
        <w:t>наявності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неврегульованого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конфлікту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інтересів</w:t>
      </w:r>
      <w:proofErr w:type="spellEnd"/>
      <w:r w:rsidRPr="007578C5">
        <w:rPr>
          <w:lang w:val="ru-RU"/>
        </w:rPr>
        <w:t>;</w:t>
      </w:r>
    </w:p>
    <w:p w14:paraId="1C01BA02" w14:textId="7A7B193F" w:rsidR="003D0F3C" w:rsidRPr="007578C5" w:rsidRDefault="00DF025C" w:rsidP="007578C5">
      <w:pPr>
        <w:pStyle w:val="ae"/>
        <w:numPr>
          <w:ilvl w:val="0"/>
          <w:numId w:val="18"/>
        </w:numPr>
        <w:spacing w:after="20"/>
        <w:rPr>
          <w:lang w:val="ru-RU"/>
        </w:rPr>
      </w:pPr>
      <w:r w:rsidRPr="007578C5">
        <w:rPr>
          <w:lang w:val="ru-RU"/>
        </w:rPr>
        <w:t xml:space="preserve">формальна </w:t>
      </w:r>
      <w:proofErr w:type="spellStart"/>
      <w:r w:rsidRPr="007578C5">
        <w:rPr>
          <w:lang w:val="ru-RU"/>
        </w:rPr>
        <w:t>експертиза</w:t>
      </w:r>
      <w:proofErr w:type="spellEnd"/>
      <w:r w:rsidRPr="007578C5">
        <w:rPr>
          <w:lang w:val="ru-RU"/>
        </w:rPr>
        <w:t xml:space="preserve"> без р</w:t>
      </w:r>
      <w:r w:rsidRPr="007578C5">
        <w:rPr>
          <w:lang w:val="ru-RU"/>
        </w:rPr>
        <w:t xml:space="preserve">еального </w:t>
      </w:r>
      <w:proofErr w:type="spellStart"/>
      <w:r w:rsidRPr="007578C5">
        <w:rPr>
          <w:lang w:val="ru-RU"/>
        </w:rPr>
        <w:t>аналізу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академічного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твору</w:t>
      </w:r>
      <w:proofErr w:type="spellEnd"/>
      <w:r w:rsidRPr="007578C5">
        <w:rPr>
          <w:lang w:val="ru-RU"/>
        </w:rPr>
        <w:t>;</w:t>
      </w:r>
    </w:p>
    <w:p w14:paraId="0949A95C" w14:textId="5DA82FDC" w:rsidR="003D0F3C" w:rsidRPr="007578C5" w:rsidRDefault="00DF025C" w:rsidP="007578C5">
      <w:pPr>
        <w:pStyle w:val="ae"/>
        <w:numPr>
          <w:ilvl w:val="0"/>
          <w:numId w:val="18"/>
        </w:numPr>
        <w:spacing w:after="20"/>
        <w:rPr>
          <w:lang w:val="ru-RU"/>
        </w:rPr>
      </w:pPr>
      <w:proofErr w:type="spellStart"/>
      <w:r w:rsidRPr="007578C5">
        <w:rPr>
          <w:lang w:val="ru-RU"/>
        </w:rPr>
        <w:t>використання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матеріалів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дисертації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рецензії</w:t>
      </w:r>
      <w:proofErr w:type="spellEnd"/>
      <w:r w:rsidRPr="007578C5">
        <w:rPr>
          <w:lang w:val="ru-RU"/>
        </w:rPr>
        <w:t xml:space="preserve">, </w:t>
      </w:r>
      <w:proofErr w:type="spellStart"/>
      <w:r w:rsidRPr="007578C5">
        <w:rPr>
          <w:lang w:val="ru-RU"/>
        </w:rPr>
        <w:t>висновку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або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експертизи</w:t>
      </w:r>
      <w:proofErr w:type="spellEnd"/>
      <w:r w:rsidRPr="007578C5">
        <w:rPr>
          <w:lang w:val="ru-RU"/>
        </w:rPr>
        <w:t xml:space="preserve"> без </w:t>
      </w:r>
      <w:proofErr w:type="spellStart"/>
      <w:r w:rsidRPr="007578C5">
        <w:rPr>
          <w:lang w:val="ru-RU"/>
        </w:rPr>
        <w:t>належних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правових</w:t>
      </w:r>
      <w:proofErr w:type="spellEnd"/>
      <w:r w:rsidRPr="007578C5">
        <w:rPr>
          <w:lang w:val="ru-RU"/>
        </w:rPr>
        <w:t xml:space="preserve"> і </w:t>
      </w:r>
      <w:proofErr w:type="spellStart"/>
      <w:r w:rsidRPr="007578C5">
        <w:rPr>
          <w:lang w:val="ru-RU"/>
        </w:rPr>
        <w:t>етичних</w:t>
      </w:r>
      <w:proofErr w:type="spellEnd"/>
      <w:r w:rsidRPr="007578C5">
        <w:rPr>
          <w:lang w:val="ru-RU"/>
        </w:rPr>
        <w:t xml:space="preserve"> </w:t>
      </w:r>
      <w:proofErr w:type="spellStart"/>
      <w:r w:rsidRPr="007578C5">
        <w:rPr>
          <w:lang w:val="ru-RU"/>
        </w:rPr>
        <w:t>підстав</w:t>
      </w:r>
      <w:proofErr w:type="spellEnd"/>
      <w:r w:rsidRPr="007578C5">
        <w:rPr>
          <w:lang w:val="ru-RU"/>
        </w:rPr>
        <w:t>.</w:t>
      </w:r>
    </w:p>
    <w:p w14:paraId="69F2DE99" w14:textId="77777777" w:rsidR="003D0F3C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10.4. </w:t>
      </w:r>
      <w:proofErr w:type="spellStart"/>
      <w:r w:rsidRPr="007578C5">
        <w:rPr>
          <w:highlight w:val="cyan"/>
          <w:lang w:val="ru-RU"/>
        </w:rPr>
        <w:t>Якщо</w:t>
      </w:r>
      <w:proofErr w:type="spellEnd"/>
      <w:r w:rsidRPr="00597BFD">
        <w:rPr>
          <w:lang w:val="ru-RU"/>
        </w:rPr>
        <w:t xml:space="preserve"> ННЦРМГО </w:t>
      </w:r>
      <w:proofErr w:type="spellStart"/>
      <w:r w:rsidRPr="00597BFD">
        <w:rPr>
          <w:lang w:val="ru-RU"/>
        </w:rPr>
        <w:t>здійснює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освітню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діяльність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підготовку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здобувачів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вимоги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навчальних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завдань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крит</w:t>
      </w:r>
      <w:r w:rsidRPr="00597BFD">
        <w:rPr>
          <w:lang w:val="ru-RU"/>
        </w:rPr>
        <w:t>ерії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оцінювання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очікувані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результати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навчання</w:t>
      </w:r>
      <w:proofErr w:type="spellEnd"/>
      <w:r w:rsidRPr="00597BFD">
        <w:rPr>
          <w:lang w:val="ru-RU"/>
        </w:rPr>
        <w:t xml:space="preserve"> і правила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чітко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визначені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доведені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відповідних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осіб</w:t>
      </w:r>
      <w:proofErr w:type="spellEnd"/>
      <w:r w:rsidRPr="00597BFD">
        <w:rPr>
          <w:lang w:val="ru-RU"/>
        </w:rPr>
        <w:t xml:space="preserve"> у </w:t>
      </w:r>
      <w:proofErr w:type="spellStart"/>
      <w:r w:rsidRPr="00597BFD">
        <w:rPr>
          <w:lang w:val="ru-RU"/>
        </w:rPr>
        <w:t>встановленому</w:t>
      </w:r>
      <w:proofErr w:type="spellEnd"/>
      <w:r w:rsidRPr="00597BFD">
        <w:rPr>
          <w:lang w:val="ru-RU"/>
        </w:rPr>
        <w:t xml:space="preserve"> порядку.</w:t>
      </w:r>
    </w:p>
    <w:p w14:paraId="2CC2D47B" w14:textId="77777777" w:rsidR="007578C5" w:rsidRPr="00597BFD" w:rsidRDefault="007578C5">
      <w:pPr>
        <w:spacing w:after="60"/>
        <w:ind w:firstLine="340"/>
        <w:jc w:val="both"/>
        <w:rPr>
          <w:lang w:val="ru-RU"/>
        </w:rPr>
      </w:pPr>
    </w:p>
    <w:p w14:paraId="25528BEB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11. ДОБРОЧЕСНІСТЬ У РОБОТІ З ДАНИМИ, МЕДИЧНОЮ ІНФОРМАЦІЄЮ І КОНФІДЕНЦІЙ</w:t>
      </w:r>
      <w:r w:rsidRPr="00597BFD">
        <w:rPr>
          <w:rFonts w:ascii="Times New Roman" w:eastAsia="Times New Roman" w:hAnsi="Times New Roman"/>
          <w:lang w:val="ru-RU"/>
        </w:rPr>
        <w:t>НИМИ МАТЕРІАЛАМИ</w:t>
      </w:r>
    </w:p>
    <w:p w14:paraId="3D4F3488" w14:textId="77777777" w:rsidR="007578C5" w:rsidRPr="007578C5" w:rsidRDefault="007578C5" w:rsidP="007578C5">
      <w:pPr>
        <w:rPr>
          <w:lang w:val="ru-RU"/>
        </w:rPr>
      </w:pPr>
    </w:p>
    <w:p w14:paraId="6ACE8545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11.1. </w:t>
      </w:r>
      <w:proofErr w:type="spellStart"/>
      <w:r w:rsidRPr="00597BFD">
        <w:rPr>
          <w:lang w:val="ru-RU"/>
        </w:rPr>
        <w:t>Суб’єкти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зобов’язані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дотримуватися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вимог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законодавства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етичних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дозволів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дослідницьких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протоколів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договорів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грантів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редакційних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політик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внутрішніх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актів</w:t>
      </w:r>
      <w:proofErr w:type="spellEnd"/>
      <w:r w:rsidRPr="00597BFD">
        <w:rPr>
          <w:lang w:val="ru-RU"/>
        </w:rPr>
        <w:t xml:space="preserve"> ННЦРМГО </w:t>
      </w:r>
      <w:proofErr w:type="spellStart"/>
      <w:r w:rsidRPr="00597BFD">
        <w:rPr>
          <w:lang w:val="ru-RU"/>
        </w:rPr>
        <w:t>щодо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захисту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персональних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м</w:t>
      </w:r>
      <w:r w:rsidRPr="00597BFD">
        <w:rPr>
          <w:lang w:val="ru-RU"/>
        </w:rPr>
        <w:t>едичної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інформації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пацієнтів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досліджуваних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осіб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первинних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досліджень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неопублікованих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творів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інших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матеріалів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обмеженим</w:t>
      </w:r>
      <w:proofErr w:type="spellEnd"/>
      <w:r w:rsidRPr="00597BFD">
        <w:rPr>
          <w:lang w:val="ru-RU"/>
        </w:rPr>
        <w:t xml:space="preserve"> доступом.</w:t>
      </w:r>
    </w:p>
    <w:p w14:paraId="0FDB8C2D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11.2. Не </w:t>
      </w:r>
      <w:proofErr w:type="spellStart"/>
      <w:r w:rsidRPr="00597BFD">
        <w:rPr>
          <w:lang w:val="ru-RU"/>
        </w:rPr>
        <w:t>допускається</w:t>
      </w:r>
      <w:proofErr w:type="spellEnd"/>
      <w:r w:rsidRPr="00597BFD">
        <w:rPr>
          <w:lang w:val="ru-RU"/>
        </w:rPr>
        <w:t xml:space="preserve"> без </w:t>
      </w:r>
      <w:proofErr w:type="spellStart"/>
      <w:r w:rsidRPr="00597BFD">
        <w:rPr>
          <w:lang w:val="ru-RU"/>
        </w:rPr>
        <w:t>належних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правових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підстав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дозволів</w:t>
      </w:r>
      <w:proofErr w:type="spellEnd"/>
      <w:r w:rsidRPr="00597BFD">
        <w:rPr>
          <w:lang w:val="ru-RU"/>
        </w:rPr>
        <w:t>:</w:t>
      </w:r>
    </w:p>
    <w:p w14:paraId="749D413C" w14:textId="3E2E73A9" w:rsidR="003D0F3C" w:rsidRPr="000A3E36" w:rsidRDefault="00DF025C" w:rsidP="000A3E36">
      <w:pPr>
        <w:pStyle w:val="ae"/>
        <w:numPr>
          <w:ilvl w:val="0"/>
          <w:numId w:val="20"/>
        </w:numPr>
        <w:spacing w:after="20"/>
        <w:jc w:val="both"/>
        <w:rPr>
          <w:lang w:val="ru-RU"/>
        </w:rPr>
      </w:pPr>
      <w:proofErr w:type="spellStart"/>
      <w:r w:rsidRPr="000A3E36">
        <w:rPr>
          <w:lang w:val="ru-RU"/>
        </w:rPr>
        <w:t>розголошувати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персональні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дані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медичну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інформацію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дані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пацієнтів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або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досліджуваних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осіб</w:t>
      </w:r>
      <w:proofErr w:type="spellEnd"/>
      <w:r w:rsidRPr="000A3E36">
        <w:rPr>
          <w:lang w:val="ru-RU"/>
        </w:rPr>
        <w:t>;</w:t>
      </w:r>
    </w:p>
    <w:p w14:paraId="4FDC7F0D" w14:textId="244DD513" w:rsidR="003D0F3C" w:rsidRPr="000A3E36" w:rsidRDefault="00DF025C" w:rsidP="000A3E36">
      <w:pPr>
        <w:pStyle w:val="ae"/>
        <w:numPr>
          <w:ilvl w:val="0"/>
          <w:numId w:val="20"/>
        </w:numPr>
        <w:spacing w:after="20"/>
        <w:jc w:val="both"/>
        <w:rPr>
          <w:lang w:val="ru-RU"/>
        </w:rPr>
      </w:pPr>
      <w:proofErr w:type="spellStart"/>
      <w:r w:rsidRPr="000A3E36">
        <w:rPr>
          <w:lang w:val="ru-RU"/>
        </w:rPr>
        <w:t>поширювати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первинні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дані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досліджень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якщо</w:t>
      </w:r>
      <w:proofErr w:type="spellEnd"/>
      <w:r w:rsidRPr="000A3E36">
        <w:rPr>
          <w:lang w:val="ru-RU"/>
        </w:rPr>
        <w:t xml:space="preserve"> доступ до них </w:t>
      </w:r>
      <w:proofErr w:type="spellStart"/>
      <w:r w:rsidRPr="000A3E36">
        <w:rPr>
          <w:lang w:val="ru-RU"/>
        </w:rPr>
        <w:t>обмежено</w:t>
      </w:r>
      <w:proofErr w:type="spellEnd"/>
      <w:r w:rsidRPr="000A3E36">
        <w:rPr>
          <w:lang w:val="ru-RU"/>
        </w:rPr>
        <w:t xml:space="preserve"> законом, договором, протоколом, </w:t>
      </w:r>
      <w:proofErr w:type="spellStart"/>
      <w:r w:rsidRPr="000A3E36">
        <w:rPr>
          <w:lang w:val="ru-RU"/>
        </w:rPr>
        <w:t>етичним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дозволом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або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внутрішнім</w:t>
      </w:r>
      <w:proofErr w:type="spellEnd"/>
      <w:r w:rsidRPr="000A3E36">
        <w:rPr>
          <w:lang w:val="ru-RU"/>
        </w:rPr>
        <w:t xml:space="preserve"> актом ННЦРМГО;</w:t>
      </w:r>
    </w:p>
    <w:p w14:paraId="5902F10F" w14:textId="127A10B1" w:rsidR="003D0F3C" w:rsidRPr="000A3E36" w:rsidRDefault="00DF025C" w:rsidP="000A3E36">
      <w:pPr>
        <w:pStyle w:val="ae"/>
        <w:numPr>
          <w:ilvl w:val="0"/>
          <w:numId w:val="20"/>
        </w:numPr>
        <w:spacing w:after="20"/>
        <w:jc w:val="both"/>
        <w:rPr>
          <w:lang w:val="ru-RU"/>
        </w:rPr>
      </w:pPr>
      <w:proofErr w:type="spellStart"/>
      <w:r w:rsidRPr="000A3E36">
        <w:rPr>
          <w:lang w:val="ru-RU"/>
        </w:rPr>
        <w:t>використовувати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неопубліковані</w:t>
      </w:r>
      <w:proofErr w:type="spellEnd"/>
      <w:r w:rsidRPr="000A3E36">
        <w:rPr>
          <w:lang w:val="ru-RU"/>
        </w:rPr>
        <w:t xml:space="preserve"> рукописи, </w:t>
      </w:r>
      <w:proofErr w:type="spellStart"/>
      <w:r w:rsidRPr="000A3E36">
        <w:rPr>
          <w:lang w:val="ru-RU"/>
        </w:rPr>
        <w:t>рецензії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експертні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висновки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редакційні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матеріали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або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дисертаційні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матеріали</w:t>
      </w:r>
      <w:proofErr w:type="spellEnd"/>
      <w:r w:rsidRPr="000A3E36">
        <w:rPr>
          <w:lang w:val="ru-RU"/>
        </w:rPr>
        <w:t xml:space="preserve"> у </w:t>
      </w:r>
      <w:proofErr w:type="spellStart"/>
      <w:r w:rsidRPr="000A3E36">
        <w:rPr>
          <w:lang w:val="ru-RU"/>
        </w:rPr>
        <w:t>власних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інтересах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чи</w:t>
      </w:r>
      <w:proofErr w:type="spellEnd"/>
      <w:r w:rsidRPr="000A3E36">
        <w:rPr>
          <w:lang w:val="ru-RU"/>
        </w:rPr>
        <w:t xml:space="preserve"> в </w:t>
      </w:r>
      <w:proofErr w:type="spellStart"/>
      <w:r w:rsidRPr="000A3E36">
        <w:rPr>
          <w:lang w:val="ru-RU"/>
        </w:rPr>
        <w:t>інтересах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третіх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осіб</w:t>
      </w:r>
      <w:proofErr w:type="spellEnd"/>
      <w:r w:rsidRPr="000A3E36">
        <w:rPr>
          <w:lang w:val="ru-RU"/>
        </w:rPr>
        <w:t>;</w:t>
      </w:r>
    </w:p>
    <w:p w14:paraId="60E6B665" w14:textId="580445BD" w:rsidR="003D0F3C" w:rsidRPr="000A3E36" w:rsidRDefault="00DF025C" w:rsidP="000A3E36">
      <w:pPr>
        <w:pStyle w:val="ae"/>
        <w:numPr>
          <w:ilvl w:val="0"/>
          <w:numId w:val="20"/>
        </w:numPr>
        <w:spacing w:after="20"/>
        <w:jc w:val="both"/>
        <w:rPr>
          <w:lang w:val="ru-RU"/>
        </w:rPr>
      </w:pPr>
      <w:proofErr w:type="spellStart"/>
      <w:r w:rsidRPr="000A3E36">
        <w:rPr>
          <w:lang w:val="ru-RU"/>
        </w:rPr>
        <w:t>завантажувати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персональні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дані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медичну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інформацію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дані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пацієнтів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первинні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дані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досліджень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неопубліковані</w:t>
      </w:r>
      <w:proofErr w:type="spellEnd"/>
      <w:r w:rsidRPr="000A3E36">
        <w:rPr>
          <w:lang w:val="ru-RU"/>
        </w:rPr>
        <w:t xml:space="preserve"> рукописи, </w:t>
      </w:r>
      <w:proofErr w:type="spellStart"/>
      <w:r w:rsidRPr="000A3E36">
        <w:rPr>
          <w:lang w:val="ru-RU"/>
        </w:rPr>
        <w:t>матеріали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рецензуванн</w:t>
      </w:r>
      <w:r w:rsidRPr="000A3E36">
        <w:rPr>
          <w:lang w:val="ru-RU"/>
        </w:rPr>
        <w:t>я</w:t>
      </w:r>
      <w:proofErr w:type="spellEnd"/>
      <w:r w:rsidRPr="000A3E36">
        <w:rPr>
          <w:lang w:val="ru-RU"/>
        </w:rPr>
        <w:t xml:space="preserve">, </w:t>
      </w:r>
      <w:proofErr w:type="spellStart"/>
      <w:r w:rsidRPr="000A3E36">
        <w:rPr>
          <w:lang w:val="ru-RU"/>
        </w:rPr>
        <w:t>службові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документи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або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іншу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інформацію</w:t>
      </w:r>
      <w:proofErr w:type="spellEnd"/>
      <w:r w:rsidRPr="000A3E36">
        <w:rPr>
          <w:lang w:val="ru-RU"/>
        </w:rPr>
        <w:t xml:space="preserve"> з </w:t>
      </w:r>
      <w:proofErr w:type="spellStart"/>
      <w:r w:rsidRPr="000A3E36">
        <w:rPr>
          <w:lang w:val="ru-RU"/>
        </w:rPr>
        <w:t>обмеженим</w:t>
      </w:r>
      <w:proofErr w:type="spellEnd"/>
      <w:r w:rsidRPr="000A3E36">
        <w:rPr>
          <w:lang w:val="ru-RU"/>
        </w:rPr>
        <w:t xml:space="preserve"> доступом до </w:t>
      </w:r>
      <w:proofErr w:type="spellStart"/>
      <w:r w:rsidRPr="000A3E36">
        <w:rPr>
          <w:lang w:val="ru-RU"/>
        </w:rPr>
        <w:t>відкритих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або</w:t>
      </w:r>
      <w:proofErr w:type="spellEnd"/>
      <w:r w:rsidRPr="000A3E36">
        <w:rPr>
          <w:lang w:val="ru-RU"/>
        </w:rPr>
        <w:t xml:space="preserve"> не </w:t>
      </w:r>
      <w:proofErr w:type="spellStart"/>
      <w:r w:rsidRPr="000A3E36">
        <w:rPr>
          <w:lang w:val="ru-RU"/>
        </w:rPr>
        <w:t>визначених</w:t>
      </w:r>
      <w:proofErr w:type="spellEnd"/>
      <w:r w:rsidRPr="000A3E36">
        <w:rPr>
          <w:lang w:val="ru-RU"/>
        </w:rPr>
        <w:t xml:space="preserve"> ННЦРМГО систем штучного </w:t>
      </w:r>
      <w:proofErr w:type="spellStart"/>
      <w:r w:rsidRPr="000A3E36">
        <w:rPr>
          <w:lang w:val="ru-RU"/>
        </w:rPr>
        <w:t>інтелекту</w:t>
      </w:r>
      <w:proofErr w:type="spellEnd"/>
      <w:r w:rsidRPr="000A3E36">
        <w:rPr>
          <w:lang w:val="ru-RU"/>
        </w:rPr>
        <w:t xml:space="preserve"> без </w:t>
      </w:r>
      <w:proofErr w:type="spellStart"/>
      <w:r w:rsidRPr="000A3E36">
        <w:rPr>
          <w:lang w:val="ru-RU"/>
        </w:rPr>
        <w:t>належних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правових</w:t>
      </w:r>
      <w:proofErr w:type="spellEnd"/>
      <w:r w:rsidRPr="000A3E36">
        <w:rPr>
          <w:lang w:val="ru-RU"/>
        </w:rPr>
        <w:t xml:space="preserve"> </w:t>
      </w:r>
      <w:proofErr w:type="spellStart"/>
      <w:r w:rsidRPr="000A3E36">
        <w:rPr>
          <w:lang w:val="ru-RU"/>
        </w:rPr>
        <w:t>підстав</w:t>
      </w:r>
      <w:proofErr w:type="spellEnd"/>
      <w:r w:rsidRPr="000A3E36">
        <w:rPr>
          <w:lang w:val="ru-RU"/>
        </w:rPr>
        <w:t>.</w:t>
      </w:r>
    </w:p>
    <w:p w14:paraId="0DF03AC1" w14:textId="77777777" w:rsidR="003D0F3C" w:rsidRPr="00597BFD" w:rsidRDefault="00DF025C" w:rsidP="0019669D">
      <w:pPr>
        <w:spacing w:before="60"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11.3. Особи, </w:t>
      </w:r>
      <w:proofErr w:type="spellStart"/>
      <w:r w:rsidRPr="00597BFD">
        <w:rPr>
          <w:lang w:val="ru-RU"/>
        </w:rPr>
        <w:t>які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доступ до </w:t>
      </w:r>
      <w:proofErr w:type="spellStart"/>
      <w:r w:rsidRPr="00597BFD">
        <w:rPr>
          <w:lang w:val="ru-RU"/>
        </w:rPr>
        <w:t>конфіденційних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матеріалів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використовують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такі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матеріали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лише</w:t>
      </w:r>
      <w:proofErr w:type="spellEnd"/>
      <w:r w:rsidRPr="00597BFD">
        <w:rPr>
          <w:lang w:val="ru-RU"/>
        </w:rPr>
        <w:t xml:space="preserve"> дл</w:t>
      </w:r>
      <w:r w:rsidRPr="00597BFD">
        <w:rPr>
          <w:lang w:val="ru-RU"/>
        </w:rPr>
        <w:t xml:space="preserve">я мети, з </w:t>
      </w:r>
      <w:proofErr w:type="spellStart"/>
      <w:r w:rsidRPr="00597BFD">
        <w:rPr>
          <w:lang w:val="ru-RU"/>
        </w:rPr>
        <w:t>якою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їм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було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надано</w:t>
      </w:r>
      <w:proofErr w:type="spellEnd"/>
      <w:r w:rsidRPr="00597BFD">
        <w:rPr>
          <w:lang w:val="ru-RU"/>
        </w:rPr>
        <w:t xml:space="preserve"> доступ.</w:t>
      </w:r>
    </w:p>
    <w:p w14:paraId="540AAD78" w14:textId="77777777" w:rsidR="003D0F3C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11.4. </w:t>
      </w:r>
      <w:proofErr w:type="spellStart"/>
      <w:r w:rsidRPr="00597BFD">
        <w:rPr>
          <w:lang w:val="ru-RU"/>
        </w:rPr>
        <w:t>Порушення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конфіденційності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може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підставою</w:t>
      </w:r>
      <w:proofErr w:type="spellEnd"/>
      <w:r w:rsidRPr="00597BFD">
        <w:rPr>
          <w:lang w:val="ru-RU"/>
        </w:rPr>
        <w:t xml:space="preserve"> для </w:t>
      </w:r>
      <w:proofErr w:type="spellStart"/>
      <w:r w:rsidRPr="00597BFD">
        <w:rPr>
          <w:lang w:val="ru-RU"/>
        </w:rPr>
        <w:t>розгляду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питання</w:t>
      </w:r>
      <w:proofErr w:type="spellEnd"/>
      <w:r w:rsidRPr="00597BFD">
        <w:rPr>
          <w:lang w:val="ru-RU"/>
        </w:rPr>
        <w:t xml:space="preserve"> у порядку, </w:t>
      </w:r>
      <w:proofErr w:type="spellStart"/>
      <w:r w:rsidRPr="00597BFD">
        <w:rPr>
          <w:lang w:val="ru-RU"/>
        </w:rPr>
        <w:t>визначеному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законодавством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внутрішніми</w:t>
      </w:r>
      <w:proofErr w:type="spellEnd"/>
      <w:r w:rsidRPr="00597BFD">
        <w:rPr>
          <w:lang w:val="ru-RU"/>
        </w:rPr>
        <w:t xml:space="preserve"> актами ННЦРМГО.</w:t>
      </w:r>
    </w:p>
    <w:p w14:paraId="687EB2A9" w14:textId="77777777" w:rsidR="0019669D" w:rsidRPr="00597BFD" w:rsidRDefault="0019669D">
      <w:pPr>
        <w:spacing w:after="60"/>
        <w:ind w:firstLine="340"/>
        <w:jc w:val="both"/>
        <w:rPr>
          <w:lang w:val="ru-RU"/>
        </w:rPr>
      </w:pPr>
    </w:p>
    <w:p w14:paraId="38ADA6A4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lastRenderedPageBreak/>
        <w:t>12. ВИКОРИСТАННЯ ТЕХНОЛОГІЙ ШТУЧНОГО ІНТЕЛЕКТУ</w:t>
      </w:r>
    </w:p>
    <w:p w14:paraId="0B1AEA12" w14:textId="77777777" w:rsidR="0019669D" w:rsidRPr="0019669D" w:rsidRDefault="0019669D" w:rsidP="0019669D">
      <w:pPr>
        <w:rPr>
          <w:lang w:val="ru-RU"/>
        </w:rPr>
      </w:pPr>
    </w:p>
    <w:p w14:paraId="78DEB771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12.1. </w:t>
      </w:r>
      <w:proofErr w:type="spellStart"/>
      <w:r w:rsidRPr="00597BFD">
        <w:rPr>
          <w:lang w:val="ru-RU"/>
        </w:rPr>
        <w:t>Технології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можуть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використовуватися</w:t>
      </w:r>
      <w:proofErr w:type="spellEnd"/>
      <w:r w:rsidRPr="00597BFD">
        <w:rPr>
          <w:lang w:val="ru-RU"/>
        </w:rPr>
        <w:t xml:space="preserve"> в </w:t>
      </w:r>
      <w:proofErr w:type="spellStart"/>
      <w:r w:rsidRPr="00597BFD">
        <w:rPr>
          <w:lang w:val="ru-RU"/>
        </w:rPr>
        <w:t>академічній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ННЦРМГО </w:t>
      </w:r>
      <w:proofErr w:type="spellStart"/>
      <w:r w:rsidRPr="00597BFD">
        <w:rPr>
          <w:lang w:val="ru-RU"/>
        </w:rPr>
        <w:t>лише</w:t>
      </w:r>
      <w:proofErr w:type="spellEnd"/>
      <w:r w:rsidRPr="00597BFD">
        <w:rPr>
          <w:lang w:val="ru-RU"/>
        </w:rPr>
        <w:t xml:space="preserve"> як </w:t>
      </w:r>
      <w:proofErr w:type="spellStart"/>
      <w:r w:rsidRPr="00597BFD">
        <w:rPr>
          <w:lang w:val="ru-RU"/>
        </w:rPr>
        <w:t>допоміжний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інструмент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що</w:t>
      </w:r>
      <w:proofErr w:type="spellEnd"/>
      <w:r w:rsidRPr="00597BFD">
        <w:rPr>
          <w:lang w:val="ru-RU"/>
        </w:rPr>
        <w:t xml:space="preserve"> не </w:t>
      </w:r>
      <w:proofErr w:type="spellStart"/>
      <w:r w:rsidRPr="00597BFD">
        <w:rPr>
          <w:lang w:val="ru-RU"/>
        </w:rPr>
        <w:t>підміняє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самостійний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науковий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аналітичний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авторський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експертний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редакційний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інтелектуальний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внесок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людини</w:t>
      </w:r>
      <w:proofErr w:type="spellEnd"/>
      <w:r w:rsidRPr="00597BFD">
        <w:rPr>
          <w:lang w:val="ru-RU"/>
        </w:rPr>
        <w:t>.</w:t>
      </w:r>
    </w:p>
    <w:p w14:paraId="13307066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12.2. </w:t>
      </w:r>
      <w:r w:rsidRPr="00597BFD">
        <w:rPr>
          <w:lang w:val="ru-RU"/>
        </w:rPr>
        <w:t xml:space="preserve">Система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не </w:t>
      </w:r>
      <w:proofErr w:type="spellStart"/>
      <w:r w:rsidRPr="00597BFD">
        <w:rPr>
          <w:lang w:val="ru-RU"/>
        </w:rPr>
        <w:t>може</w:t>
      </w:r>
      <w:proofErr w:type="spellEnd"/>
      <w:r w:rsidRPr="00597BFD">
        <w:rPr>
          <w:lang w:val="ru-RU"/>
        </w:rPr>
        <w:t xml:space="preserve"> бути автором, </w:t>
      </w:r>
      <w:proofErr w:type="spellStart"/>
      <w:r w:rsidRPr="00597BFD">
        <w:rPr>
          <w:lang w:val="ru-RU"/>
        </w:rPr>
        <w:t>співавтором</w:t>
      </w:r>
      <w:proofErr w:type="spellEnd"/>
      <w:r w:rsidRPr="00597BFD">
        <w:rPr>
          <w:lang w:val="ru-RU"/>
        </w:rPr>
        <w:t xml:space="preserve">, рецензентом, </w:t>
      </w:r>
      <w:proofErr w:type="spellStart"/>
      <w:r w:rsidRPr="00597BFD">
        <w:rPr>
          <w:lang w:val="ru-RU"/>
        </w:rPr>
        <w:t>експертом</w:t>
      </w:r>
      <w:proofErr w:type="spellEnd"/>
      <w:r w:rsidRPr="00597BFD">
        <w:rPr>
          <w:lang w:val="ru-RU"/>
        </w:rPr>
        <w:t xml:space="preserve">, редактором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іншим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суб’єктом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>.</w:t>
      </w:r>
    </w:p>
    <w:p w14:paraId="4454C6C1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12.3. Особа, яка </w:t>
      </w:r>
      <w:proofErr w:type="spellStart"/>
      <w:r w:rsidRPr="00597BFD">
        <w:rPr>
          <w:lang w:val="ru-RU"/>
        </w:rPr>
        <w:t>використовує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технології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залишається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відповідальною</w:t>
      </w:r>
      <w:proofErr w:type="spellEnd"/>
      <w:r w:rsidRPr="00597BFD">
        <w:rPr>
          <w:lang w:val="ru-RU"/>
        </w:rPr>
        <w:t xml:space="preserve"> за </w:t>
      </w:r>
      <w:proofErr w:type="spellStart"/>
      <w:r w:rsidRPr="00597BFD">
        <w:rPr>
          <w:lang w:val="ru-RU"/>
        </w:rPr>
        <w:t>достовірність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точність</w:t>
      </w:r>
      <w:proofErr w:type="spellEnd"/>
      <w:r w:rsidRPr="00597BFD">
        <w:rPr>
          <w:lang w:val="ru-RU"/>
        </w:rPr>
        <w:t>,</w:t>
      </w:r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повноту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джерела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висновки</w:t>
      </w:r>
      <w:proofErr w:type="spellEnd"/>
      <w:r w:rsidRPr="00597BFD">
        <w:rPr>
          <w:lang w:val="ru-RU"/>
        </w:rPr>
        <w:t xml:space="preserve">, авторство, </w:t>
      </w:r>
      <w:proofErr w:type="spellStart"/>
      <w:r w:rsidRPr="00597BFD">
        <w:rPr>
          <w:lang w:val="ru-RU"/>
        </w:rPr>
        <w:t>співавторство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конфіденційність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доброчесність</w:t>
      </w:r>
      <w:proofErr w:type="spellEnd"/>
      <w:r w:rsidRPr="00597BFD">
        <w:rPr>
          <w:lang w:val="ru-RU"/>
        </w:rPr>
        <w:t xml:space="preserve"> результату.</w:t>
      </w:r>
    </w:p>
    <w:p w14:paraId="0359C1D1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12.4.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має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задеклароване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воно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вплинуло</w:t>
      </w:r>
      <w:proofErr w:type="spellEnd"/>
      <w:r w:rsidRPr="00597BFD">
        <w:rPr>
          <w:lang w:val="ru-RU"/>
        </w:rPr>
        <w:t xml:space="preserve"> на </w:t>
      </w:r>
      <w:proofErr w:type="spellStart"/>
      <w:r w:rsidRPr="00597BFD">
        <w:rPr>
          <w:lang w:val="ru-RU"/>
        </w:rPr>
        <w:t>зміст</w:t>
      </w:r>
      <w:proofErr w:type="spellEnd"/>
      <w:r w:rsidRPr="00597BFD">
        <w:rPr>
          <w:lang w:val="ru-RU"/>
        </w:rPr>
        <w:t xml:space="preserve">, структуру, </w:t>
      </w:r>
      <w:proofErr w:type="spellStart"/>
      <w:r w:rsidRPr="00597BFD">
        <w:rPr>
          <w:lang w:val="ru-RU"/>
        </w:rPr>
        <w:t>аналіз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інтерпретацію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висновки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підг</w:t>
      </w:r>
      <w:r w:rsidRPr="00597BFD">
        <w:rPr>
          <w:lang w:val="ru-RU"/>
        </w:rPr>
        <w:t>отовку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таблиць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зображень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перекладів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істотні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елементи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твору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чи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дії</w:t>
      </w:r>
      <w:proofErr w:type="spellEnd"/>
      <w:r w:rsidRPr="00597BFD">
        <w:rPr>
          <w:lang w:val="ru-RU"/>
        </w:rPr>
        <w:t>.</w:t>
      </w:r>
    </w:p>
    <w:p w14:paraId="256D3164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12.5. </w:t>
      </w:r>
      <w:proofErr w:type="spellStart"/>
      <w:r w:rsidRPr="00597BFD">
        <w:rPr>
          <w:lang w:val="ru-RU"/>
        </w:rPr>
        <w:t>Технології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не </w:t>
      </w:r>
      <w:proofErr w:type="spellStart"/>
      <w:r w:rsidRPr="00597BFD">
        <w:rPr>
          <w:lang w:val="ru-RU"/>
        </w:rPr>
        <w:t>можуть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джерелом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бібліографічних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посилань</w:t>
      </w:r>
      <w:proofErr w:type="spellEnd"/>
      <w:r w:rsidRPr="00597BFD">
        <w:rPr>
          <w:lang w:val="ru-RU"/>
        </w:rPr>
        <w:t xml:space="preserve">. Будь-яке </w:t>
      </w:r>
      <w:proofErr w:type="spellStart"/>
      <w:r w:rsidRPr="00597BFD">
        <w:rPr>
          <w:lang w:val="ru-RU"/>
        </w:rPr>
        <w:t>джерело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запропоноване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сформоване</w:t>
      </w:r>
      <w:proofErr w:type="spellEnd"/>
      <w:r w:rsidRPr="00597BFD">
        <w:rPr>
          <w:lang w:val="ru-RU"/>
        </w:rPr>
        <w:t xml:space="preserve"> за </w:t>
      </w:r>
      <w:proofErr w:type="spellStart"/>
      <w:r w:rsidRPr="00597BFD">
        <w:rPr>
          <w:lang w:val="ru-RU"/>
        </w:rPr>
        <w:t>допомогою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має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перевірене</w:t>
      </w:r>
      <w:proofErr w:type="spellEnd"/>
      <w:r w:rsidRPr="00597BFD">
        <w:rPr>
          <w:lang w:val="ru-RU"/>
        </w:rPr>
        <w:t xml:space="preserve"> автором у </w:t>
      </w:r>
      <w:proofErr w:type="spellStart"/>
      <w:r w:rsidRPr="00597BFD">
        <w:rPr>
          <w:lang w:val="ru-RU"/>
        </w:rPr>
        <w:t>першоджерелі</w:t>
      </w:r>
      <w:proofErr w:type="spellEnd"/>
      <w:r w:rsidRPr="00597BFD">
        <w:rPr>
          <w:lang w:val="ru-RU"/>
        </w:rPr>
        <w:t>.</w:t>
      </w:r>
    </w:p>
    <w:p w14:paraId="690C8139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12.6. Не </w:t>
      </w:r>
      <w:proofErr w:type="spellStart"/>
      <w:r w:rsidRPr="00597BFD">
        <w:rPr>
          <w:lang w:val="ru-RU"/>
        </w:rPr>
        <w:t>допускається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для </w:t>
      </w:r>
      <w:proofErr w:type="spellStart"/>
      <w:r w:rsidRPr="00597BFD">
        <w:rPr>
          <w:lang w:val="ru-RU"/>
        </w:rPr>
        <w:t>фабрикації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фальсифікації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приховування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плагіату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самоплагіату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створення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вигаданих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джерел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фальшив</w:t>
      </w:r>
      <w:r w:rsidRPr="00597BFD">
        <w:rPr>
          <w:lang w:val="ru-RU"/>
        </w:rPr>
        <w:t>их</w:t>
      </w:r>
      <w:proofErr w:type="spellEnd"/>
      <w:r w:rsidRPr="00597BFD">
        <w:rPr>
          <w:lang w:val="ru-RU"/>
        </w:rPr>
        <w:t xml:space="preserve"> цитат, </w:t>
      </w:r>
      <w:proofErr w:type="spellStart"/>
      <w:r w:rsidRPr="00597BFD">
        <w:rPr>
          <w:lang w:val="ru-RU"/>
        </w:rPr>
        <w:t>недостовірних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бібліографічних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описів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вигаданих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результатів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досліджень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рецензій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експертних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висновків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недостовірних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матеріалів</w:t>
      </w:r>
      <w:proofErr w:type="spellEnd"/>
      <w:r w:rsidRPr="00597BFD">
        <w:rPr>
          <w:lang w:val="ru-RU"/>
        </w:rPr>
        <w:t>.</w:t>
      </w:r>
    </w:p>
    <w:p w14:paraId="1FC654E1" w14:textId="77777777" w:rsidR="003D0F3C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12.7. </w:t>
      </w:r>
      <w:proofErr w:type="spellStart"/>
      <w:r w:rsidRPr="00597BFD">
        <w:rPr>
          <w:lang w:val="ru-RU"/>
        </w:rPr>
        <w:t>Особливості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визначаються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Положенням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використанн</w:t>
      </w:r>
      <w:r w:rsidRPr="00597BFD">
        <w:rPr>
          <w:lang w:val="ru-RU"/>
        </w:rPr>
        <w:t>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в </w:t>
      </w:r>
      <w:proofErr w:type="spellStart"/>
      <w:r w:rsidRPr="00597BFD">
        <w:rPr>
          <w:lang w:val="ru-RU"/>
        </w:rPr>
        <w:t>освітній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науковій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редакційній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експертній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ННЦРМГО, </w:t>
      </w:r>
      <w:proofErr w:type="spellStart"/>
      <w:r w:rsidRPr="00597BFD">
        <w:rPr>
          <w:lang w:val="ru-RU"/>
        </w:rPr>
        <w:t>редакційними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політиками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наукових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видань</w:t>
      </w:r>
      <w:proofErr w:type="spellEnd"/>
      <w:r w:rsidRPr="00597BFD">
        <w:rPr>
          <w:lang w:val="ru-RU"/>
        </w:rPr>
        <w:t xml:space="preserve"> ННЦРМГО, правилами </w:t>
      </w:r>
      <w:proofErr w:type="spellStart"/>
      <w:r w:rsidRPr="00597BFD">
        <w:rPr>
          <w:lang w:val="ru-RU"/>
        </w:rPr>
        <w:t>відповідних</w:t>
      </w:r>
      <w:proofErr w:type="spellEnd"/>
      <w:r w:rsidRPr="00597BFD">
        <w:rPr>
          <w:lang w:val="ru-RU"/>
        </w:rPr>
        <w:t xml:space="preserve"> процедур та </w:t>
      </w:r>
      <w:proofErr w:type="spellStart"/>
      <w:r w:rsidRPr="00597BFD">
        <w:rPr>
          <w:lang w:val="ru-RU"/>
        </w:rPr>
        <w:t>іншими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внутрішніми</w:t>
      </w:r>
      <w:proofErr w:type="spellEnd"/>
      <w:r w:rsidRPr="00597BFD">
        <w:rPr>
          <w:lang w:val="ru-RU"/>
        </w:rPr>
        <w:t xml:space="preserve"> актами ННЦРМГО.</w:t>
      </w:r>
    </w:p>
    <w:p w14:paraId="0B6B0693" w14:textId="77777777" w:rsidR="0019669D" w:rsidRPr="00597BFD" w:rsidRDefault="0019669D">
      <w:pPr>
        <w:spacing w:after="60"/>
        <w:ind w:firstLine="340"/>
        <w:jc w:val="both"/>
        <w:rPr>
          <w:lang w:val="ru-RU"/>
        </w:rPr>
      </w:pPr>
    </w:p>
    <w:p w14:paraId="16B3082B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13. КОНФЛІКТ ІНТЕРЕСІВ, ТИСК І НЕДОБР</w:t>
      </w:r>
      <w:r w:rsidRPr="00597BFD">
        <w:rPr>
          <w:rFonts w:ascii="Times New Roman" w:eastAsia="Times New Roman" w:hAnsi="Times New Roman"/>
          <w:lang w:val="ru-RU"/>
        </w:rPr>
        <w:t>ОЧЕСНИЙ ВПЛИВ</w:t>
      </w:r>
    </w:p>
    <w:p w14:paraId="1644CA3A" w14:textId="77777777" w:rsidR="0019669D" w:rsidRPr="0019669D" w:rsidRDefault="0019669D" w:rsidP="0019669D">
      <w:pPr>
        <w:rPr>
          <w:lang w:val="ru-RU"/>
        </w:rPr>
      </w:pPr>
    </w:p>
    <w:p w14:paraId="6D4D1796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13.1. </w:t>
      </w:r>
      <w:proofErr w:type="spellStart"/>
      <w:r w:rsidRPr="00597BFD">
        <w:rPr>
          <w:lang w:val="ru-RU"/>
        </w:rPr>
        <w:t>Суб’єкти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уникати</w:t>
      </w:r>
      <w:proofErr w:type="spellEnd"/>
      <w:r w:rsidRPr="00597BFD">
        <w:rPr>
          <w:lang w:val="ru-RU"/>
        </w:rPr>
        <w:t xml:space="preserve"> реального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потенційного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конфлікту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інтересів</w:t>
      </w:r>
      <w:proofErr w:type="spellEnd"/>
      <w:r w:rsidRPr="00597BFD">
        <w:rPr>
          <w:lang w:val="ru-RU"/>
        </w:rPr>
        <w:t xml:space="preserve">, а в </w:t>
      </w:r>
      <w:proofErr w:type="spellStart"/>
      <w:r w:rsidRPr="00597BFD">
        <w:rPr>
          <w:lang w:val="ru-RU"/>
        </w:rPr>
        <w:t>разі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його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виникнення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своєчасно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повідомляти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відповідні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обставини</w:t>
      </w:r>
      <w:proofErr w:type="spellEnd"/>
      <w:r w:rsidRPr="00597BFD">
        <w:rPr>
          <w:lang w:val="ru-RU"/>
        </w:rPr>
        <w:t>.</w:t>
      </w:r>
    </w:p>
    <w:p w14:paraId="418EB7A6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13.2. </w:t>
      </w:r>
      <w:proofErr w:type="spellStart"/>
      <w:r w:rsidRPr="00597BFD">
        <w:rPr>
          <w:lang w:val="ru-RU"/>
        </w:rPr>
        <w:t>Конфлікт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може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виникати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зокрема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особисті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проф</w:t>
      </w:r>
      <w:r w:rsidRPr="00597BFD">
        <w:rPr>
          <w:lang w:val="ru-RU"/>
        </w:rPr>
        <w:t>есійні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службові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майнові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немайнові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репутаційні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кар’єрні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інтереси</w:t>
      </w:r>
      <w:proofErr w:type="spellEnd"/>
      <w:r w:rsidRPr="00597BFD">
        <w:rPr>
          <w:lang w:val="ru-RU"/>
        </w:rPr>
        <w:t xml:space="preserve"> особи </w:t>
      </w:r>
      <w:proofErr w:type="spellStart"/>
      <w:r w:rsidRPr="00597BFD">
        <w:rPr>
          <w:lang w:val="ru-RU"/>
        </w:rPr>
        <w:t>можуть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вплинути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створити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враження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впливу</w:t>
      </w:r>
      <w:proofErr w:type="spellEnd"/>
      <w:r w:rsidRPr="00597BFD">
        <w:rPr>
          <w:lang w:val="ru-RU"/>
        </w:rPr>
        <w:t xml:space="preserve"> на </w:t>
      </w:r>
      <w:proofErr w:type="spellStart"/>
      <w:r w:rsidRPr="00597BFD">
        <w:rPr>
          <w:lang w:val="ru-RU"/>
        </w:rPr>
        <w:t>її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об’єктивність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неупередженість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чи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доброчесність</w:t>
      </w:r>
      <w:proofErr w:type="spellEnd"/>
      <w:r w:rsidRPr="00597BFD">
        <w:rPr>
          <w:lang w:val="ru-RU"/>
        </w:rPr>
        <w:t xml:space="preserve"> у </w:t>
      </w:r>
      <w:proofErr w:type="spellStart"/>
      <w:r w:rsidRPr="00597BFD">
        <w:rPr>
          <w:lang w:val="ru-RU"/>
        </w:rPr>
        <w:t>певній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процедурі</w:t>
      </w:r>
      <w:proofErr w:type="spellEnd"/>
      <w:r w:rsidRPr="00597BFD">
        <w:rPr>
          <w:lang w:val="ru-RU"/>
        </w:rPr>
        <w:t>.</w:t>
      </w:r>
    </w:p>
    <w:p w14:paraId="1B283359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13.3. Не </w:t>
      </w:r>
      <w:proofErr w:type="spellStart"/>
      <w:r w:rsidRPr="00597BFD">
        <w:rPr>
          <w:lang w:val="ru-RU"/>
        </w:rPr>
        <w:t>допускається</w:t>
      </w:r>
      <w:proofErr w:type="spellEnd"/>
      <w:r w:rsidRPr="00597BFD">
        <w:rPr>
          <w:lang w:val="ru-RU"/>
        </w:rPr>
        <w:t xml:space="preserve"> участь у </w:t>
      </w:r>
      <w:proofErr w:type="spellStart"/>
      <w:r w:rsidRPr="00597BFD">
        <w:rPr>
          <w:lang w:val="ru-RU"/>
        </w:rPr>
        <w:t>рецензуван</w:t>
      </w:r>
      <w:r w:rsidRPr="00597BFD">
        <w:rPr>
          <w:lang w:val="ru-RU"/>
        </w:rPr>
        <w:t>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експертизі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оцінюванні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редакційному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розгляді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роботі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Комісії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роботі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разової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спеціалізованої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вченої</w:t>
      </w:r>
      <w:proofErr w:type="spellEnd"/>
      <w:r w:rsidRPr="00597BFD">
        <w:rPr>
          <w:lang w:val="ru-RU"/>
        </w:rPr>
        <w:t xml:space="preserve"> ради </w:t>
      </w:r>
      <w:proofErr w:type="spellStart"/>
      <w:r w:rsidRPr="00597BFD">
        <w:rPr>
          <w:lang w:val="ru-RU"/>
        </w:rPr>
        <w:t>чи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процедурі</w:t>
      </w:r>
      <w:proofErr w:type="spellEnd"/>
      <w:r w:rsidRPr="00597BFD">
        <w:rPr>
          <w:lang w:val="ru-RU"/>
        </w:rPr>
        <w:t xml:space="preserve"> за </w:t>
      </w:r>
      <w:proofErr w:type="spellStart"/>
      <w:r w:rsidRPr="00597BFD">
        <w:rPr>
          <w:lang w:val="ru-RU"/>
        </w:rPr>
        <w:t>наявності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неврегульованого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конфлікту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інтересів</w:t>
      </w:r>
      <w:proofErr w:type="spellEnd"/>
      <w:r w:rsidRPr="00597BFD">
        <w:rPr>
          <w:lang w:val="ru-RU"/>
        </w:rPr>
        <w:t>.</w:t>
      </w:r>
    </w:p>
    <w:p w14:paraId="7046A137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13.4. Не </w:t>
      </w:r>
      <w:proofErr w:type="spellStart"/>
      <w:r w:rsidRPr="00597BFD">
        <w:rPr>
          <w:lang w:val="ru-RU"/>
        </w:rPr>
        <w:t>допускається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тиск</w:t>
      </w:r>
      <w:proofErr w:type="spellEnd"/>
      <w:r w:rsidRPr="00597BFD">
        <w:rPr>
          <w:lang w:val="ru-RU"/>
        </w:rPr>
        <w:t xml:space="preserve">, погрози, </w:t>
      </w:r>
      <w:proofErr w:type="spellStart"/>
      <w:r w:rsidRPr="00597BFD">
        <w:rPr>
          <w:lang w:val="ru-RU"/>
        </w:rPr>
        <w:t>примушування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службовий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вплив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прохання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схиляння</w:t>
      </w:r>
      <w:proofErr w:type="spellEnd"/>
      <w:r w:rsidRPr="00597BFD">
        <w:rPr>
          <w:lang w:val="ru-RU"/>
        </w:rPr>
        <w:t xml:space="preserve"> до:</w:t>
      </w:r>
    </w:p>
    <w:p w14:paraId="60A3AA8C" w14:textId="64D1202B" w:rsidR="003D0F3C" w:rsidRPr="0019669D" w:rsidRDefault="00DF025C" w:rsidP="0019669D">
      <w:pPr>
        <w:pStyle w:val="ae"/>
        <w:numPr>
          <w:ilvl w:val="0"/>
          <w:numId w:val="26"/>
        </w:numPr>
        <w:spacing w:after="20"/>
        <w:jc w:val="both"/>
        <w:rPr>
          <w:lang w:val="ru-RU"/>
        </w:rPr>
      </w:pPr>
      <w:proofErr w:type="spellStart"/>
      <w:r w:rsidRPr="0019669D">
        <w:rPr>
          <w:lang w:val="ru-RU"/>
        </w:rPr>
        <w:t>зміни</w:t>
      </w:r>
      <w:proofErr w:type="spellEnd"/>
      <w:r w:rsidRPr="0019669D">
        <w:rPr>
          <w:lang w:val="ru-RU"/>
        </w:rPr>
        <w:t xml:space="preserve"> авторства, </w:t>
      </w:r>
      <w:proofErr w:type="spellStart"/>
      <w:r w:rsidRPr="0019669D">
        <w:rPr>
          <w:lang w:val="ru-RU"/>
        </w:rPr>
        <w:t>співавторства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або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черговості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авторів</w:t>
      </w:r>
      <w:proofErr w:type="spellEnd"/>
      <w:r w:rsidRPr="0019669D">
        <w:rPr>
          <w:lang w:val="ru-RU"/>
        </w:rPr>
        <w:t xml:space="preserve"> без </w:t>
      </w:r>
      <w:proofErr w:type="spellStart"/>
      <w:r w:rsidRPr="0019669D">
        <w:rPr>
          <w:lang w:val="ru-RU"/>
        </w:rPr>
        <w:t>належних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підстав</w:t>
      </w:r>
      <w:proofErr w:type="spellEnd"/>
      <w:r w:rsidRPr="0019669D">
        <w:rPr>
          <w:lang w:val="ru-RU"/>
        </w:rPr>
        <w:t>;</w:t>
      </w:r>
    </w:p>
    <w:p w14:paraId="01D2A889" w14:textId="262A1596" w:rsidR="003D0F3C" w:rsidRPr="0019669D" w:rsidRDefault="00DF025C" w:rsidP="0019669D">
      <w:pPr>
        <w:pStyle w:val="ae"/>
        <w:numPr>
          <w:ilvl w:val="0"/>
          <w:numId w:val="26"/>
        </w:numPr>
        <w:spacing w:after="20"/>
        <w:jc w:val="both"/>
        <w:rPr>
          <w:lang w:val="ru-RU"/>
        </w:rPr>
      </w:pPr>
      <w:proofErr w:type="spellStart"/>
      <w:r w:rsidRPr="0019669D">
        <w:rPr>
          <w:lang w:val="ru-RU"/>
        </w:rPr>
        <w:t>приховування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академічного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плагіату</w:t>
      </w:r>
      <w:proofErr w:type="spellEnd"/>
      <w:r w:rsidRPr="0019669D">
        <w:rPr>
          <w:lang w:val="ru-RU"/>
        </w:rPr>
        <w:t xml:space="preserve">, </w:t>
      </w:r>
      <w:proofErr w:type="spellStart"/>
      <w:r w:rsidRPr="0019669D">
        <w:rPr>
          <w:lang w:val="ru-RU"/>
        </w:rPr>
        <w:t>самоплагіату</w:t>
      </w:r>
      <w:proofErr w:type="spellEnd"/>
      <w:r w:rsidRPr="0019669D">
        <w:rPr>
          <w:lang w:val="ru-RU"/>
        </w:rPr>
        <w:t xml:space="preserve">, </w:t>
      </w:r>
      <w:proofErr w:type="spellStart"/>
      <w:r w:rsidRPr="0019669D">
        <w:rPr>
          <w:lang w:val="ru-RU"/>
        </w:rPr>
        <w:t>фабрикації</w:t>
      </w:r>
      <w:proofErr w:type="spellEnd"/>
      <w:r w:rsidRPr="0019669D">
        <w:rPr>
          <w:lang w:val="ru-RU"/>
        </w:rPr>
        <w:t xml:space="preserve">, </w:t>
      </w:r>
      <w:proofErr w:type="spellStart"/>
      <w:r w:rsidRPr="0019669D">
        <w:rPr>
          <w:lang w:val="ru-RU"/>
        </w:rPr>
        <w:t>фальсифікації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або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іншого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порушення</w:t>
      </w:r>
      <w:proofErr w:type="spellEnd"/>
      <w:r w:rsidRPr="0019669D">
        <w:rPr>
          <w:lang w:val="ru-RU"/>
        </w:rPr>
        <w:t>;</w:t>
      </w:r>
    </w:p>
    <w:p w14:paraId="099843EC" w14:textId="5A6B61F7" w:rsidR="003D0F3C" w:rsidRPr="0019669D" w:rsidRDefault="00DF025C" w:rsidP="0019669D">
      <w:pPr>
        <w:pStyle w:val="ae"/>
        <w:numPr>
          <w:ilvl w:val="0"/>
          <w:numId w:val="26"/>
        </w:numPr>
        <w:spacing w:after="20"/>
        <w:jc w:val="both"/>
        <w:rPr>
          <w:lang w:val="ru-RU"/>
        </w:rPr>
      </w:pPr>
      <w:proofErr w:type="spellStart"/>
      <w:r w:rsidRPr="0019669D">
        <w:rPr>
          <w:lang w:val="ru-RU"/>
        </w:rPr>
        <w:t>зміни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даних</w:t>
      </w:r>
      <w:proofErr w:type="spellEnd"/>
      <w:r w:rsidRPr="0019669D">
        <w:rPr>
          <w:lang w:val="ru-RU"/>
        </w:rPr>
        <w:t xml:space="preserve">, </w:t>
      </w:r>
      <w:proofErr w:type="spellStart"/>
      <w:r w:rsidRPr="0019669D">
        <w:rPr>
          <w:lang w:val="ru-RU"/>
        </w:rPr>
        <w:t>висновків</w:t>
      </w:r>
      <w:proofErr w:type="spellEnd"/>
      <w:r w:rsidRPr="0019669D">
        <w:rPr>
          <w:lang w:val="ru-RU"/>
        </w:rPr>
        <w:t xml:space="preserve">, </w:t>
      </w:r>
      <w:proofErr w:type="spellStart"/>
      <w:r w:rsidRPr="0019669D">
        <w:rPr>
          <w:lang w:val="ru-RU"/>
        </w:rPr>
        <w:t>рецензії</w:t>
      </w:r>
      <w:proofErr w:type="spellEnd"/>
      <w:r w:rsidRPr="0019669D">
        <w:rPr>
          <w:lang w:val="ru-RU"/>
        </w:rPr>
        <w:t xml:space="preserve">, </w:t>
      </w:r>
      <w:proofErr w:type="spellStart"/>
      <w:r w:rsidRPr="0019669D">
        <w:rPr>
          <w:lang w:val="ru-RU"/>
        </w:rPr>
        <w:t>експертно</w:t>
      </w:r>
      <w:r w:rsidRPr="0019669D">
        <w:rPr>
          <w:lang w:val="ru-RU"/>
        </w:rPr>
        <w:t>го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висновку</w:t>
      </w:r>
      <w:proofErr w:type="spellEnd"/>
      <w:r w:rsidRPr="0019669D">
        <w:rPr>
          <w:lang w:val="ru-RU"/>
        </w:rPr>
        <w:t xml:space="preserve">, </w:t>
      </w:r>
      <w:proofErr w:type="spellStart"/>
      <w:r w:rsidRPr="0019669D">
        <w:rPr>
          <w:lang w:val="ru-RU"/>
        </w:rPr>
        <w:t>редакційного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рішення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або</w:t>
      </w:r>
      <w:proofErr w:type="spellEnd"/>
      <w:r w:rsidRPr="0019669D">
        <w:rPr>
          <w:lang w:val="ru-RU"/>
        </w:rPr>
        <w:t xml:space="preserve"> результату </w:t>
      </w:r>
      <w:proofErr w:type="spellStart"/>
      <w:r w:rsidRPr="0019669D">
        <w:rPr>
          <w:lang w:val="ru-RU"/>
        </w:rPr>
        <w:t>академічної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процедури</w:t>
      </w:r>
      <w:proofErr w:type="spellEnd"/>
      <w:r w:rsidRPr="0019669D">
        <w:rPr>
          <w:lang w:val="ru-RU"/>
        </w:rPr>
        <w:t xml:space="preserve"> без </w:t>
      </w:r>
      <w:proofErr w:type="spellStart"/>
      <w:r w:rsidRPr="0019669D">
        <w:rPr>
          <w:lang w:val="ru-RU"/>
        </w:rPr>
        <w:t>наукових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чи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правових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підстав</w:t>
      </w:r>
      <w:proofErr w:type="spellEnd"/>
      <w:r w:rsidRPr="0019669D">
        <w:rPr>
          <w:lang w:val="ru-RU"/>
        </w:rPr>
        <w:t>;</w:t>
      </w:r>
    </w:p>
    <w:p w14:paraId="31727866" w14:textId="5DE8598B" w:rsidR="003D0F3C" w:rsidRPr="0019669D" w:rsidRDefault="00DF025C" w:rsidP="0019669D">
      <w:pPr>
        <w:pStyle w:val="ae"/>
        <w:numPr>
          <w:ilvl w:val="0"/>
          <w:numId w:val="26"/>
        </w:numPr>
        <w:spacing w:after="20"/>
        <w:jc w:val="both"/>
        <w:rPr>
          <w:lang w:val="ru-RU"/>
        </w:rPr>
      </w:pPr>
      <w:proofErr w:type="spellStart"/>
      <w:r w:rsidRPr="0019669D">
        <w:rPr>
          <w:lang w:val="ru-RU"/>
        </w:rPr>
        <w:t>недекларування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використання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технологій</w:t>
      </w:r>
      <w:proofErr w:type="spellEnd"/>
      <w:r w:rsidRPr="0019669D">
        <w:rPr>
          <w:lang w:val="ru-RU"/>
        </w:rPr>
        <w:t xml:space="preserve"> штучного </w:t>
      </w:r>
      <w:proofErr w:type="spellStart"/>
      <w:r w:rsidRPr="0019669D">
        <w:rPr>
          <w:lang w:val="ru-RU"/>
        </w:rPr>
        <w:t>інтелекту</w:t>
      </w:r>
      <w:proofErr w:type="spellEnd"/>
      <w:r w:rsidRPr="0019669D">
        <w:rPr>
          <w:lang w:val="ru-RU"/>
        </w:rPr>
        <w:t>;</w:t>
      </w:r>
    </w:p>
    <w:p w14:paraId="0F81AC5A" w14:textId="7C7431D6" w:rsidR="003D0F3C" w:rsidRPr="0019669D" w:rsidRDefault="00DF025C" w:rsidP="0019669D">
      <w:pPr>
        <w:pStyle w:val="ae"/>
        <w:numPr>
          <w:ilvl w:val="0"/>
          <w:numId w:val="26"/>
        </w:numPr>
        <w:spacing w:after="20"/>
        <w:jc w:val="both"/>
        <w:rPr>
          <w:lang w:val="ru-RU"/>
        </w:rPr>
      </w:pPr>
      <w:proofErr w:type="spellStart"/>
      <w:r w:rsidRPr="0019669D">
        <w:rPr>
          <w:lang w:val="ru-RU"/>
        </w:rPr>
        <w:t>відкликання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повідомлення</w:t>
      </w:r>
      <w:proofErr w:type="spellEnd"/>
      <w:r w:rsidRPr="0019669D">
        <w:rPr>
          <w:lang w:val="ru-RU"/>
        </w:rPr>
        <w:t xml:space="preserve"> про </w:t>
      </w:r>
      <w:proofErr w:type="spellStart"/>
      <w:r w:rsidRPr="0019669D">
        <w:rPr>
          <w:lang w:val="ru-RU"/>
        </w:rPr>
        <w:t>можливе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порушення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академічної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доброчесності</w:t>
      </w:r>
      <w:proofErr w:type="spellEnd"/>
      <w:r w:rsidRPr="0019669D">
        <w:rPr>
          <w:lang w:val="ru-RU"/>
        </w:rPr>
        <w:t>;</w:t>
      </w:r>
    </w:p>
    <w:p w14:paraId="7CBDB1FA" w14:textId="3D00B1AC" w:rsidR="003D0F3C" w:rsidRPr="0019669D" w:rsidRDefault="00DF025C" w:rsidP="0019669D">
      <w:pPr>
        <w:pStyle w:val="ae"/>
        <w:numPr>
          <w:ilvl w:val="0"/>
          <w:numId w:val="26"/>
        </w:numPr>
        <w:spacing w:after="20"/>
        <w:jc w:val="both"/>
        <w:rPr>
          <w:lang w:val="ru-RU"/>
        </w:rPr>
      </w:pPr>
      <w:proofErr w:type="spellStart"/>
      <w:r w:rsidRPr="0019669D">
        <w:rPr>
          <w:lang w:val="ru-RU"/>
        </w:rPr>
        <w:lastRenderedPageBreak/>
        <w:t>відмови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від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доброс</w:t>
      </w:r>
      <w:r w:rsidRPr="0019669D">
        <w:rPr>
          <w:lang w:val="ru-RU"/>
        </w:rPr>
        <w:t>овісного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повідомлення</w:t>
      </w:r>
      <w:proofErr w:type="spellEnd"/>
      <w:r w:rsidRPr="0019669D">
        <w:rPr>
          <w:lang w:val="ru-RU"/>
        </w:rPr>
        <w:t xml:space="preserve"> про </w:t>
      </w:r>
      <w:proofErr w:type="spellStart"/>
      <w:r w:rsidRPr="0019669D">
        <w:rPr>
          <w:lang w:val="ru-RU"/>
        </w:rPr>
        <w:t>можливе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порушення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академічної</w:t>
      </w:r>
      <w:proofErr w:type="spellEnd"/>
      <w:r w:rsidRPr="0019669D">
        <w:rPr>
          <w:lang w:val="ru-RU"/>
        </w:rPr>
        <w:t xml:space="preserve"> </w:t>
      </w:r>
      <w:proofErr w:type="spellStart"/>
      <w:r w:rsidRPr="0019669D">
        <w:rPr>
          <w:lang w:val="ru-RU"/>
        </w:rPr>
        <w:t>доброчесності</w:t>
      </w:r>
      <w:proofErr w:type="spellEnd"/>
      <w:r w:rsidRPr="0019669D">
        <w:rPr>
          <w:lang w:val="ru-RU"/>
        </w:rPr>
        <w:t>.</w:t>
      </w:r>
    </w:p>
    <w:p w14:paraId="1461ABA3" w14:textId="77777777" w:rsidR="003D0F3C" w:rsidRDefault="00DF025C" w:rsidP="0019669D">
      <w:pPr>
        <w:spacing w:before="60"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13.5. Особи, </w:t>
      </w:r>
      <w:proofErr w:type="spellStart"/>
      <w:r w:rsidRPr="00597BFD">
        <w:rPr>
          <w:lang w:val="ru-RU"/>
        </w:rPr>
        <w:t>які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добросовісно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повідомляють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можливі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порушення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захищені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тиску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переслідування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дискримінації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погроз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службового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впливу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</w:t>
      </w:r>
      <w:r w:rsidRPr="00597BFD">
        <w:rPr>
          <w:lang w:val="ru-RU"/>
        </w:rPr>
        <w:t>нших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негативних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наслідків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пов’язаних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із</w:t>
      </w:r>
      <w:proofErr w:type="spellEnd"/>
      <w:r w:rsidRPr="00597BFD">
        <w:rPr>
          <w:lang w:val="ru-RU"/>
        </w:rPr>
        <w:t xml:space="preserve"> таким </w:t>
      </w:r>
      <w:proofErr w:type="spellStart"/>
      <w:r w:rsidRPr="00597BFD">
        <w:rPr>
          <w:lang w:val="ru-RU"/>
        </w:rPr>
        <w:t>повідомленням</w:t>
      </w:r>
      <w:proofErr w:type="spellEnd"/>
      <w:r w:rsidRPr="00597BFD">
        <w:rPr>
          <w:lang w:val="ru-RU"/>
        </w:rPr>
        <w:t>.</w:t>
      </w:r>
    </w:p>
    <w:p w14:paraId="3AE2C3FA" w14:textId="77777777" w:rsidR="0019669D" w:rsidRPr="00597BFD" w:rsidRDefault="0019669D" w:rsidP="0019669D">
      <w:pPr>
        <w:spacing w:before="60" w:after="60"/>
        <w:ind w:firstLine="340"/>
        <w:jc w:val="both"/>
        <w:rPr>
          <w:lang w:val="ru-RU"/>
        </w:rPr>
      </w:pPr>
    </w:p>
    <w:p w14:paraId="020245FD" w14:textId="1381C6FB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 xml:space="preserve">14. ПОВІДОМЛЕННЯ ПРО МОЖЛИВІ ПОРУШЕННЯ </w:t>
      </w:r>
      <w:r w:rsidR="0019669D">
        <w:rPr>
          <w:rFonts w:ascii="Times New Roman" w:eastAsia="Times New Roman" w:hAnsi="Times New Roman"/>
          <w:lang w:val="ru-RU"/>
        </w:rPr>
        <w:br/>
      </w:r>
      <w:r w:rsidRPr="00597BFD">
        <w:rPr>
          <w:rFonts w:ascii="Times New Roman" w:eastAsia="Times New Roman" w:hAnsi="Times New Roman"/>
          <w:lang w:val="ru-RU"/>
        </w:rPr>
        <w:t>І ВІДПОВІДАЛЬНЕ РЕАГУВАННЯ</w:t>
      </w:r>
    </w:p>
    <w:p w14:paraId="1937FA15" w14:textId="77777777" w:rsidR="0019669D" w:rsidRPr="0019669D" w:rsidRDefault="0019669D" w:rsidP="0019669D">
      <w:pPr>
        <w:rPr>
          <w:lang w:val="ru-RU"/>
        </w:rPr>
      </w:pPr>
    </w:p>
    <w:p w14:paraId="2C43B01C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14.1. </w:t>
      </w:r>
      <w:proofErr w:type="spellStart"/>
      <w:r w:rsidRPr="00597BFD">
        <w:rPr>
          <w:lang w:val="ru-RU"/>
        </w:rPr>
        <w:t>Кожен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суб’єкт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має</w:t>
      </w:r>
      <w:proofErr w:type="spellEnd"/>
      <w:r w:rsidRPr="00597BFD">
        <w:rPr>
          <w:lang w:val="ru-RU"/>
        </w:rPr>
        <w:t xml:space="preserve"> право </w:t>
      </w:r>
      <w:proofErr w:type="spellStart"/>
      <w:r w:rsidRPr="00597BFD">
        <w:rPr>
          <w:lang w:val="ru-RU"/>
        </w:rPr>
        <w:t>добросовісно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повідомити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обставини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які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можуть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свідчити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порушення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>.</w:t>
      </w:r>
    </w:p>
    <w:p w14:paraId="3BC7FAAA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14.2. </w:t>
      </w:r>
      <w:proofErr w:type="spellStart"/>
      <w:r w:rsidRPr="00597BFD">
        <w:rPr>
          <w:lang w:val="ru-RU"/>
        </w:rPr>
        <w:t>Повідомлення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можливе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порушення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не є </w:t>
      </w:r>
      <w:proofErr w:type="spellStart"/>
      <w:r w:rsidRPr="00597BFD">
        <w:rPr>
          <w:lang w:val="ru-RU"/>
        </w:rPr>
        <w:t>доказом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порушення</w:t>
      </w:r>
      <w:proofErr w:type="spellEnd"/>
      <w:r w:rsidRPr="00597BFD">
        <w:rPr>
          <w:lang w:val="ru-RU"/>
        </w:rPr>
        <w:t xml:space="preserve"> і не </w:t>
      </w:r>
      <w:proofErr w:type="spellStart"/>
      <w:r w:rsidRPr="00597BFD">
        <w:rPr>
          <w:lang w:val="ru-RU"/>
        </w:rPr>
        <w:t>означає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встановлення</w:t>
      </w:r>
      <w:proofErr w:type="spellEnd"/>
      <w:r w:rsidRPr="00597BFD">
        <w:rPr>
          <w:lang w:val="ru-RU"/>
        </w:rPr>
        <w:t xml:space="preserve"> вини особи.</w:t>
      </w:r>
    </w:p>
    <w:p w14:paraId="01E82A19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14.3. </w:t>
      </w:r>
      <w:proofErr w:type="spellStart"/>
      <w:r w:rsidRPr="00597BFD">
        <w:rPr>
          <w:lang w:val="ru-RU"/>
        </w:rPr>
        <w:t>Повідомлення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подаватися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добросовісно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із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зазначенням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фактичних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документів</w:t>
      </w:r>
      <w:proofErr w:type="spellEnd"/>
      <w:r w:rsidRPr="00597BFD">
        <w:rPr>
          <w:lang w:val="ru-RU"/>
        </w:rPr>
        <w:t>,</w:t>
      </w:r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джерел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фрагментів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твору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матеріалів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які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можуть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перевірені</w:t>
      </w:r>
      <w:proofErr w:type="spellEnd"/>
      <w:r w:rsidRPr="00597BFD">
        <w:rPr>
          <w:lang w:val="ru-RU"/>
        </w:rPr>
        <w:t>.</w:t>
      </w:r>
    </w:p>
    <w:p w14:paraId="42A3A87F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14.4. </w:t>
      </w:r>
      <w:proofErr w:type="spellStart"/>
      <w:r w:rsidRPr="00597BFD">
        <w:rPr>
          <w:lang w:val="ru-RU"/>
        </w:rPr>
        <w:t>Анонімне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повідомлення</w:t>
      </w:r>
      <w:proofErr w:type="spellEnd"/>
      <w:r w:rsidRPr="00597BFD">
        <w:rPr>
          <w:lang w:val="ru-RU"/>
        </w:rPr>
        <w:t xml:space="preserve"> не </w:t>
      </w:r>
      <w:proofErr w:type="spellStart"/>
      <w:r w:rsidRPr="00597BFD">
        <w:rPr>
          <w:lang w:val="ru-RU"/>
        </w:rPr>
        <w:t>ігнорується</w:t>
      </w:r>
      <w:proofErr w:type="spellEnd"/>
      <w:r w:rsidRPr="00597BFD">
        <w:rPr>
          <w:lang w:val="ru-RU"/>
        </w:rPr>
        <w:t xml:space="preserve"> автоматично,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воно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містить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конкретні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перевірювані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фактичні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>.</w:t>
      </w:r>
    </w:p>
    <w:p w14:paraId="1B83D873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14.5. Заходи </w:t>
      </w:r>
      <w:proofErr w:type="spellStart"/>
      <w:r w:rsidRPr="00597BFD">
        <w:rPr>
          <w:lang w:val="ru-RU"/>
        </w:rPr>
        <w:t>реагування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щодо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конкретної</w:t>
      </w:r>
      <w:proofErr w:type="spellEnd"/>
      <w:r w:rsidRPr="00597BFD">
        <w:rPr>
          <w:lang w:val="ru-RU"/>
        </w:rPr>
        <w:t xml:space="preserve"> особи не </w:t>
      </w:r>
      <w:proofErr w:type="spellStart"/>
      <w:r w:rsidRPr="00597BFD">
        <w:rPr>
          <w:lang w:val="ru-RU"/>
        </w:rPr>
        <w:t>можуть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застосовуватися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виключно</w:t>
      </w:r>
      <w:proofErr w:type="spellEnd"/>
      <w:r w:rsidRPr="00597BFD">
        <w:rPr>
          <w:lang w:val="ru-RU"/>
        </w:rPr>
        <w:t xml:space="preserve"> на </w:t>
      </w:r>
      <w:proofErr w:type="spellStart"/>
      <w:r w:rsidRPr="00597BFD">
        <w:rPr>
          <w:lang w:val="ru-RU"/>
        </w:rPr>
        <w:t>підставі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анонімного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повідомлення</w:t>
      </w:r>
      <w:proofErr w:type="spellEnd"/>
      <w:r w:rsidRPr="00597BFD">
        <w:rPr>
          <w:lang w:val="ru-RU"/>
        </w:rPr>
        <w:t xml:space="preserve"> без </w:t>
      </w:r>
      <w:proofErr w:type="spellStart"/>
      <w:r w:rsidRPr="00597BFD">
        <w:rPr>
          <w:lang w:val="ru-RU"/>
        </w:rPr>
        <w:t>належної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перевірки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матеріалів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встановлення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обставин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забезпечення</w:t>
      </w:r>
      <w:proofErr w:type="spellEnd"/>
      <w:r w:rsidRPr="00597BFD">
        <w:rPr>
          <w:lang w:val="ru-RU"/>
        </w:rPr>
        <w:t xml:space="preserve"> права особи на </w:t>
      </w:r>
      <w:proofErr w:type="spellStart"/>
      <w:r w:rsidRPr="00597BFD">
        <w:rPr>
          <w:lang w:val="ru-RU"/>
        </w:rPr>
        <w:t>пояснення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дотримання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визначеної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процедури</w:t>
      </w:r>
      <w:proofErr w:type="spellEnd"/>
      <w:r w:rsidRPr="00597BFD">
        <w:rPr>
          <w:lang w:val="ru-RU"/>
        </w:rPr>
        <w:t>.</w:t>
      </w:r>
    </w:p>
    <w:p w14:paraId="2C1362C2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14.6. </w:t>
      </w:r>
      <w:proofErr w:type="spellStart"/>
      <w:r w:rsidRPr="00597BFD">
        <w:rPr>
          <w:lang w:val="ru-RU"/>
        </w:rPr>
        <w:t>Розгляд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повідомлень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можливі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порушення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</w:t>
      </w:r>
      <w:r w:rsidRPr="00597BFD">
        <w:rPr>
          <w:lang w:val="ru-RU"/>
        </w:rPr>
        <w:t>рочесності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здійснюється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відповідно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Положення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академічну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доброчесність</w:t>
      </w:r>
      <w:proofErr w:type="spellEnd"/>
      <w:r w:rsidRPr="00597BFD">
        <w:rPr>
          <w:lang w:val="ru-RU"/>
        </w:rPr>
        <w:t xml:space="preserve"> у ННЦРМГО, </w:t>
      </w:r>
      <w:proofErr w:type="spellStart"/>
      <w:r w:rsidRPr="00597BFD">
        <w:rPr>
          <w:lang w:val="ru-RU"/>
        </w:rPr>
        <w:t>Положення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Комісію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ННЦРМГО як </w:t>
      </w:r>
      <w:proofErr w:type="spellStart"/>
      <w:r w:rsidRPr="00597BFD">
        <w:rPr>
          <w:lang w:val="ru-RU"/>
        </w:rPr>
        <w:t>уповноважений</w:t>
      </w:r>
      <w:proofErr w:type="spellEnd"/>
      <w:r w:rsidRPr="00597BFD">
        <w:rPr>
          <w:lang w:val="ru-RU"/>
        </w:rPr>
        <w:t xml:space="preserve"> орган з </w:t>
      </w:r>
      <w:proofErr w:type="spellStart"/>
      <w:r w:rsidRPr="00597BFD">
        <w:rPr>
          <w:lang w:val="ru-RU"/>
        </w:rPr>
        <w:t>питань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інших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внутрішніх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актів</w:t>
      </w:r>
      <w:proofErr w:type="spellEnd"/>
      <w:r w:rsidRPr="00597BFD">
        <w:rPr>
          <w:lang w:val="ru-RU"/>
        </w:rPr>
        <w:t xml:space="preserve"> ННЦРМГО.</w:t>
      </w:r>
    </w:p>
    <w:p w14:paraId="7EC0820B" w14:textId="77777777" w:rsidR="003D0F3C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14.7. </w:t>
      </w:r>
      <w:proofErr w:type="spellStart"/>
      <w:r w:rsidRPr="00597BFD">
        <w:rPr>
          <w:lang w:val="ru-RU"/>
        </w:rPr>
        <w:t>Свідоме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под</w:t>
      </w:r>
      <w:r w:rsidRPr="00597BFD">
        <w:rPr>
          <w:lang w:val="ru-RU"/>
        </w:rPr>
        <w:t>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неправдивої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інформації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підроблених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матеріалів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процедур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для </w:t>
      </w:r>
      <w:proofErr w:type="spellStart"/>
      <w:r w:rsidRPr="00597BFD">
        <w:rPr>
          <w:lang w:val="ru-RU"/>
        </w:rPr>
        <w:t>тиску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переслідування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дискредитації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службового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конфлікту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недобросовісної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конкуренції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чи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особистого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протистояння</w:t>
      </w:r>
      <w:proofErr w:type="spellEnd"/>
      <w:r w:rsidRPr="00597BFD">
        <w:rPr>
          <w:lang w:val="ru-RU"/>
        </w:rPr>
        <w:t xml:space="preserve"> є </w:t>
      </w:r>
      <w:proofErr w:type="spellStart"/>
      <w:r w:rsidRPr="00597BFD">
        <w:rPr>
          <w:lang w:val="ru-RU"/>
        </w:rPr>
        <w:t>несумісним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із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цим</w:t>
      </w:r>
      <w:proofErr w:type="spellEnd"/>
      <w:r w:rsidRPr="00597BFD">
        <w:rPr>
          <w:lang w:val="ru-RU"/>
        </w:rPr>
        <w:t xml:space="preserve"> Кодексом.</w:t>
      </w:r>
    </w:p>
    <w:p w14:paraId="506DB366" w14:textId="77777777" w:rsidR="0019669D" w:rsidRPr="00597BFD" w:rsidRDefault="0019669D">
      <w:pPr>
        <w:spacing w:after="60"/>
        <w:ind w:firstLine="340"/>
        <w:jc w:val="both"/>
        <w:rPr>
          <w:lang w:val="ru-RU"/>
        </w:rPr>
      </w:pPr>
    </w:p>
    <w:p w14:paraId="3A49CA78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15. ВЗАЄМОЗВ’ЯЗОК КОДЕКСУ З ІНШИМИ ВНУТРІШНІМИ АКТАМИ ННЦРМГО</w:t>
      </w:r>
    </w:p>
    <w:p w14:paraId="53A4B1E1" w14:textId="77777777" w:rsidR="0019669D" w:rsidRPr="0019669D" w:rsidRDefault="0019669D" w:rsidP="0019669D">
      <w:pPr>
        <w:rPr>
          <w:lang w:val="ru-RU"/>
        </w:rPr>
      </w:pPr>
    </w:p>
    <w:p w14:paraId="3BE93BC7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15.1. Кодекс </w:t>
      </w:r>
      <w:proofErr w:type="spellStart"/>
      <w:r w:rsidRPr="00597BFD">
        <w:rPr>
          <w:lang w:val="ru-RU"/>
        </w:rPr>
        <w:t>застосовується</w:t>
      </w:r>
      <w:proofErr w:type="spellEnd"/>
      <w:r w:rsidRPr="00597BFD">
        <w:rPr>
          <w:lang w:val="ru-RU"/>
        </w:rPr>
        <w:t xml:space="preserve"> разом </w:t>
      </w:r>
      <w:proofErr w:type="spellStart"/>
      <w:r w:rsidRPr="00597BFD">
        <w:rPr>
          <w:lang w:val="ru-RU"/>
        </w:rPr>
        <w:t>із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Положенням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академічну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доброчесність</w:t>
      </w:r>
      <w:proofErr w:type="spellEnd"/>
      <w:r w:rsidRPr="00597BFD">
        <w:rPr>
          <w:lang w:val="ru-RU"/>
        </w:rPr>
        <w:t xml:space="preserve"> у ННЦРМГО.</w:t>
      </w:r>
    </w:p>
    <w:p w14:paraId="7DA7277E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15.2. </w:t>
      </w:r>
      <w:proofErr w:type="spellStart"/>
      <w:r w:rsidRPr="00597BFD">
        <w:rPr>
          <w:lang w:val="ru-RU"/>
        </w:rPr>
        <w:t>Питання</w:t>
      </w:r>
      <w:proofErr w:type="spellEnd"/>
      <w:r w:rsidRPr="00597BFD">
        <w:rPr>
          <w:lang w:val="ru-RU"/>
        </w:rPr>
        <w:t xml:space="preserve"> статусу, складу, </w:t>
      </w:r>
      <w:proofErr w:type="spellStart"/>
      <w:r w:rsidRPr="00597BFD">
        <w:rPr>
          <w:lang w:val="ru-RU"/>
        </w:rPr>
        <w:t>повноважень</w:t>
      </w:r>
      <w:proofErr w:type="spellEnd"/>
      <w:r w:rsidRPr="00597BFD">
        <w:rPr>
          <w:lang w:val="ru-RU"/>
        </w:rPr>
        <w:t xml:space="preserve">, порядку </w:t>
      </w:r>
      <w:proofErr w:type="spellStart"/>
      <w:r w:rsidRPr="00597BFD">
        <w:rPr>
          <w:lang w:val="ru-RU"/>
        </w:rPr>
        <w:t>роботи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Комісії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, кворуму, </w:t>
      </w:r>
      <w:proofErr w:type="spellStart"/>
      <w:r w:rsidRPr="00597BFD">
        <w:rPr>
          <w:lang w:val="ru-RU"/>
        </w:rPr>
        <w:t>голосування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протоколювання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самовідводу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відводу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врегулювання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конфлікту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визначаються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Положенням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Комісію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ННЦРМГО як </w:t>
      </w:r>
      <w:proofErr w:type="spellStart"/>
      <w:r w:rsidRPr="00597BFD">
        <w:rPr>
          <w:lang w:val="ru-RU"/>
        </w:rPr>
        <w:t>уповноважений</w:t>
      </w:r>
      <w:proofErr w:type="spellEnd"/>
      <w:r w:rsidRPr="00597BFD">
        <w:rPr>
          <w:lang w:val="ru-RU"/>
        </w:rPr>
        <w:t xml:space="preserve"> орган з </w:t>
      </w:r>
      <w:proofErr w:type="spellStart"/>
      <w:r w:rsidRPr="00597BFD">
        <w:rPr>
          <w:lang w:val="ru-RU"/>
        </w:rPr>
        <w:t>питань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>.</w:t>
      </w:r>
    </w:p>
    <w:p w14:paraId="10A303B0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15.3. </w:t>
      </w:r>
      <w:proofErr w:type="spellStart"/>
      <w:r w:rsidRPr="00597BFD">
        <w:rPr>
          <w:lang w:val="ru-RU"/>
        </w:rPr>
        <w:t>Питання</w:t>
      </w:r>
      <w:proofErr w:type="spellEnd"/>
      <w:r w:rsidRPr="00597BFD">
        <w:rPr>
          <w:lang w:val="ru-RU"/>
        </w:rPr>
        <w:t xml:space="preserve"> допустимого, </w:t>
      </w:r>
      <w:proofErr w:type="spellStart"/>
      <w:r w:rsidRPr="00597BFD">
        <w:rPr>
          <w:lang w:val="ru-RU"/>
        </w:rPr>
        <w:t>обмеженого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забороненого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декларування</w:t>
      </w:r>
      <w:proofErr w:type="spellEnd"/>
      <w:r w:rsidRPr="00597BFD">
        <w:rPr>
          <w:lang w:val="ru-RU"/>
        </w:rPr>
        <w:t xml:space="preserve"> такого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захисту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відповідальності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людини</w:t>
      </w:r>
      <w:proofErr w:type="spellEnd"/>
      <w:r w:rsidRPr="00597BFD">
        <w:rPr>
          <w:lang w:val="ru-RU"/>
        </w:rPr>
        <w:t xml:space="preserve"> за </w:t>
      </w:r>
      <w:proofErr w:type="spellStart"/>
      <w:r w:rsidRPr="00597BFD">
        <w:rPr>
          <w:lang w:val="ru-RU"/>
        </w:rPr>
        <w:t>результати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визначаються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Положенням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в </w:t>
      </w:r>
      <w:proofErr w:type="spellStart"/>
      <w:r w:rsidRPr="00597BFD">
        <w:rPr>
          <w:lang w:val="ru-RU"/>
        </w:rPr>
        <w:t>освітній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науковій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редакційній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екс</w:t>
      </w:r>
      <w:r w:rsidRPr="00597BFD">
        <w:rPr>
          <w:lang w:val="ru-RU"/>
        </w:rPr>
        <w:t>пертній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ННЦРМГО.</w:t>
      </w:r>
    </w:p>
    <w:p w14:paraId="58D1349A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15.4. </w:t>
      </w:r>
      <w:proofErr w:type="spellStart"/>
      <w:r w:rsidRPr="00597BFD">
        <w:rPr>
          <w:lang w:val="ru-RU"/>
        </w:rPr>
        <w:t>Питання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редакційної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публікаційної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етики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можуть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деталізуватися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редакційними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політиками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наукових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видань</w:t>
      </w:r>
      <w:proofErr w:type="spellEnd"/>
      <w:r w:rsidRPr="00597BFD">
        <w:rPr>
          <w:lang w:val="ru-RU"/>
        </w:rPr>
        <w:t xml:space="preserve"> ННЦРМГО, правилами для </w:t>
      </w:r>
      <w:proofErr w:type="spellStart"/>
      <w:r w:rsidRPr="00597BFD">
        <w:rPr>
          <w:lang w:val="ru-RU"/>
        </w:rPr>
        <w:t>авторів</w:t>
      </w:r>
      <w:proofErr w:type="spellEnd"/>
      <w:r w:rsidRPr="00597BFD">
        <w:rPr>
          <w:lang w:val="ru-RU"/>
        </w:rPr>
        <w:t xml:space="preserve">, порядком </w:t>
      </w:r>
      <w:proofErr w:type="spellStart"/>
      <w:r w:rsidRPr="00597BFD">
        <w:rPr>
          <w:lang w:val="ru-RU"/>
        </w:rPr>
        <w:t>рецензування</w:t>
      </w:r>
      <w:proofErr w:type="spellEnd"/>
      <w:r w:rsidRPr="00597BFD">
        <w:rPr>
          <w:lang w:val="ru-RU"/>
        </w:rPr>
        <w:t xml:space="preserve"> та </w:t>
      </w:r>
      <w:proofErr w:type="spellStart"/>
      <w:r w:rsidRPr="00597BFD">
        <w:rPr>
          <w:lang w:val="ru-RU"/>
        </w:rPr>
        <w:t>іншими</w:t>
      </w:r>
      <w:proofErr w:type="spellEnd"/>
      <w:r w:rsidRPr="00597BFD">
        <w:rPr>
          <w:lang w:val="ru-RU"/>
        </w:rPr>
        <w:t xml:space="preserve"> документами </w:t>
      </w:r>
      <w:proofErr w:type="spellStart"/>
      <w:r w:rsidRPr="00597BFD">
        <w:rPr>
          <w:lang w:val="ru-RU"/>
        </w:rPr>
        <w:t>відповідних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видань</w:t>
      </w:r>
      <w:proofErr w:type="spellEnd"/>
      <w:r w:rsidRPr="00597BFD">
        <w:rPr>
          <w:lang w:val="ru-RU"/>
        </w:rPr>
        <w:t>.</w:t>
      </w:r>
    </w:p>
    <w:p w14:paraId="6CDBE497" w14:textId="77777777" w:rsidR="003D0F3C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lastRenderedPageBreak/>
        <w:t xml:space="preserve">15.5. Кодекс не </w:t>
      </w:r>
      <w:proofErr w:type="spellStart"/>
      <w:r w:rsidRPr="00597BFD">
        <w:rPr>
          <w:lang w:val="ru-RU"/>
        </w:rPr>
        <w:t>встано</w:t>
      </w:r>
      <w:r w:rsidRPr="00597BFD">
        <w:rPr>
          <w:lang w:val="ru-RU"/>
        </w:rPr>
        <w:t>влює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окремих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санкцій</w:t>
      </w:r>
      <w:proofErr w:type="spellEnd"/>
      <w:r w:rsidRPr="00597BFD">
        <w:rPr>
          <w:lang w:val="ru-RU"/>
        </w:rPr>
        <w:t xml:space="preserve"> і не </w:t>
      </w:r>
      <w:proofErr w:type="spellStart"/>
      <w:r w:rsidRPr="00597BFD">
        <w:rPr>
          <w:lang w:val="ru-RU"/>
        </w:rPr>
        <w:t>підміняє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процедури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розгляду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повідомлень</w:t>
      </w:r>
      <w:proofErr w:type="spellEnd"/>
      <w:r w:rsidRPr="00597BFD">
        <w:rPr>
          <w:lang w:val="ru-RU"/>
        </w:rPr>
        <w:t xml:space="preserve">, порядок </w:t>
      </w:r>
      <w:proofErr w:type="spellStart"/>
      <w:r w:rsidRPr="00597BFD">
        <w:rPr>
          <w:lang w:val="ru-RU"/>
        </w:rPr>
        <w:t>застосування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заходів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реагування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дисциплінарні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трудові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авторсько-правові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цивільно-правові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адміністративні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кримінальні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правові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процедури</w:t>
      </w:r>
      <w:proofErr w:type="spellEnd"/>
      <w:r w:rsidRPr="00597BFD">
        <w:rPr>
          <w:lang w:val="ru-RU"/>
        </w:rPr>
        <w:t>.</w:t>
      </w:r>
    </w:p>
    <w:p w14:paraId="34FD378B" w14:textId="77777777" w:rsidR="0019669D" w:rsidRPr="00597BFD" w:rsidRDefault="0019669D">
      <w:pPr>
        <w:spacing w:after="60"/>
        <w:ind w:firstLine="340"/>
        <w:jc w:val="both"/>
        <w:rPr>
          <w:lang w:val="ru-RU"/>
        </w:rPr>
      </w:pPr>
    </w:p>
    <w:p w14:paraId="4ADD5D3B" w14:textId="77777777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t>16. ПРИКІНЦЕВІ ПОЛОЖЕННЯ</w:t>
      </w:r>
    </w:p>
    <w:p w14:paraId="0BC317D9" w14:textId="77777777" w:rsidR="0019669D" w:rsidRPr="0019669D" w:rsidRDefault="0019669D" w:rsidP="0019669D">
      <w:pPr>
        <w:rPr>
          <w:lang w:val="ru-RU"/>
        </w:rPr>
      </w:pPr>
    </w:p>
    <w:p w14:paraId="294E7B53" w14:textId="156CB089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>16.</w:t>
      </w:r>
      <w:r w:rsidRPr="00597BFD">
        <w:rPr>
          <w:lang w:val="ru-RU"/>
        </w:rPr>
        <w:t xml:space="preserve">1. Кодекс </w:t>
      </w:r>
      <w:proofErr w:type="spellStart"/>
      <w:r w:rsidRPr="00597BFD">
        <w:rPr>
          <w:lang w:val="ru-RU"/>
        </w:rPr>
        <w:t>затверджується</w:t>
      </w:r>
      <w:proofErr w:type="spellEnd"/>
      <w:r w:rsidRPr="00597BFD">
        <w:rPr>
          <w:lang w:val="ru-RU"/>
        </w:rPr>
        <w:t xml:space="preserve"> </w:t>
      </w:r>
      <w:proofErr w:type="spellStart"/>
      <w:r w:rsidR="0019669D">
        <w:rPr>
          <w:lang w:val="ru-RU"/>
        </w:rPr>
        <w:t>в</w:t>
      </w:r>
      <w:r w:rsidRPr="00597BFD">
        <w:rPr>
          <w:lang w:val="ru-RU"/>
        </w:rPr>
        <w:t>ченою</w:t>
      </w:r>
      <w:proofErr w:type="spellEnd"/>
      <w:r w:rsidRPr="00597BFD">
        <w:rPr>
          <w:lang w:val="ru-RU"/>
        </w:rPr>
        <w:t xml:space="preserve"> радою ННЦРМГО та вводиться в </w:t>
      </w:r>
      <w:proofErr w:type="spellStart"/>
      <w:r w:rsidRPr="00597BFD">
        <w:rPr>
          <w:lang w:val="ru-RU"/>
        </w:rPr>
        <w:t>дію</w:t>
      </w:r>
      <w:proofErr w:type="spellEnd"/>
      <w:r w:rsidRPr="00597BFD">
        <w:rPr>
          <w:lang w:val="ru-RU"/>
        </w:rPr>
        <w:t xml:space="preserve"> наказом генерального директора ННЦРМГО.</w:t>
      </w:r>
    </w:p>
    <w:p w14:paraId="42DDDF4B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16.2. Кодекс </w:t>
      </w:r>
      <w:proofErr w:type="spellStart"/>
      <w:r w:rsidRPr="00597BFD">
        <w:rPr>
          <w:lang w:val="ru-RU"/>
        </w:rPr>
        <w:t>застосовується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дати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визначеної</w:t>
      </w:r>
      <w:proofErr w:type="spellEnd"/>
      <w:r w:rsidRPr="00597BFD">
        <w:rPr>
          <w:lang w:val="ru-RU"/>
        </w:rPr>
        <w:t xml:space="preserve"> наказом генерального директора ННЦРМГО,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інше</w:t>
      </w:r>
      <w:proofErr w:type="spellEnd"/>
      <w:r w:rsidRPr="00597BFD">
        <w:rPr>
          <w:lang w:val="ru-RU"/>
        </w:rPr>
        <w:t xml:space="preserve"> не </w:t>
      </w:r>
      <w:proofErr w:type="spellStart"/>
      <w:r w:rsidRPr="00597BFD">
        <w:rPr>
          <w:lang w:val="ru-RU"/>
        </w:rPr>
        <w:t>передбачено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рішенням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Вченої</w:t>
      </w:r>
      <w:proofErr w:type="spellEnd"/>
      <w:r w:rsidRPr="00597BFD">
        <w:rPr>
          <w:lang w:val="ru-RU"/>
        </w:rPr>
        <w:t xml:space="preserve"> ради ННЦРМГО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законо</w:t>
      </w:r>
      <w:r w:rsidRPr="00597BFD">
        <w:rPr>
          <w:lang w:val="ru-RU"/>
        </w:rPr>
        <w:t>давством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>.</w:t>
      </w:r>
    </w:p>
    <w:p w14:paraId="54CC064E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16.3. </w:t>
      </w:r>
      <w:proofErr w:type="spellStart"/>
      <w:r w:rsidRPr="00597BFD">
        <w:rPr>
          <w:lang w:val="ru-RU"/>
        </w:rPr>
        <w:t>Суб’єкти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ННЦРМГО </w:t>
      </w:r>
      <w:proofErr w:type="spellStart"/>
      <w:r w:rsidRPr="00597BFD">
        <w:rPr>
          <w:lang w:val="ru-RU"/>
        </w:rPr>
        <w:t>мають</w:t>
      </w:r>
      <w:proofErr w:type="spellEnd"/>
      <w:r w:rsidRPr="00597BFD">
        <w:rPr>
          <w:lang w:val="ru-RU"/>
        </w:rPr>
        <w:t xml:space="preserve"> бути </w:t>
      </w:r>
      <w:proofErr w:type="spellStart"/>
      <w:r w:rsidRPr="00597BFD">
        <w:rPr>
          <w:lang w:val="ru-RU"/>
        </w:rPr>
        <w:t>ознайомлені</w:t>
      </w:r>
      <w:proofErr w:type="spellEnd"/>
      <w:r w:rsidRPr="00597BFD">
        <w:rPr>
          <w:lang w:val="ru-RU"/>
        </w:rPr>
        <w:t xml:space="preserve"> з Кодексом у порядку, </w:t>
      </w:r>
      <w:proofErr w:type="spellStart"/>
      <w:r w:rsidRPr="00597BFD">
        <w:rPr>
          <w:lang w:val="ru-RU"/>
        </w:rPr>
        <w:t>визначеному</w:t>
      </w:r>
      <w:proofErr w:type="spellEnd"/>
      <w:r w:rsidRPr="00597BFD">
        <w:rPr>
          <w:lang w:val="ru-RU"/>
        </w:rPr>
        <w:t xml:space="preserve"> ННЦРМГО.</w:t>
      </w:r>
    </w:p>
    <w:p w14:paraId="321AB1CF" w14:textId="5DAB3A53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>16.4. Кодекс</w:t>
      </w:r>
      <w:r w:rsidR="00907915">
        <w:rPr>
          <w:lang w:val="ru-RU"/>
        </w:rPr>
        <w:t xml:space="preserve"> </w:t>
      </w:r>
      <w:proofErr w:type="spellStart"/>
      <w:r w:rsidR="00907915">
        <w:rPr>
          <w:lang w:val="ru-RU"/>
        </w:rPr>
        <w:t>має</w:t>
      </w:r>
      <w:proofErr w:type="spellEnd"/>
      <w:r w:rsidR="00907915">
        <w:rPr>
          <w:lang w:val="ru-RU"/>
        </w:rPr>
        <w:t xml:space="preserve"> бути </w:t>
      </w:r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оприлюднений</w:t>
      </w:r>
      <w:proofErr w:type="spellEnd"/>
      <w:r w:rsidRPr="00597BFD">
        <w:rPr>
          <w:lang w:val="ru-RU"/>
        </w:rPr>
        <w:t xml:space="preserve"> на </w:t>
      </w:r>
      <w:proofErr w:type="spellStart"/>
      <w:r w:rsidRPr="00597BFD">
        <w:rPr>
          <w:lang w:val="ru-RU"/>
        </w:rPr>
        <w:t>офіційному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вебсайті</w:t>
      </w:r>
      <w:proofErr w:type="spellEnd"/>
      <w:r w:rsidRPr="00597BFD">
        <w:rPr>
          <w:lang w:val="ru-RU"/>
        </w:rPr>
        <w:t xml:space="preserve"> ННЦРМГО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в </w:t>
      </w:r>
      <w:proofErr w:type="spellStart"/>
      <w:r w:rsidRPr="00597BFD">
        <w:rPr>
          <w:lang w:val="ru-RU"/>
        </w:rPr>
        <w:t>інший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доступний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спосіб</w:t>
      </w:r>
      <w:proofErr w:type="spellEnd"/>
      <w:r w:rsidRPr="00597BFD">
        <w:rPr>
          <w:lang w:val="ru-RU"/>
        </w:rPr>
        <w:t>.</w:t>
      </w:r>
    </w:p>
    <w:p w14:paraId="45241303" w14:textId="1F907D45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16.5. </w:t>
      </w:r>
      <w:proofErr w:type="spellStart"/>
      <w:r w:rsidRPr="00597BFD">
        <w:rPr>
          <w:lang w:val="ru-RU"/>
        </w:rPr>
        <w:t>Зміни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доповнення</w:t>
      </w:r>
      <w:proofErr w:type="spellEnd"/>
      <w:r w:rsidRPr="00597BFD">
        <w:rPr>
          <w:lang w:val="ru-RU"/>
        </w:rPr>
        <w:t xml:space="preserve"> до К</w:t>
      </w:r>
      <w:r w:rsidRPr="00597BFD">
        <w:rPr>
          <w:lang w:val="ru-RU"/>
        </w:rPr>
        <w:t xml:space="preserve">одексу </w:t>
      </w:r>
      <w:proofErr w:type="spellStart"/>
      <w:r w:rsidRPr="00597BFD">
        <w:rPr>
          <w:lang w:val="ru-RU"/>
        </w:rPr>
        <w:t>вносяться</w:t>
      </w:r>
      <w:proofErr w:type="spellEnd"/>
      <w:r w:rsidRPr="00597BFD">
        <w:rPr>
          <w:lang w:val="ru-RU"/>
        </w:rPr>
        <w:t xml:space="preserve"> за </w:t>
      </w:r>
      <w:proofErr w:type="spellStart"/>
      <w:r w:rsidRPr="00597BFD">
        <w:rPr>
          <w:lang w:val="ru-RU"/>
        </w:rPr>
        <w:t>рішенням</w:t>
      </w:r>
      <w:proofErr w:type="spellEnd"/>
      <w:r w:rsidRPr="00597BFD">
        <w:rPr>
          <w:lang w:val="ru-RU"/>
        </w:rPr>
        <w:t xml:space="preserve"> </w:t>
      </w:r>
      <w:proofErr w:type="spellStart"/>
      <w:r w:rsidR="0019669D">
        <w:rPr>
          <w:lang w:val="ru-RU"/>
        </w:rPr>
        <w:t>в</w:t>
      </w:r>
      <w:r w:rsidRPr="00597BFD">
        <w:rPr>
          <w:lang w:val="ru-RU"/>
        </w:rPr>
        <w:t>ченої</w:t>
      </w:r>
      <w:proofErr w:type="spellEnd"/>
      <w:r w:rsidRPr="00597BFD">
        <w:rPr>
          <w:lang w:val="ru-RU"/>
        </w:rPr>
        <w:t xml:space="preserve"> ради ННЦРМГО та </w:t>
      </w:r>
      <w:proofErr w:type="spellStart"/>
      <w:r w:rsidRPr="00597BFD">
        <w:rPr>
          <w:lang w:val="ru-RU"/>
        </w:rPr>
        <w:t>вводяться</w:t>
      </w:r>
      <w:proofErr w:type="spellEnd"/>
      <w:r w:rsidRPr="00597BFD">
        <w:rPr>
          <w:lang w:val="ru-RU"/>
        </w:rPr>
        <w:t xml:space="preserve"> в </w:t>
      </w:r>
      <w:proofErr w:type="spellStart"/>
      <w:r w:rsidRPr="00597BFD">
        <w:rPr>
          <w:lang w:val="ru-RU"/>
        </w:rPr>
        <w:t>дію</w:t>
      </w:r>
      <w:proofErr w:type="spellEnd"/>
      <w:r w:rsidRPr="00597BFD">
        <w:rPr>
          <w:lang w:val="ru-RU"/>
        </w:rPr>
        <w:t xml:space="preserve"> наказом генерального директора ННЦРМГО,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інше</w:t>
      </w:r>
      <w:proofErr w:type="spellEnd"/>
      <w:r w:rsidRPr="00597BFD">
        <w:rPr>
          <w:lang w:val="ru-RU"/>
        </w:rPr>
        <w:t xml:space="preserve"> не </w:t>
      </w:r>
      <w:proofErr w:type="spellStart"/>
      <w:r w:rsidRPr="00597BFD">
        <w:rPr>
          <w:lang w:val="ru-RU"/>
        </w:rPr>
        <w:t>передбачено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законодавством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внутрішніми</w:t>
      </w:r>
      <w:proofErr w:type="spellEnd"/>
      <w:r w:rsidRPr="00597BFD">
        <w:rPr>
          <w:lang w:val="ru-RU"/>
        </w:rPr>
        <w:t xml:space="preserve"> актами ННЦРМГО.</w:t>
      </w:r>
    </w:p>
    <w:p w14:paraId="13FA3881" w14:textId="77777777" w:rsidR="003D0F3C" w:rsidRPr="00597BFD" w:rsidRDefault="00DF025C">
      <w:pPr>
        <w:spacing w:after="60"/>
        <w:ind w:firstLine="340"/>
        <w:jc w:val="both"/>
        <w:rPr>
          <w:lang w:val="ru-RU"/>
        </w:rPr>
      </w:pPr>
      <w:r w:rsidRPr="00597BFD">
        <w:rPr>
          <w:lang w:val="ru-RU"/>
        </w:rPr>
        <w:t xml:space="preserve">16.6. Кодекс </w:t>
      </w:r>
      <w:proofErr w:type="spellStart"/>
      <w:r w:rsidRPr="00597BFD">
        <w:rPr>
          <w:lang w:val="ru-RU"/>
        </w:rPr>
        <w:t>підлягає</w:t>
      </w:r>
      <w:proofErr w:type="spellEnd"/>
      <w:r w:rsidRPr="00597BFD">
        <w:rPr>
          <w:lang w:val="ru-RU"/>
        </w:rPr>
        <w:t xml:space="preserve"> перегляду у </w:t>
      </w:r>
      <w:proofErr w:type="spellStart"/>
      <w:r w:rsidRPr="00597BFD">
        <w:rPr>
          <w:lang w:val="ru-RU"/>
        </w:rPr>
        <w:t>разі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зміни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законодавства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України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внутрішніх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актів</w:t>
      </w:r>
      <w:proofErr w:type="spellEnd"/>
      <w:r w:rsidRPr="00597BFD">
        <w:rPr>
          <w:lang w:val="ru-RU"/>
        </w:rPr>
        <w:t xml:space="preserve"> ННЦРМГО, практики </w:t>
      </w:r>
      <w:proofErr w:type="spellStart"/>
      <w:r w:rsidRPr="00597BFD">
        <w:rPr>
          <w:lang w:val="ru-RU"/>
        </w:rPr>
        <w:t>забезпечення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розвитку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міжнародних</w:t>
      </w:r>
      <w:proofErr w:type="spellEnd"/>
      <w:r w:rsidRPr="00597BFD">
        <w:rPr>
          <w:lang w:val="ru-RU"/>
        </w:rPr>
        <w:t xml:space="preserve"> практик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публікаційної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етики</w:t>
      </w:r>
      <w:proofErr w:type="spellEnd"/>
      <w:r w:rsidRPr="00597BFD">
        <w:rPr>
          <w:lang w:val="ru-RU"/>
        </w:rPr>
        <w:t>.</w:t>
      </w:r>
    </w:p>
    <w:p w14:paraId="01565B40" w14:textId="77777777" w:rsidR="003D0F3C" w:rsidRPr="00597BFD" w:rsidRDefault="00DF025C">
      <w:pPr>
        <w:rPr>
          <w:lang w:val="ru-RU"/>
        </w:rPr>
      </w:pPr>
      <w:r w:rsidRPr="00597BFD">
        <w:rPr>
          <w:lang w:val="ru-RU"/>
        </w:rPr>
        <w:br w:type="page"/>
      </w:r>
    </w:p>
    <w:p w14:paraId="68F74412" w14:textId="2EE4C190" w:rsidR="003D0F3C" w:rsidRDefault="00DF025C">
      <w:pPr>
        <w:pStyle w:val="1"/>
        <w:spacing w:before="160"/>
        <w:jc w:val="center"/>
        <w:rPr>
          <w:rFonts w:ascii="Times New Roman" w:eastAsia="Times New Roman" w:hAnsi="Times New Roman"/>
          <w:lang w:val="ru-RU"/>
        </w:rPr>
      </w:pPr>
      <w:r w:rsidRPr="00597BFD">
        <w:rPr>
          <w:rFonts w:ascii="Times New Roman" w:eastAsia="Times New Roman" w:hAnsi="Times New Roman"/>
          <w:lang w:val="ru-RU"/>
        </w:rPr>
        <w:lastRenderedPageBreak/>
        <w:t>ДОДАТОК</w:t>
      </w:r>
      <w:r w:rsidR="0019669D">
        <w:rPr>
          <w:rFonts w:ascii="Times New Roman" w:eastAsia="Times New Roman" w:hAnsi="Times New Roman"/>
          <w:lang w:val="ru-RU"/>
        </w:rPr>
        <w:br/>
      </w:r>
      <w:r w:rsidR="0019669D" w:rsidRPr="0019669D">
        <w:rPr>
          <w:rFonts w:ascii="Times New Roman" w:eastAsia="Times New Roman" w:hAnsi="Times New Roman"/>
          <w:sz w:val="20"/>
          <w:szCs w:val="20"/>
          <w:lang w:val="ru-RU"/>
        </w:rPr>
        <w:br/>
      </w:r>
      <w:r w:rsidRPr="00597BFD">
        <w:rPr>
          <w:rFonts w:ascii="Times New Roman" w:eastAsia="Times New Roman" w:hAnsi="Times New Roman"/>
          <w:lang w:val="ru-RU"/>
        </w:rPr>
        <w:t>КОРОТКА ПАМ’ЯТКА СУБ’ЄКТА АКАДЕМІЧНОЇ ДІЯЛЬНОСТІ ННЦРМГО</w:t>
      </w:r>
    </w:p>
    <w:p w14:paraId="3925F62D" w14:textId="77777777" w:rsidR="0019669D" w:rsidRPr="0019669D" w:rsidRDefault="0019669D" w:rsidP="0019669D">
      <w:pPr>
        <w:rPr>
          <w:sz w:val="16"/>
          <w:szCs w:val="16"/>
          <w:lang w:val="ru-RU"/>
        </w:rPr>
      </w:pPr>
    </w:p>
    <w:p w14:paraId="70FB4B9E" w14:textId="03955967" w:rsidR="003D0F3C" w:rsidRPr="0019669D" w:rsidRDefault="00DF025C">
      <w:pPr>
        <w:pStyle w:val="21"/>
        <w:spacing w:before="80" w:after="60"/>
        <w:rPr>
          <w:szCs w:val="24"/>
          <w:lang w:val="ru-RU"/>
        </w:rPr>
      </w:pPr>
      <w:proofErr w:type="spellStart"/>
      <w:r w:rsidRPr="0019669D">
        <w:rPr>
          <w:rFonts w:ascii="Times New Roman" w:eastAsia="Times New Roman" w:hAnsi="Times New Roman"/>
          <w:szCs w:val="24"/>
          <w:lang w:val="ru-RU"/>
        </w:rPr>
        <w:t>Доброчесно</w:t>
      </w:r>
      <w:proofErr w:type="spellEnd"/>
    </w:p>
    <w:p w14:paraId="7390D2F9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1. </w:t>
      </w:r>
      <w:proofErr w:type="spellStart"/>
      <w:r w:rsidRPr="00597BFD">
        <w:rPr>
          <w:lang w:val="ru-RU"/>
        </w:rPr>
        <w:t>Створювати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академічні</w:t>
      </w:r>
      <w:proofErr w:type="spellEnd"/>
      <w:r w:rsidRPr="00597BFD">
        <w:rPr>
          <w:lang w:val="ru-RU"/>
        </w:rPr>
        <w:t xml:space="preserve"> твори </w:t>
      </w:r>
      <w:proofErr w:type="spellStart"/>
      <w:r w:rsidRPr="00597BFD">
        <w:rPr>
          <w:lang w:val="ru-RU"/>
        </w:rPr>
        <w:t>самостійно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добросовісно</w:t>
      </w:r>
      <w:proofErr w:type="spellEnd"/>
      <w:r w:rsidRPr="00597BFD">
        <w:rPr>
          <w:lang w:val="ru-RU"/>
        </w:rPr>
        <w:t>.</w:t>
      </w:r>
    </w:p>
    <w:p w14:paraId="15FA8DED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2. </w:t>
      </w:r>
      <w:proofErr w:type="spellStart"/>
      <w:r w:rsidRPr="00597BFD">
        <w:rPr>
          <w:lang w:val="ru-RU"/>
        </w:rPr>
        <w:t>Коректно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зазначати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джерела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, методики, авторство і </w:t>
      </w:r>
      <w:proofErr w:type="spellStart"/>
      <w:r w:rsidRPr="00597BFD">
        <w:rPr>
          <w:lang w:val="ru-RU"/>
        </w:rPr>
        <w:t>співавторство</w:t>
      </w:r>
      <w:proofErr w:type="spellEnd"/>
      <w:r w:rsidRPr="00597BFD">
        <w:rPr>
          <w:lang w:val="ru-RU"/>
        </w:rPr>
        <w:t>.</w:t>
      </w:r>
    </w:p>
    <w:p w14:paraId="48236D20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3. </w:t>
      </w:r>
      <w:proofErr w:type="spellStart"/>
      <w:r w:rsidRPr="00597BFD">
        <w:rPr>
          <w:lang w:val="ru-RU"/>
        </w:rPr>
        <w:t>Повідомляти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власний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внесок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внесок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співавторів</w:t>
      </w:r>
      <w:proofErr w:type="spellEnd"/>
      <w:r w:rsidRPr="00597BFD">
        <w:rPr>
          <w:lang w:val="ru-RU"/>
        </w:rPr>
        <w:t xml:space="preserve"> правдиво.</w:t>
      </w:r>
    </w:p>
    <w:p w14:paraId="121E4F07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4. </w:t>
      </w:r>
      <w:proofErr w:type="spellStart"/>
      <w:r w:rsidRPr="00597BFD">
        <w:rPr>
          <w:lang w:val="ru-RU"/>
        </w:rPr>
        <w:t>Перевіряти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достовірність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джерел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посил</w:t>
      </w:r>
      <w:r w:rsidRPr="00597BFD">
        <w:rPr>
          <w:lang w:val="ru-RU"/>
        </w:rPr>
        <w:t>ань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висновків</w:t>
      </w:r>
      <w:proofErr w:type="spellEnd"/>
      <w:r w:rsidRPr="00597BFD">
        <w:rPr>
          <w:lang w:val="ru-RU"/>
        </w:rPr>
        <w:t>.</w:t>
      </w:r>
    </w:p>
    <w:p w14:paraId="2FCA7053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5. </w:t>
      </w:r>
      <w:proofErr w:type="spellStart"/>
      <w:r w:rsidRPr="00597BFD">
        <w:rPr>
          <w:lang w:val="ru-RU"/>
        </w:rPr>
        <w:t>Декларувати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воно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вплинуло</w:t>
      </w:r>
      <w:proofErr w:type="spellEnd"/>
      <w:r w:rsidRPr="00597BFD">
        <w:rPr>
          <w:lang w:val="ru-RU"/>
        </w:rPr>
        <w:t xml:space="preserve"> на </w:t>
      </w:r>
      <w:proofErr w:type="spellStart"/>
      <w:r w:rsidRPr="00597BFD">
        <w:rPr>
          <w:lang w:val="ru-RU"/>
        </w:rPr>
        <w:t>зміст</w:t>
      </w:r>
      <w:proofErr w:type="spellEnd"/>
      <w:r w:rsidRPr="00597BFD">
        <w:rPr>
          <w:lang w:val="ru-RU"/>
        </w:rPr>
        <w:t xml:space="preserve">, структуру, </w:t>
      </w:r>
      <w:proofErr w:type="spellStart"/>
      <w:r w:rsidRPr="00597BFD">
        <w:rPr>
          <w:lang w:val="ru-RU"/>
        </w:rPr>
        <w:t>аналіз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висновки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істотні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елементи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твору</w:t>
      </w:r>
      <w:proofErr w:type="spellEnd"/>
      <w:r w:rsidRPr="00597BFD">
        <w:rPr>
          <w:lang w:val="ru-RU"/>
        </w:rPr>
        <w:t>.</w:t>
      </w:r>
    </w:p>
    <w:p w14:paraId="0443DD26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6. </w:t>
      </w:r>
      <w:proofErr w:type="spellStart"/>
      <w:r w:rsidRPr="00597BFD">
        <w:rPr>
          <w:lang w:val="ru-RU"/>
        </w:rPr>
        <w:t>Повідомляти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конфлікт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інтересів</w:t>
      </w:r>
      <w:proofErr w:type="spellEnd"/>
      <w:r w:rsidRPr="00597BFD">
        <w:rPr>
          <w:lang w:val="ru-RU"/>
        </w:rPr>
        <w:t>.</w:t>
      </w:r>
    </w:p>
    <w:p w14:paraId="3A87A8BD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7. </w:t>
      </w:r>
      <w:proofErr w:type="spellStart"/>
      <w:r w:rsidRPr="00597BFD">
        <w:rPr>
          <w:lang w:val="ru-RU"/>
        </w:rPr>
        <w:t>Захищати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персональні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медичну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інформацію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пацієнтів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первинні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досліджень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неопубліковані</w:t>
      </w:r>
      <w:proofErr w:type="spellEnd"/>
      <w:r w:rsidRPr="00597BFD">
        <w:rPr>
          <w:lang w:val="ru-RU"/>
        </w:rPr>
        <w:t xml:space="preserve"> рукописи і </w:t>
      </w:r>
      <w:proofErr w:type="spellStart"/>
      <w:r w:rsidRPr="00597BFD">
        <w:rPr>
          <w:lang w:val="ru-RU"/>
        </w:rPr>
        <w:t>матеріали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рецензування</w:t>
      </w:r>
      <w:proofErr w:type="spellEnd"/>
      <w:r w:rsidRPr="00597BFD">
        <w:rPr>
          <w:lang w:val="ru-RU"/>
        </w:rPr>
        <w:t>.</w:t>
      </w:r>
    </w:p>
    <w:p w14:paraId="01611B67" w14:textId="77777777" w:rsidR="003D0F3C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8. </w:t>
      </w:r>
      <w:proofErr w:type="spellStart"/>
      <w:r w:rsidRPr="00597BFD">
        <w:rPr>
          <w:lang w:val="ru-RU"/>
        </w:rPr>
        <w:t>Добросовісно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повідомляти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можливі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порушення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якщо</w:t>
      </w:r>
      <w:proofErr w:type="spellEnd"/>
      <w:r w:rsidRPr="00597BFD">
        <w:rPr>
          <w:lang w:val="ru-RU"/>
        </w:rPr>
        <w:t xml:space="preserve"> є </w:t>
      </w:r>
      <w:proofErr w:type="spellStart"/>
      <w:r w:rsidRPr="00597BFD">
        <w:rPr>
          <w:lang w:val="ru-RU"/>
        </w:rPr>
        <w:t>перевірювані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фактичні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>.</w:t>
      </w:r>
    </w:p>
    <w:p w14:paraId="4C35B906" w14:textId="77777777" w:rsidR="0019669D" w:rsidRPr="0019669D" w:rsidRDefault="0019669D">
      <w:pPr>
        <w:spacing w:after="20"/>
        <w:ind w:left="454" w:hanging="340"/>
        <w:rPr>
          <w:sz w:val="20"/>
          <w:szCs w:val="20"/>
          <w:lang w:val="ru-RU"/>
        </w:rPr>
      </w:pPr>
    </w:p>
    <w:p w14:paraId="0564EF80" w14:textId="52C38C8C" w:rsidR="003D0F3C" w:rsidRPr="00597BFD" w:rsidRDefault="00DF025C">
      <w:pPr>
        <w:pStyle w:val="21"/>
        <w:spacing w:before="80" w:after="60"/>
        <w:rPr>
          <w:lang w:val="ru-RU"/>
        </w:rPr>
      </w:pPr>
      <w:proofErr w:type="spellStart"/>
      <w:r w:rsidRPr="00597BFD">
        <w:rPr>
          <w:rFonts w:ascii="Times New Roman" w:eastAsia="Times New Roman" w:hAnsi="Times New Roman"/>
          <w:lang w:val="ru-RU"/>
        </w:rPr>
        <w:t>Недоброчесно</w:t>
      </w:r>
      <w:proofErr w:type="spellEnd"/>
    </w:p>
    <w:p w14:paraId="0C44B402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1. </w:t>
      </w:r>
      <w:proofErr w:type="spellStart"/>
      <w:r w:rsidRPr="00597BFD">
        <w:rPr>
          <w:lang w:val="ru-RU"/>
        </w:rPr>
        <w:t>Використовувати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чужий</w:t>
      </w:r>
      <w:proofErr w:type="spellEnd"/>
      <w:r w:rsidRPr="00597BFD">
        <w:rPr>
          <w:lang w:val="ru-RU"/>
        </w:rPr>
        <w:t xml:space="preserve"> т</w:t>
      </w:r>
      <w:r w:rsidRPr="00597BFD">
        <w:rPr>
          <w:lang w:val="ru-RU"/>
        </w:rPr>
        <w:t xml:space="preserve">екст,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ідеї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зображення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таблиці</w:t>
      </w:r>
      <w:proofErr w:type="spellEnd"/>
      <w:r w:rsidRPr="00597BFD">
        <w:rPr>
          <w:lang w:val="ru-RU"/>
        </w:rPr>
        <w:t xml:space="preserve">, методики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висновки</w:t>
      </w:r>
      <w:proofErr w:type="spellEnd"/>
      <w:r w:rsidRPr="00597BFD">
        <w:rPr>
          <w:lang w:val="ru-RU"/>
        </w:rPr>
        <w:t xml:space="preserve"> без </w:t>
      </w:r>
      <w:proofErr w:type="spellStart"/>
      <w:r w:rsidRPr="00597BFD">
        <w:rPr>
          <w:lang w:val="ru-RU"/>
        </w:rPr>
        <w:t>належного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посилання</w:t>
      </w:r>
      <w:proofErr w:type="spellEnd"/>
      <w:r w:rsidRPr="00597BFD">
        <w:rPr>
          <w:lang w:val="ru-RU"/>
        </w:rPr>
        <w:t>.</w:t>
      </w:r>
    </w:p>
    <w:p w14:paraId="42BA59AC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2. </w:t>
      </w:r>
      <w:proofErr w:type="spellStart"/>
      <w:r w:rsidRPr="00597BFD">
        <w:rPr>
          <w:lang w:val="ru-RU"/>
        </w:rPr>
        <w:t>Подавати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раніше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оприлюднені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власні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результати</w:t>
      </w:r>
      <w:proofErr w:type="spellEnd"/>
      <w:r w:rsidRPr="00597BFD">
        <w:rPr>
          <w:lang w:val="ru-RU"/>
        </w:rPr>
        <w:t xml:space="preserve"> як </w:t>
      </w:r>
      <w:proofErr w:type="spellStart"/>
      <w:r w:rsidRPr="00597BFD">
        <w:rPr>
          <w:lang w:val="ru-RU"/>
        </w:rPr>
        <w:t>нові</w:t>
      </w:r>
      <w:proofErr w:type="spellEnd"/>
      <w:r w:rsidRPr="00597BFD">
        <w:rPr>
          <w:lang w:val="ru-RU"/>
        </w:rPr>
        <w:t xml:space="preserve"> без </w:t>
      </w:r>
      <w:proofErr w:type="spellStart"/>
      <w:r w:rsidRPr="00597BFD">
        <w:rPr>
          <w:lang w:val="ru-RU"/>
        </w:rPr>
        <w:t>зазначення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попереднього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джерела</w:t>
      </w:r>
      <w:proofErr w:type="spellEnd"/>
      <w:r w:rsidRPr="00597BFD">
        <w:rPr>
          <w:lang w:val="ru-RU"/>
        </w:rPr>
        <w:t>.</w:t>
      </w:r>
    </w:p>
    <w:p w14:paraId="020EE4C0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3. </w:t>
      </w:r>
      <w:proofErr w:type="spellStart"/>
      <w:r w:rsidRPr="00597BFD">
        <w:rPr>
          <w:lang w:val="ru-RU"/>
        </w:rPr>
        <w:t>Вигадувати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змінювати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результати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джерела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цитати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висновки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зоб</w:t>
      </w:r>
      <w:r w:rsidRPr="00597BFD">
        <w:rPr>
          <w:lang w:val="ru-RU"/>
        </w:rPr>
        <w:t>раження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чи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статистичні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показники</w:t>
      </w:r>
      <w:proofErr w:type="spellEnd"/>
      <w:r w:rsidRPr="00597BFD">
        <w:rPr>
          <w:lang w:val="ru-RU"/>
        </w:rPr>
        <w:t>.</w:t>
      </w:r>
    </w:p>
    <w:p w14:paraId="106A4776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4. </w:t>
      </w:r>
      <w:proofErr w:type="spellStart"/>
      <w:r w:rsidRPr="00597BFD">
        <w:rPr>
          <w:lang w:val="ru-RU"/>
        </w:rPr>
        <w:t>Включати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авторів</w:t>
      </w:r>
      <w:proofErr w:type="spellEnd"/>
      <w:r w:rsidRPr="00597BFD">
        <w:rPr>
          <w:lang w:val="ru-RU"/>
        </w:rPr>
        <w:t xml:space="preserve"> особу без реального </w:t>
      </w:r>
      <w:proofErr w:type="spellStart"/>
      <w:r w:rsidRPr="00597BFD">
        <w:rPr>
          <w:lang w:val="ru-RU"/>
        </w:rPr>
        <w:t>інтелектуального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внеску</w:t>
      </w:r>
      <w:proofErr w:type="spellEnd"/>
      <w:r w:rsidRPr="00597BFD">
        <w:rPr>
          <w:lang w:val="ru-RU"/>
        </w:rPr>
        <w:t>.</w:t>
      </w:r>
    </w:p>
    <w:p w14:paraId="584425B4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5. </w:t>
      </w:r>
      <w:proofErr w:type="spellStart"/>
      <w:r w:rsidRPr="00597BFD">
        <w:rPr>
          <w:lang w:val="ru-RU"/>
        </w:rPr>
        <w:t>Усувати</w:t>
      </w:r>
      <w:proofErr w:type="spellEnd"/>
      <w:r w:rsidRPr="00597BFD">
        <w:rPr>
          <w:lang w:val="ru-RU"/>
        </w:rPr>
        <w:t xml:space="preserve"> реального автора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співавтора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від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зазначення</w:t>
      </w:r>
      <w:proofErr w:type="spellEnd"/>
      <w:r w:rsidRPr="00597BFD">
        <w:rPr>
          <w:lang w:val="ru-RU"/>
        </w:rPr>
        <w:t xml:space="preserve"> авторства.</w:t>
      </w:r>
    </w:p>
    <w:p w14:paraId="49673ED6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6. </w:t>
      </w:r>
      <w:proofErr w:type="spellStart"/>
      <w:r w:rsidRPr="00597BFD">
        <w:rPr>
          <w:lang w:val="ru-RU"/>
        </w:rPr>
        <w:t>Використовувати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штучний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інтелект</w:t>
      </w:r>
      <w:proofErr w:type="spellEnd"/>
      <w:r w:rsidRPr="00597BFD">
        <w:rPr>
          <w:lang w:val="ru-RU"/>
        </w:rPr>
        <w:t xml:space="preserve"> для </w:t>
      </w:r>
      <w:proofErr w:type="spellStart"/>
      <w:r w:rsidRPr="00597BFD">
        <w:rPr>
          <w:lang w:val="ru-RU"/>
        </w:rPr>
        <w:t>створення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вигаданих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джерел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даних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висновк</w:t>
      </w:r>
      <w:r w:rsidRPr="00597BFD">
        <w:rPr>
          <w:lang w:val="ru-RU"/>
        </w:rPr>
        <w:t>ів</w:t>
      </w:r>
      <w:proofErr w:type="spellEnd"/>
      <w:r w:rsidRPr="00597BFD">
        <w:rPr>
          <w:lang w:val="ru-RU"/>
        </w:rPr>
        <w:t>.</w:t>
      </w:r>
    </w:p>
    <w:p w14:paraId="18E2666B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7. </w:t>
      </w:r>
      <w:proofErr w:type="spellStart"/>
      <w:r w:rsidRPr="00597BFD">
        <w:rPr>
          <w:lang w:val="ru-RU"/>
        </w:rPr>
        <w:t>Завантажувати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відкритих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не </w:t>
      </w:r>
      <w:proofErr w:type="spellStart"/>
      <w:r w:rsidRPr="00597BFD">
        <w:rPr>
          <w:lang w:val="ru-RU"/>
        </w:rPr>
        <w:t>визначених</w:t>
      </w:r>
      <w:proofErr w:type="spellEnd"/>
      <w:r w:rsidRPr="00597BFD">
        <w:rPr>
          <w:lang w:val="ru-RU"/>
        </w:rPr>
        <w:t xml:space="preserve"> ННЦРМГО систем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персональні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медичну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інформацію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пацієнтів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первинні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дані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досліджень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неопубліковані</w:t>
      </w:r>
      <w:proofErr w:type="spellEnd"/>
      <w:r w:rsidRPr="00597BFD">
        <w:rPr>
          <w:lang w:val="ru-RU"/>
        </w:rPr>
        <w:t xml:space="preserve"> рукописи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матеріали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рецензування</w:t>
      </w:r>
      <w:proofErr w:type="spellEnd"/>
      <w:r w:rsidRPr="00597BFD">
        <w:rPr>
          <w:lang w:val="ru-RU"/>
        </w:rPr>
        <w:t xml:space="preserve"> без </w:t>
      </w:r>
      <w:proofErr w:type="spellStart"/>
      <w:r w:rsidRPr="00597BFD">
        <w:rPr>
          <w:lang w:val="ru-RU"/>
        </w:rPr>
        <w:t>належних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правових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підстав</w:t>
      </w:r>
      <w:proofErr w:type="spellEnd"/>
      <w:r w:rsidRPr="00597BFD">
        <w:rPr>
          <w:lang w:val="ru-RU"/>
        </w:rPr>
        <w:t>.</w:t>
      </w:r>
    </w:p>
    <w:p w14:paraId="407FE612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8. </w:t>
      </w:r>
      <w:proofErr w:type="spellStart"/>
      <w:r w:rsidRPr="00597BFD">
        <w:rPr>
          <w:lang w:val="ru-RU"/>
        </w:rPr>
        <w:t>Тисну</w:t>
      </w:r>
      <w:r w:rsidRPr="00597BFD">
        <w:rPr>
          <w:lang w:val="ru-RU"/>
        </w:rPr>
        <w:t>ти</w:t>
      </w:r>
      <w:proofErr w:type="spellEnd"/>
      <w:r w:rsidRPr="00597BFD">
        <w:rPr>
          <w:lang w:val="ru-RU"/>
        </w:rPr>
        <w:t xml:space="preserve"> на автора, </w:t>
      </w:r>
      <w:proofErr w:type="spellStart"/>
      <w:r w:rsidRPr="00597BFD">
        <w:rPr>
          <w:lang w:val="ru-RU"/>
        </w:rPr>
        <w:t>співавтора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здобувача</w:t>
      </w:r>
      <w:proofErr w:type="spellEnd"/>
      <w:r w:rsidRPr="00597BFD">
        <w:rPr>
          <w:lang w:val="ru-RU"/>
        </w:rPr>
        <w:t xml:space="preserve">, рецензента, редактора, </w:t>
      </w:r>
      <w:proofErr w:type="spellStart"/>
      <w:r w:rsidRPr="00597BFD">
        <w:rPr>
          <w:lang w:val="ru-RU"/>
        </w:rPr>
        <w:t>експерта</w:t>
      </w:r>
      <w:proofErr w:type="spellEnd"/>
      <w:r w:rsidRPr="00597BFD">
        <w:rPr>
          <w:lang w:val="ru-RU"/>
        </w:rPr>
        <w:t xml:space="preserve">, члена ради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члена </w:t>
      </w:r>
      <w:proofErr w:type="spellStart"/>
      <w:r w:rsidRPr="00597BFD">
        <w:rPr>
          <w:lang w:val="ru-RU"/>
        </w:rPr>
        <w:t>Комісії</w:t>
      </w:r>
      <w:proofErr w:type="spellEnd"/>
      <w:r w:rsidRPr="00597BFD">
        <w:rPr>
          <w:lang w:val="ru-RU"/>
        </w:rPr>
        <w:t>.</w:t>
      </w:r>
    </w:p>
    <w:p w14:paraId="05AA1A28" w14:textId="77777777" w:rsidR="003D0F3C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9. </w:t>
      </w:r>
      <w:proofErr w:type="spellStart"/>
      <w:r w:rsidRPr="00597BFD">
        <w:rPr>
          <w:lang w:val="ru-RU"/>
        </w:rPr>
        <w:t>Використовувати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процедури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для </w:t>
      </w:r>
      <w:proofErr w:type="spellStart"/>
      <w:r w:rsidRPr="00597BFD">
        <w:rPr>
          <w:lang w:val="ru-RU"/>
        </w:rPr>
        <w:t>особистого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конфлікту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дискредитації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переслідування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недобросовісної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конкуренції</w:t>
      </w:r>
      <w:proofErr w:type="spellEnd"/>
      <w:r w:rsidRPr="00597BFD">
        <w:rPr>
          <w:lang w:val="ru-RU"/>
        </w:rPr>
        <w:t>.</w:t>
      </w:r>
    </w:p>
    <w:p w14:paraId="37AA3EDF" w14:textId="77777777" w:rsidR="0019669D" w:rsidRPr="0019669D" w:rsidRDefault="0019669D">
      <w:pPr>
        <w:spacing w:after="20"/>
        <w:ind w:left="454" w:hanging="340"/>
        <w:rPr>
          <w:sz w:val="20"/>
          <w:szCs w:val="20"/>
          <w:lang w:val="ru-RU"/>
        </w:rPr>
      </w:pPr>
    </w:p>
    <w:p w14:paraId="69BA2D4C" w14:textId="53D3A883" w:rsidR="003D0F3C" w:rsidRPr="00597BFD" w:rsidRDefault="00DF025C">
      <w:pPr>
        <w:pStyle w:val="21"/>
        <w:spacing w:before="80" w:after="60"/>
        <w:rPr>
          <w:lang w:val="ru-RU"/>
        </w:rPr>
      </w:pPr>
      <w:proofErr w:type="spellStart"/>
      <w:r w:rsidRPr="00597BFD">
        <w:rPr>
          <w:rFonts w:ascii="Times New Roman" w:eastAsia="Times New Roman" w:hAnsi="Times New Roman"/>
          <w:lang w:val="ru-RU"/>
        </w:rPr>
        <w:t>Якщо</w:t>
      </w:r>
      <w:proofErr w:type="spellEnd"/>
      <w:r w:rsidRPr="00597BFD">
        <w:rPr>
          <w:rFonts w:ascii="Times New Roman" w:eastAsia="Times New Roman" w:hAnsi="Times New Roman"/>
          <w:lang w:val="ru-RU"/>
        </w:rPr>
        <w:t xml:space="preserve"> є </w:t>
      </w:r>
      <w:proofErr w:type="spellStart"/>
      <w:r w:rsidRPr="00597BFD">
        <w:rPr>
          <w:rFonts w:ascii="Times New Roman" w:eastAsia="Times New Roman" w:hAnsi="Times New Roman"/>
          <w:lang w:val="ru-RU"/>
        </w:rPr>
        <w:t>сумн</w:t>
      </w:r>
      <w:r w:rsidRPr="00597BFD">
        <w:rPr>
          <w:rFonts w:ascii="Times New Roman" w:eastAsia="Times New Roman" w:hAnsi="Times New Roman"/>
          <w:lang w:val="ru-RU"/>
        </w:rPr>
        <w:t>ів</w:t>
      </w:r>
      <w:proofErr w:type="spellEnd"/>
    </w:p>
    <w:p w14:paraId="2668A25D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1. </w:t>
      </w:r>
      <w:proofErr w:type="spellStart"/>
      <w:r w:rsidRPr="00597BFD">
        <w:rPr>
          <w:lang w:val="ru-RU"/>
        </w:rPr>
        <w:t>Перевірити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першоджерело</w:t>
      </w:r>
      <w:proofErr w:type="spellEnd"/>
      <w:r w:rsidRPr="00597BFD">
        <w:rPr>
          <w:lang w:val="ru-RU"/>
        </w:rPr>
        <w:t>.</w:t>
      </w:r>
    </w:p>
    <w:p w14:paraId="172996E4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2. </w:t>
      </w:r>
      <w:proofErr w:type="spellStart"/>
      <w:r w:rsidRPr="00597BFD">
        <w:rPr>
          <w:lang w:val="ru-RU"/>
        </w:rPr>
        <w:t>Зазначити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джерело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попередню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публікацію</w:t>
      </w:r>
      <w:proofErr w:type="spellEnd"/>
      <w:r w:rsidRPr="00597BFD">
        <w:rPr>
          <w:lang w:val="ru-RU"/>
        </w:rPr>
        <w:t>.</w:t>
      </w:r>
    </w:p>
    <w:p w14:paraId="318E58C9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3. </w:t>
      </w:r>
      <w:proofErr w:type="spellStart"/>
      <w:r w:rsidRPr="00597BFD">
        <w:rPr>
          <w:lang w:val="ru-RU"/>
        </w:rPr>
        <w:t>Уточнити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авторський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внесок</w:t>
      </w:r>
      <w:proofErr w:type="spellEnd"/>
      <w:r w:rsidRPr="00597BFD">
        <w:rPr>
          <w:lang w:val="ru-RU"/>
        </w:rPr>
        <w:t>.</w:t>
      </w:r>
    </w:p>
    <w:p w14:paraId="3CF0D416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4. </w:t>
      </w:r>
      <w:proofErr w:type="spellStart"/>
      <w:r w:rsidRPr="00597BFD">
        <w:rPr>
          <w:lang w:val="ru-RU"/>
        </w:rPr>
        <w:t>Задекларувати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використання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технологій</w:t>
      </w:r>
      <w:proofErr w:type="spellEnd"/>
      <w:r w:rsidRPr="00597BFD">
        <w:rPr>
          <w:lang w:val="ru-RU"/>
        </w:rPr>
        <w:t xml:space="preserve"> штучного </w:t>
      </w:r>
      <w:proofErr w:type="spellStart"/>
      <w:r w:rsidRPr="00597BFD">
        <w:rPr>
          <w:lang w:val="ru-RU"/>
        </w:rPr>
        <w:t>інтелекту</w:t>
      </w:r>
      <w:proofErr w:type="spellEnd"/>
      <w:r w:rsidRPr="00597BFD">
        <w:rPr>
          <w:lang w:val="ru-RU"/>
        </w:rPr>
        <w:t>.</w:t>
      </w:r>
    </w:p>
    <w:p w14:paraId="7E052B40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5. </w:t>
      </w:r>
      <w:proofErr w:type="spellStart"/>
      <w:r w:rsidRPr="00597BFD">
        <w:rPr>
          <w:lang w:val="ru-RU"/>
        </w:rPr>
        <w:t>Повідомити</w:t>
      </w:r>
      <w:proofErr w:type="spellEnd"/>
      <w:r w:rsidRPr="00597BFD">
        <w:rPr>
          <w:lang w:val="ru-RU"/>
        </w:rPr>
        <w:t xml:space="preserve"> про </w:t>
      </w:r>
      <w:proofErr w:type="spellStart"/>
      <w:r w:rsidRPr="00597BFD">
        <w:rPr>
          <w:lang w:val="ru-RU"/>
        </w:rPr>
        <w:t>конфлікт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інтересів</w:t>
      </w:r>
      <w:proofErr w:type="spellEnd"/>
      <w:r w:rsidRPr="00597BFD">
        <w:rPr>
          <w:lang w:val="ru-RU"/>
        </w:rPr>
        <w:t>.</w:t>
      </w:r>
    </w:p>
    <w:p w14:paraId="27593F98" w14:textId="77777777" w:rsidR="003D0F3C" w:rsidRPr="00597BFD" w:rsidRDefault="00DF025C">
      <w:pPr>
        <w:spacing w:after="20"/>
        <w:ind w:left="454" w:hanging="340"/>
        <w:rPr>
          <w:lang w:val="ru-RU"/>
        </w:rPr>
      </w:pPr>
      <w:r w:rsidRPr="00597BFD">
        <w:rPr>
          <w:lang w:val="ru-RU"/>
        </w:rPr>
        <w:t xml:space="preserve">6. </w:t>
      </w:r>
      <w:proofErr w:type="spellStart"/>
      <w:r w:rsidRPr="00597BFD">
        <w:rPr>
          <w:lang w:val="ru-RU"/>
        </w:rPr>
        <w:t>Звернутися</w:t>
      </w:r>
      <w:proofErr w:type="spellEnd"/>
      <w:r w:rsidRPr="00597BFD">
        <w:rPr>
          <w:lang w:val="ru-RU"/>
        </w:rPr>
        <w:t xml:space="preserve"> за </w:t>
      </w:r>
      <w:proofErr w:type="spellStart"/>
      <w:r w:rsidRPr="00597BFD">
        <w:rPr>
          <w:lang w:val="ru-RU"/>
        </w:rPr>
        <w:t>роз’ясненням</w:t>
      </w:r>
      <w:proofErr w:type="spellEnd"/>
      <w:r w:rsidRPr="00597BFD">
        <w:rPr>
          <w:lang w:val="ru-RU"/>
        </w:rPr>
        <w:t xml:space="preserve"> до </w:t>
      </w:r>
      <w:proofErr w:type="spellStart"/>
      <w:r w:rsidRPr="00597BFD">
        <w:rPr>
          <w:lang w:val="ru-RU"/>
        </w:rPr>
        <w:t>наукового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керівника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редакції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уповноваженої</w:t>
      </w:r>
      <w:proofErr w:type="spellEnd"/>
      <w:r w:rsidRPr="00597BFD">
        <w:rPr>
          <w:lang w:val="ru-RU"/>
        </w:rPr>
        <w:t xml:space="preserve"> особи, </w:t>
      </w:r>
      <w:proofErr w:type="spellStart"/>
      <w:r w:rsidRPr="00597BFD">
        <w:rPr>
          <w:lang w:val="ru-RU"/>
        </w:rPr>
        <w:t>Комісії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або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іншого</w:t>
      </w:r>
      <w:proofErr w:type="spellEnd"/>
      <w:r w:rsidRPr="00597BFD">
        <w:rPr>
          <w:lang w:val="ru-RU"/>
        </w:rPr>
        <w:t xml:space="preserve"> компетентного органу </w:t>
      </w:r>
      <w:proofErr w:type="spellStart"/>
      <w:r w:rsidRPr="00597BFD">
        <w:rPr>
          <w:lang w:val="ru-RU"/>
        </w:rPr>
        <w:t>чи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посадової</w:t>
      </w:r>
      <w:proofErr w:type="spellEnd"/>
      <w:r w:rsidRPr="00597BFD">
        <w:rPr>
          <w:lang w:val="ru-RU"/>
        </w:rPr>
        <w:t xml:space="preserve"> особи ННЦРМГО.</w:t>
      </w:r>
    </w:p>
    <w:p w14:paraId="25E9821D" w14:textId="77777777" w:rsidR="003D0F3C" w:rsidRPr="00597BFD" w:rsidRDefault="00DF025C" w:rsidP="0019669D">
      <w:pPr>
        <w:spacing w:before="120"/>
        <w:ind w:firstLine="340"/>
        <w:jc w:val="both"/>
        <w:rPr>
          <w:lang w:val="ru-RU"/>
        </w:rPr>
      </w:pPr>
      <w:r w:rsidRPr="0019669D">
        <w:rPr>
          <w:b/>
          <w:bCs/>
          <w:lang w:val="ru-RU"/>
        </w:rPr>
        <w:t>Головне правило:</w:t>
      </w:r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доброчесність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означає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що</w:t>
      </w:r>
      <w:proofErr w:type="spellEnd"/>
      <w:r w:rsidRPr="00597BFD">
        <w:rPr>
          <w:lang w:val="ru-RU"/>
        </w:rPr>
        <w:t xml:space="preserve"> результат </w:t>
      </w:r>
      <w:proofErr w:type="spellStart"/>
      <w:r w:rsidRPr="00597BFD">
        <w:rPr>
          <w:lang w:val="ru-RU"/>
        </w:rPr>
        <w:t>академічної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діяльності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можна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пояснити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підтвердити</w:t>
      </w:r>
      <w:proofErr w:type="spellEnd"/>
      <w:r w:rsidRPr="00597BFD">
        <w:rPr>
          <w:lang w:val="ru-RU"/>
        </w:rPr>
        <w:t xml:space="preserve">, </w:t>
      </w:r>
      <w:proofErr w:type="spellStart"/>
      <w:r w:rsidRPr="00597BFD">
        <w:rPr>
          <w:lang w:val="ru-RU"/>
        </w:rPr>
        <w:t>пер</w:t>
      </w:r>
      <w:r w:rsidRPr="00597BFD">
        <w:rPr>
          <w:lang w:val="ru-RU"/>
        </w:rPr>
        <w:t>евірити</w:t>
      </w:r>
      <w:proofErr w:type="spellEnd"/>
      <w:r w:rsidRPr="00597BFD">
        <w:rPr>
          <w:lang w:val="ru-RU"/>
        </w:rPr>
        <w:t xml:space="preserve"> і </w:t>
      </w:r>
      <w:proofErr w:type="spellStart"/>
      <w:r w:rsidRPr="00597BFD">
        <w:rPr>
          <w:lang w:val="ru-RU"/>
        </w:rPr>
        <w:t>чесно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пов’язати</w:t>
      </w:r>
      <w:proofErr w:type="spellEnd"/>
      <w:r w:rsidRPr="00597BFD">
        <w:rPr>
          <w:lang w:val="ru-RU"/>
        </w:rPr>
        <w:t xml:space="preserve"> з </w:t>
      </w:r>
      <w:proofErr w:type="spellStart"/>
      <w:r w:rsidRPr="00597BFD">
        <w:rPr>
          <w:lang w:val="ru-RU"/>
        </w:rPr>
        <w:t>реальним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внеском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конкретних</w:t>
      </w:r>
      <w:proofErr w:type="spellEnd"/>
      <w:r w:rsidRPr="00597BFD">
        <w:rPr>
          <w:lang w:val="ru-RU"/>
        </w:rPr>
        <w:t xml:space="preserve"> </w:t>
      </w:r>
      <w:proofErr w:type="spellStart"/>
      <w:r w:rsidRPr="00597BFD">
        <w:rPr>
          <w:lang w:val="ru-RU"/>
        </w:rPr>
        <w:t>осіб</w:t>
      </w:r>
      <w:proofErr w:type="spellEnd"/>
      <w:r w:rsidRPr="00597BFD">
        <w:rPr>
          <w:lang w:val="ru-RU"/>
        </w:rPr>
        <w:t>.</w:t>
      </w:r>
    </w:p>
    <w:sectPr w:rsidR="003D0F3C" w:rsidRPr="00597BFD">
      <w:footerReference w:type="default" r:id="rId9"/>
      <w:footerReference w:type="first" r:id="rId10"/>
      <w:pgSz w:w="12240" w:h="15840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20563" w14:textId="77777777" w:rsidR="00DF025C" w:rsidRDefault="00DF025C">
      <w:r>
        <w:separator/>
      </w:r>
    </w:p>
  </w:endnote>
  <w:endnote w:type="continuationSeparator" w:id="0">
    <w:p w14:paraId="36B51399" w14:textId="77777777" w:rsidR="00DF025C" w:rsidRDefault="00DF0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1B641" w14:textId="77777777" w:rsidR="003D0F3C" w:rsidRDefault="00DF025C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>
      <w:rPr>
        <w:sz w:val="20"/>
      </w:rPr>
      <w:fldChar w:fldCharType="separate"/>
    </w:r>
    <w:r w:rsidR="00226E0D">
      <w:rPr>
        <w:noProof/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65111" w14:textId="77777777" w:rsidR="003D0F3C" w:rsidRDefault="003D0F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DF920" w14:textId="77777777" w:rsidR="00DF025C" w:rsidRDefault="00DF025C">
      <w:r>
        <w:separator/>
      </w:r>
    </w:p>
  </w:footnote>
  <w:footnote w:type="continuationSeparator" w:id="0">
    <w:p w14:paraId="3444A50B" w14:textId="77777777" w:rsidR="00DF025C" w:rsidRDefault="00DF0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610"/>
        </w:tabs>
        <w:ind w:left="161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0E0500"/>
    <w:multiLevelType w:val="hybridMultilevel"/>
    <w:tmpl w:val="F782FBEC"/>
    <w:lvl w:ilvl="0" w:tplc="A2121A0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0" w15:restartNumberingAfterBreak="0">
    <w:nsid w:val="0DD149AB"/>
    <w:multiLevelType w:val="hybridMultilevel"/>
    <w:tmpl w:val="D8642DD6"/>
    <w:lvl w:ilvl="0" w:tplc="08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1" w15:restartNumberingAfterBreak="0">
    <w:nsid w:val="18594612"/>
    <w:multiLevelType w:val="hybridMultilevel"/>
    <w:tmpl w:val="C83075A2"/>
    <w:lvl w:ilvl="0" w:tplc="2690BC4C">
      <w:start w:val="1"/>
      <w:numFmt w:val="decimal"/>
      <w:lvlText w:val="%1)"/>
      <w:lvlJc w:val="left"/>
      <w:pPr>
        <w:ind w:left="8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74E74"/>
    <w:multiLevelType w:val="hybridMultilevel"/>
    <w:tmpl w:val="456A6978"/>
    <w:lvl w:ilvl="0" w:tplc="585A0286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3" w15:restartNumberingAfterBreak="0">
    <w:nsid w:val="3360148F"/>
    <w:multiLevelType w:val="hybridMultilevel"/>
    <w:tmpl w:val="F1028F50"/>
    <w:lvl w:ilvl="0" w:tplc="ECC86E18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4" w15:restartNumberingAfterBreak="0">
    <w:nsid w:val="376272C7"/>
    <w:multiLevelType w:val="hybridMultilevel"/>
    <w:tmpl w:val="18AAB6F2"/>
    <w:lvl w:ilvl="0" w:tplc="08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5" w15:restartNumberingAfterBreak="0">
    <w:nsid w:val="3EA914B8"/>
    <w:multiLevelType w:val="hybridMultilevel"/>
    <w:tmpl w:val="18D85F72"/>
    <w:lvl w:ilvl="0" w:tplc="08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6" w15:restartNumberingAfterBreak="0">
    <w:nsid w:val="49A451FF"/>
    <w:multiLevelType w:val="hybridMultilevel"/>
    <w:tmpl w:val="BC082388"/>
    <w:lvl w:ilvl="0" w:tplc="D318BBF8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7" w15:restartNumberingAfterBreak="0">
    <w:nsid w:val="4B1E7600"/>
    <w:multiLevelType w:val="hybridMultilevel"/>
    <w:tmpl w:val="1E981E64"/>
    <w:lvl w:ilvl="0" w:tplc="08B2CE54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8" w15:restartNumberingAfterBreak="0">
    <w:nsid w:val="4DAA27B2"/>
    <w:multiLevelType w:val="hybridMultilevel"/>
    <w:tmpl w:val="09847CFA"/>
    <w:lvl w:ilvl="0" w:tplc="08090001">
      <w:start w:val="1"/>
      <w:numFmt w:val="bullet"/>
      <w:lvlText w:val="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9" w15:restartNumberingAfterBreak="0">
    <w:nsid w:val="50614CBD"/>
    <w:multiLevelType w:val="hybridMultilevel"/>
    <w:tmpl w:val="B0CAE6C6"/>
    <w:lvl w:ilvl="0" w:tplc="DAA80914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0" w15:restartNumberingAfterBreak="0">
    <w:nsid w:val="518F2D2B"/>
    <w:multiLevelType w:val="hybridMultilevel"/>
    <w:tmpl w:val="C8E0E0B4"/>
    <w:lvl w:ilvl="0" w:tplc="ABB0F73E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1" w15:restartNumberingAfterBreak="0">
    <w:nsid w:val="52DB6A80"/>
    <w:multiLevelType w:val="hybridMultilevel"/>
    <w:tmpl w:val="3C5299B6"/>
    <w:lvl w:ilvl="0" w:tplc="AADE7356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2" w15:restartNumberingAfterBreak="0">
    <w:nsid w:val="623D191B"/>
    <w:multiLevelType w:val="hybridMultilevel"/>
    <w:tmpl w:val="B7E428C6"/>
    <w:lvl w:ilvl="0" w:tplc="C0DAF9E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3" w15:restartNumberingAfterBreak="0">
    <w:nsid w:val="62B875D4"/>
    <w:multiLevelType w:val="hybridMultilevel"/>
    <w:tmpl w:val="10C22850"/>
    <w:lvl w:ilvl="0" w:tplc="D318BBF8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4" w15:restartNumberingAfterBreak="0">
    <w:nsid w:val="658B5E32"/>
    <w:multiLevelType w:val="hybridMultilevel"/>
    <w:tmpl w:val="F0B4C014"/>
    <w:lvl w:ilvl="0" w:tplc="D318BBF8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5" w15:restartNumberingAfterBreak="0">
    <w:nsid w:val="71E23D8C"/>
    <w:multiLevelType w:val="hybridMultilevel"/>
    <w:tmpl w:val="1D245598"/>
    <w:lvl w:ilvl="0" w:tplc="63D69178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4" w:hanging="360"/>
      </w:pPr>
    </w:lvl>
    <w:lvl w:ilvl="2" w:tplc="0809001B" w:tentative="1">
      <w:start w:val="1"/>
      <w:numFmt w:val="lowerRoman"/>
      <w:lvlText w:val="%3."/>
      <w:lvlJc w:val="right"/>
      <w:pPr>
        <w:ind w:left="1914" w:hanging="180"/>
      </w:pPr>
    </w:lvl>
    <w:lvl w:ilvl="3" w:tplc="0809000F" w:tentative="1">
      <w:start w:val="1"/>
      <w:numFmt w:val="decimal"/>
      <w:lvlText w:val="%4."/>
      <w:lvlJc w:val="left"/>
      <w:pPr>
        <w:ind w:left="2634" w:hanging="360"/>
      </w:pPr>
    </w:lvl>
    <w:lvl w:ilvl="4" w:tplc="08090019" w:tentative="1">
      <w:start w:val="1"/>
      <w:numFmt w:val="lowerLetter"/>
      <w:lvlText w:val="%5."/>
      <w:lvlJc w:val="left"/>
      <w:pPr>
        <w:ind w:left="3354" w:hanging="360"/>
      </w:pPr>
    </w:lvl>
    <w:lvl w:ilvl="5" w:tplc="0809001B" w:tentative="1">
      <w:start w:val="1"/>
      <w:numFmt w:val="lowerRoman"/>
      <w:lvlText w:val="%6."/>
      <w:lvlJc w:val="right"/>
      <w:pPr>
        <w:ind w:left="4074" w:hanging="180"/>
      </w:pPr>
    </w:lvl>
    <w:lvl w:ilvl="6" w:tplc="0809000F" w:tentative="1">
      <w:start w:val="1"/>
      <w:numFmt w:val="decimal"/>
      <w:lvlText w:val="%7."/>
      <w:lvlJc w:val="left"/>
      <w:pPr>
        <w:ind w:left="4794" w:hanging="360"/>
      </w:pPr>
    </w:lvl>
    <w:lvl w:ilvl="7" w:tplc="08090019" w:tentative="1">
      <w:start w:val="1"/>
      <w:numFmt w:val="lowerLetter"/>
      <w:lvlText w:val="%8."/>
      <w:lvlJc w:val="left"/>
      <w:pPr>
        <w:ind w:left="5514" w:hanging="360"/>
      </w:pPr>
    </w:lvl>
    <w:lvl w:ilvl="8" w:tplc="080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6" w15:restartNumberingAfterBreak="0">
    <w:nsid w:val="7AE20100"/>
    <w:multiLevelType w:val="hybridMultilevel"/>
    <w:tmpl w:val="384AFCB8"/>
    <w:lvl w:ilvl="0" w:tplc="D318BBF8">
      <w:start w:val="1"/>
      <w:numFmt w:val="bullet"/>
      <w:lvlText w:val=""/>
      <w:lvlJc w:val="left"/>
      <w:pPr>
        <w:ind w:left="8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25"/>
  </w:num>
  <w:num w:numId="12">
    <w:abstractNumId w:val="24"/>
  </w:num>
  <w:num w:numId="13">
    <w:abstractNumId w:val="9"/>
  </w:num>
  <w:num w:numId="14">
    <w:abstractNumId w:val="16"/>
  </w:num>
  <w:num w:numId="15">
    <w:abstractNumId w:val="19"/>
  </w:num>
  <w:num w:numId="16">
    <w:abstractNumId w:val="26"/>
  </w:num>
  <w:num w:numId="17">
    <w:abstractNumId w:val="20"/>
  </w:num>
  <w:num w:numId="18">
    <w:abstractNumId w:val="18"/>
  </w:num>
  <w:num w:numId="19">
    <w:abstractNumId w:val="17"/>
  </w:num>
  <w:num w:numId="20">
    <w:abstractNumId w:val="23"/>
  </w:num>
  <w:num w:numId="21">
    <w:abstractNumId w:val="21"/>
  </w:num>
  <w:num w:numId="22">
    <w:abstractNumId w:val="14"/>
  </w:num>
  <w:num w:numId="23">
    <w:abstractNumId w:val="12"/>
  </w:num>
  <w:num w:numId="24">
    <w:abstractNumId w:val="11"/>
  </w:num>
  <w:num w:numId="25">
    <w:abstractNumId w:val="13"/>
  </w:num>
  <w:num w:numId="26">
    <w:abstractNumId w:val="10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673"/>
    <w:rsid w:val="000A3E36"/>
    <w:rsid w:val="0015074B"/>
    <w:rsid w:val="0019669D"/>
    <w:rsid w:val="001E3561"/>
    <w:rsid w:val="00226E0D"/>
    <w:rsid w:val="00237823"/>
    <w:rsid w:val="0029639D"/>
    <w:rsid w:val="00323EF4"/>
    <w:rsid w:val="00326F90"/>
    <w:rsid w:val="003531EC"/>
    <w:rsid w:val="003D0F3C"/>
    <w:rsid w:val="00597BFD"/>
    <w:rsid w:val="007578C5"/>
    <w:rsid w:val="0080090E"/>
    <w:rsid w:val="008B034D"/>
    <w:rsid w:val="00907915"/>
    <w:rsid w:val="00A54460"/>
    <w:rsid w:val="00AA1D8D"/>
    <w:rsid w:val="00B47730"/>
    <w:rsid w:val="00C17E40"/>
    <w:rsid w:val="00CB0664"/>
    <w:rsid w:val="00DF025C"/>
    <w:rsid w:val="00EF2E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D405E2"/>
  <w14:defaultImageDpi w14:val="300"/>
  <w15:docId w15:val="{4D274F6C-C0AF-4D60-8268-6450767B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after="12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17345</Words>
  <Characters>9888</Characters>
  <Application>Microsoft Office Word</Application>
  <DocSecurity>0</DocSecurity>
  <Lines>82</Lines>
  <Paragraphs>54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Янина</dc:creator>
  <cp:keywords/>
  <dc:description>generated by python-docx</dc:description>
  <cp:lastModifiedBy>JL</cp:lastModifiedBy>
  <cp:revision>3</cp:revision>
  <dcterms:created xsi:type="dcterms:W3CDTF">2026-08-27T10:03:00Z</dcterms:created>
  <dcterms:modified xsi:type="dcterms:W3CDTF">2026-08-27T11:02:00Z</dcterms:modified>
  <cp:category/>
</cp:coreProperties>
</file>