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FBF7E" w14:textId="77777777" w:rsidR="003C216C" w:rsidRDefault="00622ACB">
      <w:pPr>
        <w:spacing w:after="40"/>
        <w:jc w:val="center"/>
      </w:pPr>
      <w:r>
        <w:rPr>
          <w:noProof/>
          <w:lang w:val="ru-RU" w:eastAsia="ru-RU"/>
        </w:rPr>
        <w:drawing>
          <wp:inline distT="0" distB="0" distL="0" distR="0" wp14:anchorId="3441B001" wp14:editId="5709D334">
            <wp:extent cx="540000" cy="54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ncrmho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20896" w14:textId="77777777" w:rsidR="003C216C" w:rsidRPr="006E228A" w:rsidRDefault="00622ACB">
      <w:pPr>
        <w:spacing w:after="360"/>
        <w:jc w:val="center"/>
        <w:rPr>
          <w:lang w:val="ru-RU"/>
        </w:rPr>
      </w:pPr>
      <w:r w:rsidRPr="006E228A">
        <w:rPr>
          <w:b/>
          <w:lang w:val="ru-RU"/>
        </w:rPr>
        <w:t>ДЕРЖАВНА УСТАНОВА «НАЦІОНАЛЬНИЙ НАУКОВИЙ ЦЕНТР РАДІАЦІЙНОЇ МЕДИЦИНИ, ГЕМАТОЛОГІЇ ТА ОНКОЛОГІЇ НАЦІОНАЛЬНОЇ АКАДЕМІЇ МЕДИЧНИХ НАУК УКРАЇНИ»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1"/>
        <w:gridCol w:w="4961"/>
      </w:tblGrid>
      <w:tr w:rsidR="003C216C" w:rsidRPr="0033129D" w14:paraId="5EF16CE4" w14:textId="77777777" w:rsidTr="004E1708">
        <w:trPr>
          <w:trHeight w:val="2796"/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28903BBB" w14:textId="77777777" w:rsidR="003C216C" w:rsidRPr="006E228A" w:rsidRDefault="003C216C">
            <w:pPr>
              <w:spacing w:after="0"/>
              <w:rPr>
                <w:lang w:val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40502D94" w14:textId="3C5FC501" w:rsidR="003C216C" w:rsidRPr="0033129D" w:rsidRDefault="00622ACB">
            <w:pPr>
              <w:spacing w:after="0"/>
              <w:rPr>
                <w:szCs w:val="24"/>
                <w:lang w:val="ru-RU"/>
              </w:rPr>
            </w:pPr>
            <w:r w:rsidRPr="0033129D">
              <w:rPr>
                <w:szCs w:val="24"/>
                <w:lang w:val="ru-RU"/>
              </w:rPr>
              <w:t>ЗАТВЕРДЖЕНО</w:t>
            </w:r>
            <w:r w:rsidRPr="0033129D">
              <w:rPr>
                <w:szCs w:val="24"/>
                <w:lang w:val="ru-RU"/>
              </w:rPr>
              <w:br/>
            </w:r>
            <w:proofErr w:type="spellStart"/>
            <w:r w:rsidRPr="0033129D">
              <w:rPr>
                <w:szCs w:val="24"/>
                <w:lang w:val="ru-RU"/>
              </w:rPr>
              <w:t>Вченою</w:t>
            </w:r>
            <w:proofErr w:type="spellEnd"/>
            <w:r w:rsidRPr="0033129D">
              <w:rPr>
                <w:szCs w:val="24"/>
                <w:lang w:val="ru-RU"/>
              </w:rPr>
              <w:t xml:space="preserve"> радою ДУ «</w:t>
            </w:r>
            <w:proofErr w:type="spellStart"/>
            <w:r w:rsidRPr="0033129D">
              <w:rPr>
                <w:szCs w:val="24"/>
                <w:lang w:val="ru-RU"/>
              </w:rPr>
              <w:t>Національний</w:t>
            </w:r>
            <w:proofErr w:type="spellEnd"/>
            <w:r w:rsidRPr="0033129D">
              <w:rPr>
                <w:szCs w:val="24"/>
                <w:lang w:val="ru-RU"/>
              </w:rPr>
              <w:t xml:space="preserve"> </w:t>
            </w:r>
            <w:proofErr w:type="spellStart"/>
            <w:r w:rsidRPr="0033129D">
              <w:rPr>
                <w:szCs w:val="24"/>
                <w:lang w:val="ru-RU"/>
              </w:rPr>
              <w:t>науковий</w:t>
            </w:r>
            <w:proofErr w:type="spellEnd"/>
            <w:r w:rsidRPr="0033129D">
              <w:rPr>
                <w:szCs w:val="24"/>
                <w:lang w:val="ru-RU"/>
              </w:rPr>
              <w:t xml:space="preserve"> центр </w:t>
            </w:r>
            <w:proofErr w:type="spellStart"/>
            <w:r w:rsidRPr="0033129D">
              <w:rPr>
                <w:szCs w:val="24"/>
                <w:lang w:val="ru-RU"/>
              </w:rPr>
              <w:t>радіаційної</w:t>
            </w:r>
            <w:proofErr w:type="spellEnd"/>
            <w:r w:rsidRPr="0033129D">
              <w:rPr>
                <w:szCs w:val="24"/>
                <w:lang w:val="ru-RU"/>
              </w:rPr>
              <w:t xml:space="preserve"> </w:t>
            </w:r>
            <w:proofErr w:type="spellStart"/>
            <w:r w:rsidRPr="0033129D">
              <w:rPr>
                <w:szCs w:val="24"/>
                <w:lang w:val="ru-RU"/>
              </w:rPr>
              <w:t>медицини</w:t>
            </w:r>
            <w:proofErr w:type="spellEnd"/>
            <w:r w:rsidRPr="0033129D">
              <w:rPr>
                <w:szCs w:val="24"/>
                <w:lang w:val="ru-RU"/>
              </w:rPr>
              <w:t xml:space="preserve">, </w:t>
            </w:r>
            <w:proofErr w:type="spellStart"/>
            <w:r w:rsidRPr="0033129D">
              <w:rPr>
                <w:szCs w:val="24"/>
                <w:lang w:val="ru-RU"/>
              </w:rPr>
              <w:t>гематології</w:t>
            </w:r>
            <w:proofErr w:type="spellEnd"/>
            <w:r w:rsidRPr="0033129D">
              <w:rPr>
                <w:szCs w:val="24"/>
                <w:lang w:val="ru-RU"/>
              </w:rPr>
              <w:t xml:space="preserve"> та </w:t>
            </w:r>
            <w:proofErr w:type="spellStart"/>
            <w:r w:rsidRPr="0033129D">
              <w:rPr>
                <w:szCs w:val="24"/>
                <w:lang w:val="ru-RU"/>
              </w:rPr>
              <w:t>онкології</w:t>
            </w:r>
            <w:proofErr w:type="spellEnd"/>
            <w:r w:rsidRPr="0033129D">
              <w:rPr>
                <w:szCs w:val="24"/>
                <w:lang w:val="ru-RU"/>
              </w:rPr>
              <w:t xml:space="preserve"> </w:t>
            </w:r>
            <w:proofErr w:type="spellStart"/>
            <w:r w:rsidRPr="0033129D">
              <w:rPr>
                <w:szCs w:val="24"/>
                <w:lang w:val="ru-RU"/>
              </w:rPr>
              <w:t>Національної</w:t>
            </w:r>
            <w:proofErr w:type="spellEnd"/>
            <w:r w:rsidRPr="0033129D">
              <w:rPr>
                <w:szCs w:val="24"/>
                <w:lang w:val="ru-RU"/>
              </w:rPr>
              <w:t xml:space="preserve"> </w:t>
            </w:r>
            <w:proofErr w:type="spellStart"/>
            <w:r w:rsidRPr="0033129D">
              <w:rPr>
                <w:szCs w:val="24"/>
                <w:lang w:val="ru-RU"/>
              </w:rPr>
              <w:t>академії</w:t>
            </w:r>
            <w:proofErr w:type="spellEnd"/>
            <w:r w:rsidRPr="0033129D">
              <w:rPr>
                <w:szCs w:val="24"/>
                <w:lang w:val="ru-RU"/>
              </w:rPr>
              <w:t xml:space="preserve"> </w:t>
            </w:r>
            <w:proofErr w:type="spellStart"/>
            <w:r w:rsidRPr="0033129D">
              <w:rPr>
                <w:szCs w:val="24"/>
                <w:lang w:val="ru-RU"/>
              </w:rPr>
              <w:t>медичних</w:t>
            </w:r>
            <w:proofErr w:type="spellEnd"/>
            <w:r w:rsidRPr="0033129D">
              <w:rPr>
                <w:szCs w:val="24"/>
                <w:lang w:val="ru-RU"/>
              </w:rPr>
              <w:t xml:space="preserve"> наук </w:t>
            </w:r>
            <w:proofErr w:type="spellStart"/>
            <w:r w:rsidRPr="0033129D">
              <w:rPr>
                <w:szCs w:val="24"/>
                <w:lang w:val="ru-RU"/>
              </w:rPr>
              <w:t>України</w:t>
            </w:r>
            <w:proofErr w:type="spellEnd"/>
            <w:r w:rsidRPr="0033129D">
              <w:rPr>
                <w:szCs w:val="24"/>
                <w:lang w:val="ru-RU"/>
              </w:rPr>
              <w:t>»</w:t>
            </w:r>
            <w:r w:rsidRPr="0033129D">
              <w:rPr>
                <w:szCs w:val="24"/>
                <w:lang w:val="ru-RU"/>
              </w:rPr>
              <w:br/>
              <w:t xml:space="preserve">протокол </w:t>
            </w:r>
            <w:proofErr w:type="spellStart"/>
            <w:r w:rsidRPr="0033129D">
              <w:rPr>
                <w:szCs w:val="24"/>
                <w:lang w:val="ru-RU"/>
              </w:rPr>
              <w:t>від</w:t>
            </w:r>
            <w:proofErr w:type="spellEnd"/>
            <w:r w:rsidRPr="0033129D">
              <w:rPr>
                <w:szCs w:val="24"/>
                <w:lang w:val="ru-RU"/>
              </w:rPr>
              <w:t xml:space="preserve"> </w:t>
            </w:r>
            <w:r w:rsidRPr="004E1708">
              <w:rPr>
                <w:szCs w:val="24"/>
                <w:u w:val="single"/>
                <w:lang w:val="ru-RU"/>
              </w:rPr>
              <w:t>«</w:t>
            </w:r>
            <w:r w:rsidR="004E1708" w:rsidRPr="004E1708">
              <w:rPr>
                <w:szCs w:val="24"/>
                <w:u w:val="single"/>
                <w:lang w:val="ru-RU"/>
              </w:rPr>
              <w:t>24</w:t>
            </w:r>
            <w:proofErr w:type="gramStart"/>
            <w:r w:rsidRPr="004E1708">
              <w:rPr>
                <w:szCs w:val="24"/>
                <w:u w:val="single"/>
                <w:lang w:val="ru-RU"/>
              </w:rPr>
              <w:t xml:space="preserve">_» </w:t>
            </w:r>
            <w:r w:rsidR="004E1708" w:rsidRPr="004E1708">
              <w:rPr>
                <w:szCs w:val="24"/>
                <w:u w:val="single"/>
                <w:lang w:val="ru-RU"/>
              </w:rPr>
              <w:t xml:space="preserve"> червня</w:t>
            </w:r>
            <w:proofErr w:type="gramEnd"/>
            <w:r w:rsidRPr="004E1708">
              <w:rPr>
                <w:szCs w:val="24"/>
                <w:u w:val="single"/>
                <w:lang w:val="ru-RU"/>
              </w:rPr>
              <w:t>_ 2026 р. №</w:t>
            </w:r>
            <w:r w:rsidR="004E1708" w:rsidRPr="004E1708">
              <w:rPr>
                <w:szCs w:val="24"/>
                <w:u w:val="single"/>
                <w:lang w:val="ru-RU"/>
              </w:rPr>
              <w:t xml:space="preserve"> 7</w:t>
            </w:r>
            <w:r w:rsidRPr="0033129D">
              <w:rPr>
                <w:szCs w:val="24"/>
                <w:lang w:val="ru-RU"/>
              </w:rPr>
              <w:br/>
            </w:r>
            <w:r w:rsidRPr="0033129D">
              <w:rPr>
                <w:szCs w:val="24"/>
                <w:lang w:val="ru-RU"/>
              </w:rPr>
              <w:br/>
            </w:r>
            <w:r w:rsidRPr="004E1708">
              <w:rPr>
                <w:color w:val="FFFFFF" w:themeColor="background1"/>
                <w:szCs w:val="24"/>
                <w:lang w:val="ru-RU"/>
              </w:rPr>
              <w:t xml:space="preserve">Введено в </w:t>
            </w:r>
            <w:proofErr w:type="spellStart"/>
            <w:r w:rsidRPr="004E1708">
              <w:rPr>
                <w:color w:val="FFFFFF" w:themeColor="background1"/>
                <w:szCs w:val="24"/>
                <w:lang w:val="ru-RU"/>
              </w:rPr>
              <w:t>дію</w:t>
            </w:r>
            <w:proofErr w:type="spellEnd"/>
            <w:r w:rsidRPr="004E1708">
              <w:rPr>
                <w:color w:val="FFFFFF" w:themeColor="background1"/>
                <w:szCs w:val="24"/>
                <w:lang w:val="ru-RU"/>
              </w:rPr>
              <w:t xml:space="preserve"> наказом генерального директора ННЦРМГО</w:t>
            </w:r>
            <w:r w:rsidRPr="004E1708">
              <w:rPr>
                <w:color w:val="FFFFFF" w:themeColor="background1"/>
                <w:szCs w:val="24"/>
                <w:lang w:val="ru-RU"/>
              </w:rPr>
              <w:br/>
            </w:r>
            <w:proofErr w:type="spellStart"/>
            <w:r w:rsidRPr="004E1708">
              <w:rPr>
                <w:color w:val="FFFFFF" w:themeColor="background1"/>
                <w:szCs w:val="24"/>
                <w:lang w:val="ru-RU"/>
              </w:rPr>
              <w:t>від</w:t>
            </w:r>
            <w:proofErr w:type="spellEnd"/>
            <w:r w:rsidRPr="004E1708">
              <w:rPr>
                <w:color w:val="FFFFFF" w:themeColor="background1"/>
                <w:szCs w:val="24"/>
                <w:lang w:val="ru-RU"/>
              </w:rPr>
              <w:t xml:space="preserve"> «____» ____________ 2026 р. № ____</w:t>
            </w:r>
          </w:p>
        </w:tc>
      </w:tr>
    </w:tbl>
    <w:p w14:paraId="6EEB56C5" w14:textId="77777777" w:rsidR="003C216C" w:rsidRDefault="003C216C">
      <w:pPr>
        <w:spacing w:after="320"/>
        <w:rPr>
          <w:lang w:val="ru-RU"/>
        </w:rPr>
      </w:pPr>
    </w:p>
    <w:p w14:paraId="15D9A893" w14:textId="77777777" w:rsidR="0033129D" w:rsidRPr="006E228A" w:rsidRDefault="0033129D">
      <w:pPr>
        <w:spacing w:after="320"/>
        <w:rPr>
          <w:lang w:val="ru-RU"/>
        </w:rPr>
      </w:pPr>
    </w:p>
    <w:p w14:paraId="556CABA4" w14:textId="77777777" w:rsidR="003C216C" w:rsidRPr="006E228A" w:rsidRDefault="00622ACB">
      <w:pPr>
        <w:spacing w:after="160"/>
        <w:jc w:val="center"/>
        <w:rPr>
          <w:lang w:val="ru-RU"/>
        </w:rPr>
      </w:pPr>
      <w:r w:rsidRPr="006E228A">
        <w:rPr>
          <w:b/>
          <w:sz w:val="26"/>
          <w:lang w:val="ru-RU"/>
        </w:rPr>
        <w:t>ПОЛОЖЕННЯ</w:t>
      </w:r>
    </w:p>
    <w:p w14:paraId="450197F5" w14:textId="77777777" w:rsidR="003C216C" w:rsidRPr="006E228A" w:rsidRDefault="00622ACB">
      <w:pPr>
        <w:spacing w:after="160"/>
        <w:jc w:val="center"/>
        <w:rPr>
          <w:lang w:val="ru-RU"/>
        </w:rPr>
      </w:pPr>
      <w:r w:rsidRPr="006E228A">
        <w:rPr>
          <w:b/>
          <w:sz w:val="26"/>
          <w:lang w:val="ru-RU"/>
        </w:rPr>
        <w:t>ПРО ПОРЯДОК ПЕРЕВІРКИ АКАДЕМІЧНИХ ТВОРІВ НА НАЯВНІСТЬ ОЗНАК АКАДЕМІЧНОГО ПЛАГІАТУ ТА НЕДОБРОЧЕСНОГО ВИКОРИСТАННЯ ТЕХНОЛОГІЙ ШТУЧНОГО ІНТЕЛЕКТУ</w:t>
      </w:r>
    </w:p>
    <w:p w14:paraId="59E77F0C" w14:textId="77777777" w:rsidR="003C216C" w:rsidRDefault="003C216C">
      <w:pPr>
        <w:spacing w:after="2400"/>
        <w:rPr>
          <w:lang w:val="ru-RU"/>
        </w:rPr>
      </w:pPr>
    </w:p>
    <w:p w14:paraId="4ED0C95C" w14:textId="77777777" w:rsidR="0033129D" w:rsidRDefault="0033129D">
      <w:pPr>
        <w:spacing w:after="2400"/>
        <w:rPr>
          <w:lang w:val="ru-RU"/>
        </w:rPr>
      </w:pPr>
    </w:p>
    <w:p w14:paraId="2101D0EB" w14:textId="77777777" w:rsidR="006E228A" w:rsidRPr="006E228A" w:rsidRDefault="00622ACB">
      <w:pPr>
        <w:jc w:val="center"/>
        <w:rPr>
          <w:lang w:val="ru-RU"/>
        </w:rPr>
      </w:pPr>
      <w:proofErr w:type="spellStart"/>
      <w:r w:rsidRPr="006E228A">
        <w:rPr>
          <w:lang w:val="ru-RU"/>
        </w:rPr>
        <w:t>Київ</w:t>
      </w:r>
      <w:proofErr w:type="spellEnd"/>
      <w:r w:rsidRPr="006E228A">
        <w:rPr>
          <w:lang w:val="ru-RU"/>
        </w:rPr>
        <w:t xml:space="preserve"> </w:t>
      </w:r>
      <w:r w:rsidR="006E228A" w:rsidRPr="006E228A">
        <w:rPr>
          <w:lang w:val="ru-RU"/>
        </w:rPr>
        <w:t>–</w:t>
      </w:r>
      <w:r w:rsidRPr="006E228A">
        <w:rPr>
          <w:lang w:val="ru-RU"/>
        </w:rPr>
        <w:t xml:space="preserve"> 2026</w:t>
      </w:r>
    </w:p>
    <w:p w14:paraId="5DB88DE1" w14:textId="77777777" w:rsidR="006E228A" w:rsidRPr="006E228A" w:rsidRDefault="006E228A">
      <w:pPr>
        <w:spacing w:after="200" w:line="276" w:lineRule="auto"/>
        <w:rPr>
          <w:lang w:val="ru-RU"/>
        </w:rPr>
      </w:pPr>
      <w:r w:rsidRPr="006E228A">
        <w:rPr>
          <w:lang w:val="ru-RU"/>
        </w:rPr>
        <w:br w:type="page"/>
      </w:r>
    </w:p>
    <w:p w14:paraId="0C27C7A9" w14:textId="77777777" w:rsidR="003C216C" w:rsidRPr="006E228A" w:rsidRDefault="003C216C">
      <w:pPr>
        <w:jc w:val="center"/>
        <w:rPr>
          <w:lang w:val="ru-RU"/>
        </w:rPr>
      </w:pPr>
    </w:p>
    <w:p w14:paraId="6D23467B" w14:textId="77777777" w:rsidR="003C216C" w:rsidRPr="006E228A" w:rsidRDefault="00622ACB">
      <w:pPr>
        <w:rPr>
          <w:lang w:val="ru-RU"/>
        </w:rPr>
      </w:pPr>
      <w:r w:rsidRPr="006E228A">
        <w:rPr>
          <w:lang w:val="ru-RU"/>
        </w:rPr>
        <w:br/>
      </w:r>
    </w:p>
    <w:p w14:paraId="7D53BD56" w14:textId="77777777" w:rsidR="003C216C" w:rsidRDefault="00622ACB">
      <w:pPr>
        <w:jc w:val="center"/>
        <w:rPr>
          <w:b/>
          <w:lang w:val="ru-RU"/>
        </w:rPr>
      </w:pPr>
      <w:r w:rsidRPr="006E228A">
        <w:rPr>
          <w:b/>
          <w:lang w:val="ru-RU"/>
        </w:rPr>
        <w:t>ЗМІСТ</w:t>
      </w:r>
    </w:p>
    <w:p w14:paraId="654D2455" w14:textId="77777777" w:rsidR="00141698" w:rsidRPr="006E228A" w:rsidRDefault="00141698">
      <w:pPr>
        <w:jc w:val="center"/>
        <w:rPr>
          <w:lang w:val="ru-RU"/>
        </w:rPr>
      </w:pPr>
    </w:p>
    <w:p w14:paraId="109398BC" w14:textId="1D0D5648" w:rsidR="003C216C" w:rsidRPr="006E228A" w:rsidRDefault="00141698">
      <w:pPr>
        <w:rPr>
          <w:lang w:val="ru-RU"/>
        </w:rPr>
      </w:pPr>
      <w:r w:rsidRPr="006E228A">
        <w:rPr>
          <w:lang w:val="ru-RU"/>
        </w:rPr>
        <w:t>1. ЗАГАЛЬНІ ПОЛОЖЕННЯ</w:t>
      </w:r>
    </w:p>
    <w:p w14:paraId="09572DF4" w14:textId="40BC2CD3" w:rsidR="003C216C" w:rsidRPr="006E228A" w:rsidRDefault="00141698">
      <w:pPr>
        <w:rPr>
          <w:lang w:val="ru-RU"/>
        </w:rPr>
      </w:pPr>
      <w:r w:rsidRPr="006E228A">
        <w:rPr>
          <w:lang w:val="ru-RU"/>
        </w:rPr>
        <w:t>2. НОРМАТИВНА ТА ВНУТРІШНЯ ОСНОВА</w:t>
      </w:r>
    </w:p>
    <w:p w14:paraId="708AB252" w14:textId="2A939D74" w:rsidR="003C216C" w:rsidRPr="006E228A" w:rsidRDefault="00141698">
      <w:pPr>
        <w:rPr>
          <w:lang w:val="ru-RU"/>
        </w:rPr>
      </w:pPr>
      <w:r w:rsidRPr="006E228A">
        <w:rPr>
          <w:lang w:val="ru-RU"/>
        </w:rPr>
        <w:t>3. ТЕРМІНИ ТА СКОРОЧЕННЯ</w:t>
      </w:r>
    </w:p>
    <w:p w14:paraId="13E7D4F9" w14:textId="7A46EAD0" w:rsidR="003C216C" w:rsidRPr="006E228A" w:rsidRDefault="00141698">
      <w:pPr>
        <w:rPr>
          <w:lang w:val="ru-RU"/>
        </w:rPr>
      </w:pPr>
      <w:r w:rsidRPr="006E228A">
        <w:rPr>
          <w:lang w:val="ru-RU"/>
        </w:rPr>
        <w:t>4. АКАДЕМІЧНІ ТВОРИ, ЩО ПІДЛЯГАЮТЬ ПЕРЕВІРЦІ</w:t>
      </w:r>
    </w:p>
    <w:p w14:paraId="3FE21E90" w14:textId="7C15BDCA" w:rsidR="003C216C" w:rsidRPr="006E228A" w:rsidRDefault="00141698">
      <w:pPr>
        <w:rPr>
          <w:lang w:val="ru-RU"/>
        </w:rPr>
      </w:pPr>
      <w:r w:rsidRPr="006E228A">
        <w:rPr>
          <w:lang w:val="ru-RU"/>
        </w:rPr>
        <w:t>5. ОРГАНІЗАЦІЯ ПЕРЕВІРКИ ТА ВІДПОВІДАЛЬНІ ОСОБИ</w:t>
      </w:r>
    </w:p>
    <w:p w14:paraId="60BB4670" w14:textId="631E1D61" w:rsidR="003C216C" w:rsidRPr="006E228A" w:rsidRDefault="00141698">
      <w:pPr>
        <w:rPr>
          <w:lang w:val="ru-RU"/>
        </w:rPr>
      </w:pPr>
      <w:r w:rsidRPr="006E228A">
        <w:rPr>
          <w:lang w:val="ru-RU"/>
        </w:rPr>
        <w:t>6. ПОДАННЯ АКАДЕМІЧНОГО ТВОРУ НА ПЕРЕВІРКУ</w:t>
      </w:r>
    </w:p>
    <w:p w14:paraId="0B8A2583" w14:textId="1CF0A96A" w:rsidR="003C216C" w:rsidRPr="006E228A" w:rsidRDefault="00141698">
      <w:pPr>
        <w:rPr>
          <w:lang w:val="ru-RU"/>
        </w:rPr>
      </w:pPr>
      <w:r w:rsidRPr="006E228A">
        <w:rPr>
          <w:lang w:val="ru-RU"/>
        </w:rPr>
        <w:t>7. ТЕХНІЧНА ПЕРЕВІРКА ТЕКСТОВИХ ЗБІГІВ, ІДЕНТИЧНОСТІ ТА СХОЖОСТІ</w:t>
      </w:r>
    </w:p>
    <w:p w14:paraId="4DCDB881" w14:textId="2F5E07DE" w:rsidR="003C216C" w:rsidRPr="006E228A" w:rsidRDefault="00141698">
      <w:pPr>
        <w:rPr>
          <w:lang w:val="ru-RU"/>
        </w:rPr>
      </w:pPr>
      <w:r w:rsidRPr="006E228A">
        <w:rPr>
          <w:lang w:val="ru-RU"/>
        </w:rPr>
        <w:t>8. ЗМІСТОВНИЙ АНАЛІЗ РЕЗУЛЬТАТІВ ПЕРЕВІРКИ НА АКАДЕМІЧНИЙ ПЛАГІАТ</w:t>
      </w:r>
    </w:p>
    <w:p w14:paraId="682C0341" w14:textId="25987183" w:rsidR="003C216C" w:rsidRPr="006E228A" w:rsidRDefault="00141698">
      <w:pPr>
        <w:rPr>
          <w:lang w:val="ru-RU"/>
        </w:rPr>
      </w:pPr>
      <w:r w:rsidRPr="006E228A">
        <w:rPr>
          <w:lang w:val="ru-RU"/>
        </w:rPr>
        <w:t>9. ПЕРЕВІРКА ВИКОРИСТАННЯ ТЕХНОЛОГІЙ ШТУЧНОГО ІНТЕЛЕКТУ</w:t>
      </w:r>
    </w:p>
    <w:p w14:paraId="7B85BF02" w14:textId="221111C5" w:rsidR="003C216C" w:rsidRPr="006E228A" w:rsidRDefault="00141698">
      <w:pPr>
        <w:rPr>
          <w:lang w:val="ru-RU"/>
        </w:rPr>
      </w:pPr>
      <w:r w:rsidRPr="006E228A">
        <w:rPr>
          <w:lang w:val="ru-RU"/>
        </w:rPr>
        <w:t>10. СТРОКИ ПРОВЕДЕННЯ ПЕРЕВІРКИ</w:t>
      </w:r>
    </w:p>
    <w:p w14:paraId="54FDAD3B" w14:textId="4B352776" w:rsidR="003C216C" w:rsidRPr="006E228A" w:rsidRDefault="00141698">
      <w:pPr>
        <w:rPr>
          <w:lang w:val="ru-RU"/>
        </w:rPr>
      </w:pPr>
      <w:r w:rsidRPr="006E228A">
        <w:rPr>
          <w:lang w:val="ru-RU"/>
        </w:rPr>
        <w:t>11. РЕЗУЛЬТАТИ ПЕРЕВІРКИ ТА ДОКУМЕНТИ, ЩО ОФОРМЛЮЮТЬСЯ</w:t>
      </w:r>
    </w:p>
    <w:p w14:paraId="22EB93DE" w14:textId="62CA8358" w:rsidR="003C216C" w:rsidRPr="006E228A" w:rsidRDefault="00141698">
      <w:pPr>
        <w:rPr>
          <w:lang w:val="ru-RU"/>
        </w:rPr>
      </w:pPr>
      <w:r w:rsidRPr="006E228A">
        <w:rPr>
          <w:lang w:val="ru-RU"/>
        </w:rPr>
        <w:t>12. РІШЕННЯ ЗА РЕЗУЛЬТАТАМИ ПЕРЕВІРКИ</w:t>
      </w:r>
    </w:p>
    <w:p w14:paraId="4294608C" w14:textId="246F3730" w:rsidR="003C216C" w:rsidRPr="006E228A" w:rsidRDefault="00141698">
      <w:pPr>
        <w:rPr>
          <w:lang w:val="ru-RU"/>
        </w:rPr>
      </w:pPr>
      <w:r w:rsidRPr="006E228A">
        <w:rPr>
          <w:lang w:val="ru-RU"/>
        </w:rPr>
        <w:t>13. ОСОБЛИВОСТІ ПЕРЕВІРКИ ОКРЕМИХ ВИДІВ АКАДЕМІЧНИХ ТВОРІВ</w:t>
      </w:r>
    </w:p>
    <w:p w14:paraId="5148BDD7" w14:textId="2908D953" w:rsidR="003C216C" w:rsidRPr="006E228A" w:rsidRDefault="00141698">
      <w:pPr>
        <w:rPr>
          <w:lang w:val="ru-RU"/>
        </w:rPr>
      </w:pPr>
      <w:r w:rsidRPr="006E228A">
        <w:rPr>
          <w:lang w:val="ru-RU"/>
        </w:rPr>
        <w:t>14. ПОВТОРНА ПЕРЕВІРКА, АПЕЛЯЦІЯ ТА ПЕРЕДАННЯ МАТЕРІАЛІВ ДО КОМІСІЇ</w:t>
      </w:r>
    </w:p>
    <w:p w14:paraId="6EA7B8EB" w14:textId="5671E0B8" w:rsidR="003C216C" w:rsidRPr="006E228A" w:rsidRDefault="00141698">
      <w:pPr>
        <w:rPr>
          <w:lang w:val="ru-RU"/>
        </w:rPr>
      </w:pPr>
      <w:r w:rsidRPr="006E228A">
        <w:rPr>
          <w:lang w:val="ru-RU"/>
        </w:rPr>
        <w:t>15. ЗБЕРІГАННЯ МАТЕРІАЛІВ, КОНФІДЕНЦІЙНІСТЬ І ЗАХИСТ ІНФОРМАЦІЇ</w:t>
      </w:r>
    </w:p>
    <w:p w14:paraId="336E0B14" w14:textId="0B7EBD8D" w:rsidR="003C216C" w:rsidRPr="006E228A" w:rsidRDefault="00141698">
      <w:pPr>
        <w:rPr>
          <w:lang w:val="ru-RU"/>
        </w:rPr>
      </w:pPr>
      <w:r w:rsidRPr="006E228A">
        <w:rPr>
          <w:lang w:val="ru-RU"/>
        </w:rPr>
        <w:t>16. ПРИКІНЦЕВІ ПОЛОЖЕННЯ</w:t>
      </w:r>
    </w:p>
    <w:p w14:paraId="1FABD3E9" w14:textId="1690723A" w:rsidR="003C216C" w:rsidRPr="006E228A" w:rsidRDefault="00141698">
      <w:pPr>
        <w:rPr>
          <w:lang w:val="ru-RU"/>
        </w:rPr>
      </w:pPr>
      <w:r w:rsidRPr="006E228A">
        <w:rPr>
          <w:lang w:val="ru-RU"/>
        </w:rPr>
        <w:t>ДОДАТКИ</w:t>
      </w:r>
    </w:p>
    <w:p w14:paraId="1DED5CBA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lang w:val="ru-RU"/>
        </w:rPr>
        <w:t>Додаток</w:t>
      </w:r>
      <w:proofErr w:type="spellEnd"/>
      <w:r w:rsidRPr="006E228A">
        <w:rPr>
          <w:lang w:val="ru-RU"/>
        </w:rPr>
        <w:t xml:space="preserve"> 1. Форма </w:t>
      </w:r>
      <w:proofErr w:type="spellStart"/>
      <w:r w:rsidRPr="006E228A">
        <w:rPr>
          <w:lang w:val="ru-RU"/>
        </w:rPr>
        <w:t>супровідної</w:t>
      </w:r>
      <w:proofErr w:type="spellEnd"/>
      <w:r w:rsidRPr="006E228A">
        <w:rPr>
          <w:lang w:val="ru-RU"/>
        </w:rPr>
        <w:t xml:space="preserve"> заяви на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</w:p>
    <w:p w14:paraId="360AFF32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lang w:val="ru-RU"/>
        </w:rPr>
        <w:t>Додаток</w:t>
      </w:r>
      <w:proofErr w:type="spellEnd"/>
      <w:r w:rsidRPr="006E228A">
        <w:rPr>
          <w:lang w:val="ru-RU"/>
        </w:rPr>
        <w:t xml:space="preserve"> 2. </w:t>
      </w:r>
      <w:proofErr w:type="spellStart"/>
      <w:r w:rsidRPr="006E228A">
        <w:rPr>
          <w:lang w:val="ru-RU"/>
        </w:rPr>
        <w:t>Декларація</w:t>
      </w:r>
      <w:proofErr w:type="spellEnd"/>
      <w:r w:rsidRPr="006E228A">
        <w:rPr>
          <w:lang w:val="ru-RU"/>
        </w:rPr>
        <w:t xml:space="preserve"> автора / </w:t>
      </w:r>
      <w:proofErr w:type="spellStart"/>
      <w:r w:rsidRPr="006E228A">
        <w:rPr>
          <w:lang w:val="ru-RU"/>
        </w:rPr>
        <w:t>співавторів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дотримання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</w:t>
      </w:r>
    </w:p>
    <w:p w14:paraId="5EED00C5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lang w:val="ru-RU"/>
        </w:rPr>
        <w:t>Додаток</w:t>
      </w:r>
      <w:proofErr w:type="spellEnd"/>
      <w:r w:rsidRPr="006E228A">
        <w:rPr>
          <w:lang w:val="ru-RU"/>
        </w:rPr>
        <w:t xml:space="preserve"> 3. Чек-лист автора перед </w:t>
      </w:r>
      <w:proofErr w:type="spellStart"/>
      <w:r w:rsidRPr="006E228A">
        <w:rPr>
          <w:lang w:val="ru-RU"/>
        </w:rPr>
        <w:t>поданням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перевірку</w:t>
      </w:r>
      <w:proofErr w:type="spellEnd"/>
    </w:p>
    <w:p w14:paraId="45437D14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lang w:val="ru-RU"/>
        </w:rPr>
        <w:t>Додаток</w:t>
      </w:r>
      <w:proofErr w:type="spellEnd"/>
      <w:r w:rsidRPr="006E228A">
        <w:rPr>
          <w:lang w:val="ru-RU"/>
        </w:rPr>
        <w:t xml:space="preserve"> 4. </w:t>
      </w:r>
      <w:proofErr w:type="spellStart"/>
      <w:r w:rsidRPr="006E228A">
        <w:rPr>
          <w:lang w:val="ru-RU"/>
        </w:rPr>
        <w:t>Картка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</w:p>
    <w:p w14:paraId="4922373D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lang w:val="ru-RU"/>
        </w:rPr>
        <w:t>Додаток</w:t>
      </w:r>
      <w:proofErr w:type="spellEnd"/>
      <w:r w:rsidRPr="006E228A">
        <w:rPr>
          <w:lang w:val="ru-RU"/>
        </w:rPr>
        <w:t xml:space="preserve"> 5. Форма </w:t>
      </w:r>
      <w:proofErr w:type="spellStart"/>
      <w:r w:rsidRPr="006E228A">
        <w:rPr>
          <w:lang w:val="ru-RU"/>
        </w:rPr>
        <w:t>довідки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</w:p>
    <w:p w14:paraId="40AE0A3C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lang w:val="ru-RU"/>
        </w:rPr>
        <w:t>Додаток</w:t>
      </w:r>
      <w:proofErr w:type="spellEnd"/>
      <w:r w:rsidRPr="006E228A">
        <w:rPr>
          <w:lang w:val="ru-RU"/>
        </w:rPr>
        <w:t xml:space="preserve"> 6. Форма </w:t>
      </w:r>
      <w:proofErr w:type="spellStart"/>
      <w:r w:rsidRPr="006E228A">
        <w:rPr>
          <w:lang w:val="ru-RU"/>
        </w:rPr>
        <w:t>висновку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змістовного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</w:p>
    <w:p w14:paraId="6FCB68ED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lang w:val="ru-RU"/>
        </w:rPr>
        <w:t>Додаток</w:t>
      </w:r>
      <w:proofErr w:type="spellEnd"/>
      <w:r w:rsidRPr="006E228A">
        <w:rPr>
          <w:lang w:val="ru-RU"/>
        </w:rPr>
        <w:t xml:space="preserve"> 7. Журнал </w:t>
      </w:r>
      <w:proofErr w:type="spellStart"/>
      <w:r w:rsidRPr="006E228A">
        <w:rPr>
          <w:lang w:val="ru-RU"/>
        </w:rPr>
        <w:t>реєстрації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творів</w:t>
      </w:r>
      <w:proofErr w:type="spellEnd"/>
    </w:p>
    <w:p w14:paraId="698530B9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lang w:val="ru-RU"/>
        </w:rPr>
        <w:t>Додаток</w:t>
      </w:r>
      <w:proofErr w:type="spellEnd"/>
      <w:r w:rsidRPr="006E228A">
        <w:rPr>
          <w:lang w:val="ru-RU"/>
        </w:rPr>
        <w:t xml:space="preserve"> 8. </w:t>
      </w:r>
      <w:proofErr w:type="spellStart"/>
      <w:r w:rsidRPr="006E228A">
        <w:rPr>
          <w:lang w:val="ru-RU"/>
        </w:rPr>
        <w:t>Орієнтовна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матриця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рішень</w:t>
      </w:r>
      <w:proofErr w:type="spellEnd"/>
      <w:r w:rsidRPr="006E228A">
        <w:rPr>
          <w:lang w:val="ru-RU"/>
        </w:rPr>
        <w:t xml:space="preserve"> за результатами </w:t>
      </w:r>
      <w:proofErr w:type="spellStart"/>
      <w:r w:rsidRPr="006E228A">
        <w:rPr>
          <w:lang w:val="ru-RU"/>
        </w:rPr>
        <w:t>перевірки</w:t>
      </w:r>
      <w:proofErr w:type="spellEnd"/>
    </w:p>
    <w:p w14:paraId="35AB2750" w14:textId="77777777" w:rsidR="003C216C" w:rsidRPr="006E228A" w:rsidRDefault="00622ACB">
      <w:pPr>
        <w:rPr>
          <w:lang w:val="ru-RU"/>
        </w:rPr>
      </w:pPr>
      <w:r w:rsidRPr="006E228A">
        <w:rPr>
          <w:lang w:val="ru-RU"/>
        </w:rPr>
        <w:br/>
      </w:r>
    </w:p>
    <w:p w14:paraId="020FF671" w14:textId="77777777" w:rsidR="006E228A" w:rsidRDefault="006E228A">
      <w:pPr>
        <w:spacing w:after="200" w:line="276" w:lineRule="auto"/>
        <w:rPr>
          <w:b/>
          <w:lang w:val="ru-RU"/>
        </w:rPr>
      </w:pPr>
      <w:r>
        <w:rPr>
          <w:lang w:val="ru-RU"/>
        </w:rPr>
        <w:br w:type="page"/>
      </w:r>
    </w:p>
    <w:p w14:paraId="396E0061" w14:textId="77777777" w:rsidR="003C216C" w:rsidRDefault="00622ACB">
      <w:pPr>
        <w:pStyle w:val="Heading1Custom"/>
        <w:spacing w:line="259" w:lineRule="auto"/>
        <w:jc w:val="center"/>
        <w:rPr>
          <w:lang w:val="ru-RU"/>
        </w:rPr>
      </w:pPr>
      <w:r w:rsidRPr="006E228A">
        <w:rPr>
          <w:lang w:val="ru-RU"/>
        </w:rPr>
        <w:lastRenderedPageBreak/>
        <w:t>1. ЗАГАЛЬНІ ПОЛОЖЕННЯ</w:t>
      </w:r>
    </w:p>
    <w:p w14:paraId="0C9F9101" w14:textId="77777777" w:rsidR="00141698" w:rsidRPr="006E228A" w:rsidRDefault="00141698">
      <w:pPr>
        <w:pStyle w:val="Heading1Custom"/>
        <w:spacing w:line="259" w:lineRule="auto"/>
        <w:jc w:val="center"/>
        <w:rPr>
          <w:lang w:val="ru-RU"/>
        </w:rPr>
      </w:pPr>
    </w:p>
    <w:p w14:paraId="4C114CFA" w14:textId="0D79E359" w:rsidR="003C216C" w:rsidRPr="006E228A" w:rsidRDefault="00622ACB" w:rsidP="00141698">
      <w:pPr>
        <w:jc w:val="both"/>
        <w:rPr>
          <w:lang w:val="ru-RU"/>
        </w:rPr>
      </w:pPr>
      <w:r w:rsidRPr="006E228A">
        <w:rPr>
          <w:lang w:val="ru-RU"/>
        </w:rPr>
        <w:t xml:space="preserve">1.1. </w:t>
      </w:r>
      <w:proofErr w:type="spellStart"/>
      <w:r w:rsidRPr="006E228A">
        <w:rPr>
          <w:lang w:val="ru-RU"/>
        </w:rPr>
        <w:t>Це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визначає</w:t>
      </w:r>
      <w:proofErr w:type="spellEnd"/>
      <w:r w:rsidRPr="006E228A">
        <w:rPr>
          <w:lang w:val="ru-RU"/>
        </w:rPr>
        <w:t xml:space="preserve"> порядок </w:t>
      </w:r>
      <w:proofErr w:type="spellStart"/>
      <w:r w:rsidRPr="006E228A">
        <w:rPr>
          <w:lang w:val="ru-RU"/>
        </w:rPr>
        <w:t>подання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приймання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змістовного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документування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творів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наявність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ознак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плагіату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некоректних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текстових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запозичень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самоплагіату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недоброчесного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технологій</w:t>
      </w:r>
      <w:proofErr w:type="spellEnd"/>
      <w:r w:rsidRPr="006E228A">
        <w:rPr>
          <w:lang w:val="ru-RU"/>
        </w:rPr>
        <w:t xml:space="preserve"> штучного </w:t>
      </w:r>
      <w:proofErr w:type="spellStart"/>
      <w:r w:rsidRPr="006E228A">
        <w:rPr>
          <w:lang w:val="ru-RU"/>
        </w:rPr>
        <w:t>інтелекту</w:t>
      </w:r>
      <w:proofErr w:type="spellEnd"/>
      <w:r w:rsidRPr="006E228A">
        <w:rPr>
          <w:lang w:val="ru-RU"/>
        </w:rPr>
        <w:t xml:space="preserve"> в </w:t>
      </w:r>
      <w:proofErr w:type="spellStart"/>
      <w:r w:rsidRPr="006E228A">
        <w:rPr>
          <w:lang w:val="ru-RU"/>
        </w:rPr>
        <w:t>Державній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установі</w:t>
      </w:r>
      <w:proofErr w:type="spellEnd"/>
      <w:r w:rsidRPr="006E228A">
        <w:rPr>
          <w:lang w:val="ru-RU"/>
        </w:rPr>
        <w:t xml:space="preserve"> «</w:t>
      </w:r>
      <w:proofErr w:type="spellStart"/>
      <w:r w:rsidRPr="006E228A">
        <w:rPr>
          <w:lang w:val="ru-RU"/>
        </w:rPr>
        <w:t>Національний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науковий</w:t>
      </w:r>
      <w:proofErr w:type="spellEnd"/>
      <w:r w:rsidRPr="006E228A">
        <w:rPr>
          <w:lang w:val="ru-RU"/>
        </w:rPr>
        <w:t xml:space="preserve"> центр </w:t>
      </w:r>
      <w:proofErr w:type="spellStart"/>
      <w:r w:rsidRPr="006E228A">
        <w:rPr>
          <w:lang w:val="ru-RU"/>
        </w:rPr>
        <w:t>радіаційної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медицини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гематології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онкології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Національної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медичних</w:t>
      </w:r>
      <w:proofErr w:type="spellEnd"/>
      <w:r w:rsidRPr="006E228A">
        <w:rPr>
          <w:lang w:val="ru-RU"/>
        </w:rPr>
        <w:t xml:space="preserve"> наук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>» (</w:t>
      </w:r>
      <w:proofErr w:type="spellStart"/>
      <w:r w:rsidRPr="006E228A">
        <w:rPr>
          <w:lang w:val="ru-RU"/>
        </w:rPr>
        <w:t>далі</w:t>
      </w:r>
      <w:proofErr w:type="spellEnd"/>
      <w:r w:rsidRPr="006E228A">
        <w:rPr>
          <w:lang w:val="ru-RU"/>
        </w:rPr>
        <w:t xml:space="preserve"> </w:t>
      </w:r>
      <w:r w:rsidR="00141698">
        <w:rPr>
          <w:lang w:val="ru-RU"/>
        </w:rPr>
        <w:t>–</w:t>
      </w:r>
      <w:r w:rsidRPr="006E228A">
        <w:rPr>
          <w:lang w:val="ru-RU"/>
        </w:rPr>
        <w:t xml:space="preserve"> ННЦРМГО).</w:t>
      </w:r>
    </w:p>
    <w:p w14:paraId="4EC2E517" w14:textId="77777777" w:rsidR="003C216C" w:rsidRPr="006E228A" w:rsidRDefault="00622ACB" w:rsidP="00141698">
      <w:pPr>
        <w:jc w:val="both"/>
        <w:rPr>
          <w:lang w:val="ru-RU"/>
        </w:rPr>
      </w:pPr>
      <w:r w:rsidRPr="006E228A">
        <w:rPr>
          <w:lang w:val="ru-RU"/>
        </w:rPr>
        <w:t xml:space="preserve">1.2.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є </w:t>
      </w:r>
      <w:proofErr w:type="spellStart"/>
      <w:r w:rsidRPr="006E228A">
        <w:rPr>
          <w:lang w:val="ru-RU"/>
        </w:rPr>
        <w:t>спеціальним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внутрішнім</w:t>
      </w:r>
      <w:proofErr w:type="spellEnd"/>
      <w:r w:rsidRPr="006E228A">
        <w:rPr>
          <w:lang w:val="ru-RU"/>
        </w:rPr>
        <w:t xml:space="preserve"> актом ННЦРМГО, </w:t>
      </w:r>
      <w:proofErr w:type="spellStart"/>
      <w:r w:rsidRPr="006E228A">
        <w:rPr>
          <w:lang w:val="ru-RU"/>
        </w:rPr>
        <w:t>який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деталізує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практичну</w:t>
      </w:r>
      <w:proofErr w:type="spellEnd"/>
      <w:r w:rsidRPr="006E228A">
        <w:rPr>
          <w:lang w:val="ru-RU"/>
        </w:rPr>
        <w:t xml:space="preserve"> процедуру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творів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застосовується</w:t>
      </w:r>
      <w:proofErr w:type="spellEnd"/>
      <w:r w:rsidRPr="006E228A">
        <w:rPr>
          <w:lang w:val="ru-RU"/>
        </w:rPr>
        <w:t xml:space="preserve"> разом </w:t>
      </w:r>
      <w:proofErr w:type="spellStart"/>
      <w:r w:rsidRPr="006E228A">
        <w:rPr>
          <w:lang w:val="ru-RU"/>
        </w:rPr>
        <w:t>із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Положенням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академічну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доброчесність</w:t>
      </w:r>
      <w:proofErr w:type="spellEnd"/>
      <w:r w:rsidRPr="006E228A">
        <w:rPr>
          <w:lang w:val="ru-RU"/>
        </w:rPr>
        <w:t xml:space="preserve"> у ННЦРМГО, Кодексом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ННЦРМГО, </w:t>
      </w:r>
      <w:proofErr w:type="spellStart"/>
      <w:r w:rsidRPr="006E228A">
        <w:rPr>
          <w:lang w:val="ru-RU"/>
        </w:rPr>
        <w:t>Положенням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технологій</w:t>
      </w:r>
      <w:proofErr w:type="spellEnd"/>
      <w:r w:rsidRPr="006E228A">
        <w:rPr>
          <w:lang w:val="ru-RU"/>
        </w:rPr>
        <w:t xml:space="preserve"> штучного </w:t>
      </w:r>
      <w:proofErr w:type="spellStart"/>
      <w:r w:rsidRPr="006E228A">
        <w:rPr>
          <w:lang w:val="ru-RU"/>
        </w:rPr>
        <w:t>інтелекту</w:t>
      </w:r>
      <w:proofErr w:type="spellEnd"/>
      <w:r w:rsidRPr="006E228A">
        <w:rPr>
          <w:lang w:val="ru-RU"/>
        </w:rPr>
        <w:t xml:space="preserve"> в </w:t>
      </w:r>
      <w:proofErr w:type="spellStart"/>
      <w:r w:rsidRPr="006E228A">
        <w:rPr>
          <w:lang w:val="ru-RU"/>
        </w:rPr>
        <w:t>освітній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науковій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редакційній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експертній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діяльності</w:t>
      </w:r>
      <w:proofErr w:type="spellEnd"/>
      <w:r w:rsidRPr="006E228A">
        <w:rPr>
          <w:lang w:val="ru-RU"/>
        </w:rPr>
        <w:t xml:space="preserve"> ННЦРМГО, </w:t>
      </w:r>
      <w:proofErr w:type="spellStart"/>
      <w:r w:rsidRPr="006E228A">
        <w:rPr>
          <w:lang w:val="ru-RU"/>
        </w:rPr>
        <w:t>Положенням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Комісію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питань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ННЦРМГО та </w:t>
      </w:r>
      <w:proofErr w:type="spellStart"/>
      <w:r w:rsidRPr="006E228A">
        <w:rPr>
          <w:lang w:val="ru-RU"/>
        </w:rPr>
        <w:t>іншими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внутрішніми</w:t>
      </w:r>
      <w:proofErr w:type="spellEnd"/>
      <w:r w:rsidRPr="006E228A">
        <w:rPr>
          <w:lang w:val="ru-RU"/>
        </w:rPr>
        <w:t xml:space="preserve"> актами Центру.</w:t>
      </w:r>
    </w:p>
    <w:p w14:paraId="25DB8E21" w14:textId="77777777" w:rsidR="003C216C" w:rsidRPr="006E228A" w:rsidRDefault="00622ACB" w:rsidP="00141698">
      <w:pPr>
        <w:jc w:val="both"/>
        <w:rPr>
          <w:lang w:val="ru-RU"/>
        </w:rPr>
      </w:pPr>
      <w:r w:rsidRPr="006E228A">
        <w:rPr>
          <w:lang w:val="ru-RU"/>
        </w:rPr>
        <w:t xml:space="preserve">1.3. Метою </w:t>
      </w:r>
      <w:proofErr w:type="spellStart"/>
      <w:r w:rsidRPr="006E228A">
        <w:rPr>
          <w:lang w:val="ru-RU"/>
        </w:rPr>
        <w:t>цього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є </w:t>
      </w:r>
      <w:proofErr w:type="spellStart"/>
      <w:r w:rsidRPr="006E228A">
        <w:rPr>
          <w:lang w:val="ru-RU"/>
        </w:rPr>
        <w:t>забезпечення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прозорої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передбачуваної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документованої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творів</w:t>
      </w:r>
      <w:proofErr w:type="spellEnd"/>
      <w:r w:rsidRPr="006E228A">
        <w:rPr>
          <w:lang w:val="ru-RU"/>
        </w:rPr>
        <w:t xml:space="preserve">, яка </w:t>
      </w:r>
      <w:proofErr w:type="spellStart"/>
      <w:r w:rsidRPr="006E228A">
        <w:rPr>
          <w:lang w:val="ru-RU"/>
        </w:rPr>
        <w:t>сприяє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запобіганню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академічному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плагіату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недоброчесному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технологій</w:t>
      </w:r>
      <w:proofErr w:type="spellEnd"/>
      <w:r w:rsidRPr="006E228A">
        <w:rPr>
          <w:lang w:val="ru-RU"/>
        </w:rPr>
        <w:t xml:space="preserve"> штучного </w:t>
      </w:r>
      <w:proofErr w:type="spellStart"/>
      <w:r w:rsidRPr="006E228A">
        <w:rPr>
          <w:lang w:val="ru-RU"/>
        </w:rPr>
        <w:t>інтелекту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порушенням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>.</w:t>
      </w:r>
    </w:p>
    <w:p w14:paraId="72E85B9B" w14:textId="77777777" w:rsidR="003C216C" w:rsidRPr="006E228A" w:rsidRDefault="00622ACB" w:rsidP="00141698">
      <w:pPr>
        <w:jc w:val="both"/>
        <w:rPr>
          <w:lang w:val="ru-RU"/>
        </w:rPr>
      </w:pPr>
      <w:r w:rsidRPr="006E228A">
        <w:rPr>
          <w:lang w:val="ru-RU"/>
        </w:rPr>
        <w:t xml:space="preserve">1.4. </w:t>
      </w:r>
      <w:proofErr w:type="spellStart"/>
      <w:r w:rsidRPr="006E228A">
        <w:rPr>
          <w:lang w:val="ru-RU"/>
        </w:rPr>
        <w:t>Перевірка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 не є </w:t>
      </w:r>
      <w:proofErr w:type="spellStart"/>
      <w:r w:rsidRPr="006E228A">
        <w:rPr>
          <w:lang w:val="ru-RU"/>
        </w:rPr>
        <w:t>механічним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встановленням</w:t>
      </w:r>
      <w:proofErr w:type="spellEnd"/>
      <w:r w:rsidRPr="006E228A">
        <w:rPr>
          <w:lang w:val="ru-RU"/>
        </w:rPr>
        <w:t xml:space="preserve"> факту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. </w:t>
      </w:r>
      <w:proofErr w:type="spellStart"/>
      <w:r w:rsidRPr="006E228A">
        <w:rPr>
          <w:lang w:val="ru-RU"/>
        </w:rPr>
        <w:t>Технічні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показники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програмних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засобів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інструментів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виявлення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можливого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 </w:t>
      </w:r>
      <w:proofErr w:type="spellStart"/>
      <w:r w:rsidRPr="006E228A">
        <w:rPr>
          <w:lang w:val="ru-RU"/>
        </w:rPr>
        <w:t>мають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допоміжний</w:t>
      </w:r>
      <w:proofErr w:type="spellEnd"/>
      <w:r w:rsidRPr="006E228A">
        <w:rPr>
          <w:lang w:val="ru-RU"/>
        </w:rPr>
        <w:t xml:space="preserve"> характер і </w:t>
      </w:r>
      <w:proofErr w:type="spellStart"/>
      <w:r w:rsidRPr="006E228A">
        <w:rPr>
          <w:lang w:val="ru-RU"/>
        </w:rPr>
        <w:t>підлягають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змістовному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>.</w:t>
      </w:r>
    </w:p>
    <w:p w14:paraId="570F3E6C" w14:textId="77777777" w:rsidR="003C216C" w:rsidRPr="006E228A" w:rsidRDefault="00622ACB" w:rsidP="00141698">
      <w:pPr>
        <w:jc w:val="both"/>
        <w:rPr>
          <w:lang w:val="ru-RU"/>
        </w:rPr>
      </w:pPr>
      <w:r w:rsidRPr="006E228A">
        <w:rPr>
          <w:lang w:val="ru-RU"/>
        </w:rPr>
        <w:t xml:space="preserve">1.5. </w:t>
      </w:r>
      <w:proofErr w:type="spellStart"/>
      <w:r w:rsidRPr="006E228A">
        <w:rPr>
          <w:lang w:val="ru-RU"/>
        </w:rPr>
        <w:t>Це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застосовується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академічних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створюються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подаються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перевіряються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рецензуються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редагуються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рекомендуються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друку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захищаються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оприлюднюються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використовуються</w:t>
      </w:r>
      <w:proofErr w:type="spellEnd"/>
      <w:r w:rsidRPr="006E228A">
        <w:rPr>
          <w:lang w:val="ru-RU"/>
        </w:rPr>
        <w:t xml:space="preserve"> в ННЦРМГО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імені</w:t>
      </w:r>
      <w:proofErr w:type="spellEnd"/>
      <w:r w:rsidRPr="006E228A">
        <w:rPr>
          <w:lang w:val="ru-RU"/>
        </w:rPr>
        <w:t xml:space="preserve"> ННЦРМГО.</w:t>
      </w:r>
    </w:p>
    <w:p w14:paraId="7EDA8B79" w14:textId="77777777" w:rsidR="003C216C" w:rsidRPr="006E228A" w:rsidRDefault="00622ACB" w:rsidP="00141698">
      <w:pPr>
        <w:jc w:val="both"/>
        <w:rPr>
          <w:lang w:val="ru-RU"/>
        </w:rPr>
      </w:pPr>
      <w:r w:rsidRPr="006E228A">
        <w:rPr>
          <w:lang w:val="ru-RU"/>
        </w:rPr>
        <w:t xml:space="preserve">1.6. </w:t>
      </w:r>
      <w:proofErr w:type="spellStart"/>
      <w:r w:rsidRPr="006E228A">
        <w:rPr>
          <w:lang w:val="ru-RU"/>
        </w:rPr>
        <w:t>Дія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поширюється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працівників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науково-педагогічних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працівників</w:t>
      </w:r>
      <w:proofErr w:type="spellEnd"/>
      <w:r w:rsidRPr="006E228A">
        <w:rPr>
          <w:lang w:val="ru-RU"/>
        </w:rPr>
        <w:t xml:space="preserve"> за </w:t>
      </w:r>
      <w:proofErr w:type="spellStart"/>
      <w:r w:rsidRPr="006E228A">
        <w:rPr>
          <w:lang w:val="ru-RU"/>
        </w:rPr>
        <w:t>наявності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аспірантів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докторантів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клінічних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ординаторів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здобувачів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ступенів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авторів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співавторів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керівників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консультантів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рецензентів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офіційних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опонентів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редакторів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членів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редакційних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колегій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експертів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членів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разових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спеціалізованих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вчених</w:t>
      </w:r>
      <w:proofErr w:type="spellEnd"/>
      <w:r w:rsidRPr="006E228A">
        <w:rPr>
          <w:lang w:val="ru-RU"/>
        </w:rPr>
        <w:t xml:space="preserve"> рад, </w:t>
      </w:r>
      <w:proofErr w:type="spellStart"/>
      <w:r w:rsidRPr="006E228A">
        <w:rPr>
          <w:lang w:val="ru-RU"/>
        </w:rPr>
        <w:t>членів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питань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осіб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залучених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діяльності</w:t>
      </w:r>
      <w:proofErr w:type="spellEnd"/>
      <w:r w:rsidRPr="006E228A">
        <w:rPr>
          <w:lang w:val="ru-RU"/>
        </w:rPr>
        <w:t xml:space="preserve"> ННЦРМГО.</w:t>
      </w:r>
    </w:p>
    <w:p w14:paraId="2125A3C9" w14:textId="411C954D" w:rsidR="003C216C" w:rsidRDefault="00622ACB" w:rsidP="00141698">
      <w:pPr>
        <w:jc w:val="both"/>
        <w:rPr>
          <w:lang w:val="ru-RU"/>
        </w:rPr>
      </w:pPr>
      <w:r w:rsidRPr="006E228A">
        <w:rPr>
          <w:lang w:val="ru-RU"/>
        </w:rPr>
        <w:t xml:space="preserve">1.7. У </w:t>
      </w:r>
      <w:proofErr w:type="spellStart"/>
      <w:r w:rsidRPr="006E228A">
        <w:rPr>
          <w:lang w:val="ru-RU"/>
        </w:rPr>
        <w:t>разі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правила конкретного </w:t>
      </w:r>
      <w:proofErr w:type="spellStart"/>
      <w:r w:rsidRPr="006E228A">
        <w:rPr>
          <w:lang w:val="ru-RU"/>
        </w:rPr>
        <w:t>наукового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видання</w:t>
      </w:r>
      <w:proofErr w:type="spellEnd"/>
      <w:r w:rsidRPr="006E228A">
        <w:rPr>
          <w:lang w:val="ru-RU"/>
        </w:rPr>
        <w:t xml:space="preserve">, гранту, договору, </w:t>
      </w:r>
      <w:proofErr w:type="spellStart"/>
      <w:r w:rsidRPr="006E228A">
        <w:rPr>
          <w:lang w:val="ru-RU"/>
        </w:rPr>
        <w:t>конференції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дисертаційної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процесу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встановлюють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спеціальні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вимоги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такі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вимоги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застосовуються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частині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суперечить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законодавству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внутрішнім</w:t>
      </w:r>
      <w:proofErr w:type="spellEnd"/>
      <w:r w:rsidRPr="006E228A">
        <w:rPr>
          <w:lang w:val="ru-RU"/>
        </w:rPr>
        <w:t xml:space="preserve"> актам ННЦРМГО.</w:t>
      </w:r>
    </w:p>
    <w:p w14:paraId="74CD4102" w14:textId="77777777" w:rsidR="00141698" w:rsidRPr="006E228A" w:rsidRDefault="00141698" w:rsidP="00141698">
      <w:pPr>
        <w:jc w:val="both"/>
        <w:rPr>
          <w:lang w:val="ru-RU"/>
        </w:rPr>
      </w:pPr>
    </w:p>
    <w:p w14:paraId="3C090F31" w14:textId="77777777" w:rsidR="003C216C" w:rsidRPr="006E228A" w:rsidRDefault="00622ACB" w:rsidP="00141698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t>2. НОРМАТИВНА ТА ВНУТРІШНЯ ОСНОВА</w:t>
      </w:r>
    </w:p>
    <w:p w14:paraId="429894FB" w14:textId="77777777" w:rsidR="003C216C" w:rsidRPr="006E228A" w:rsidRDefault="00622ACB" w:rsidP="00141698">
      <w:pPr>
        <w:jc w:val="both"/>
        <w:rPr>
          <w:lang w:val="ru-RU"/>
        </w:rPr>
      </w:pPr>
      <w:r w:rsidRPr="006E228A">
        <w:rPr>
          <w:lang w:val="ru-RU"/>
        </w:rPr>
        <w:t xml:space="preserve">2.1. </w:t>
      </w:r>
      <w:proofErr w:type="spellStart"/>
      <w:r w:rsidRPr="006E228A">
        <w:rPr>
          <w:lang w:val="ru-RU"/>
        </w:rPr>
        <w:t>Це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розроблено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відповідно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чинних</w:t>
      </w:r>
      <w:proofErr w:type="spellEnd"/>
      <w:r w:rsidRPr="006E228A">
        <w:rPr>
          <w:lang w:val="ru-RU"/>
        </w:rPr>
        <w:t xml:space="preserve"> на дату </w:t>
      </w:r>
      <w:proofErr w:type="spellStart"/>
      <w:r w:rsidRPr="006E228A">
        <w:rPr>
          <w:lang w:val="ru-RU"/>
        </w:rPr>
        <w:t>його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затвердження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законодавства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сфері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освіти</w:t>
      </w:r>
      <w:proofErr w:type="spellEnd"/>
      <w:r w:rsidRPr="006E228A">
        <w:rPr>
          <w:lang w:val="ru-RU"/>
        </w:rPr>
        <w:t xml:space="preserve">, науки, </w:t>
      </w:r>
      <w:proofErr w:type="spellStart"/>
      <w:r w:rsidRPr="006E228A">
        <w:rPr>
          <w:lang w:val="ru-RU"/>
        </w:rPr>
        <w:t>наукової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науково-технічної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діяльності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авторського</w:t>
      </w:r>
      <w:proofErr w:type="spellEnd"/>
      <w:r w:rsidRPr="006E228A">
        <w:rPr>
          <w:lang w:val="ru-RU"/>
        </w:rPr>
        <w:t xml:space="preserve"> права, </w:t>
      </w:r>
      <w:proofErr w:type="spellStart"/>
      <w:r w:rsidRPr="006E228A">
        <w:rPr>
          <w:lang w:val="ru-RU"/>
        </w:rPr>
        <w:t>видавничої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діяльності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захисту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персональних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даних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інформації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>.</w:t>
      </w:r>
    </w:p>
    <w:p w14:paraId="72983447" w14:textId="1EC3B3C3" w:rsidR="003C216C" w:rsidRPr="006E228A" w:rsidRDefault="00622ACB" w:rsidP="00141698">
      <w:pPr>
        <w:jc w:val="both"/>
        <w:rPr>
          <w:lang w:val="ru-RU"/>
        </w:rPr>
      </w:pPr>
      <w:r w:rsidRPr="006E228A">
        <w:rPr>
          <w:lang w:val="ru-RU"/>
        </w:rPr>
        <w:t xml:space="preserve">2.2. </w:t>
      </w:r>
      <w:proofErr w:type="spellStart"/>
      <w:r w:rsidRPr="006E228A">
        <w:rPr>
          <w:lang w:val="ru-RU"/>
        </w:rPr>
        <w:t>Під</w:t>
      </w:r>
      <w:proofErr w:type="spellEnd"/>
      <w:r w:rsidRPr="006E228A">
        <w:rPr>
          <w:lang w:val="ru-RU"/>
        </w:rPr>
        <w:t xml:space="preserve"> час </w:t>
      </w:r>
      <w:proofErr w:type="spellStart"/>
      <w:r w:rsidRPr="006E228A">
        <w:rPr>
          <w:lang w:val="ru-RU"/>
        </w:rPr>
        <w:t>застосування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враховуються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зокрема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Конституції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законів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 «Про </w:t>
      </w:r>
      <w:proofErr w:type="spellStart"/>
      <w:r w:rsidRPr="006E228A">
        <w:rPr>
          <w:lang w:val="ru-RU"/>
        </w:rPr>
        <w:t>академічну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доброчесність</w:t>
      </w:r>
      <w:proofErr w:type="spellEnd"/>
      <w:r w:rsidRPr="006E228A">
        <w:rPr>
          <w:lang w:val="ru-RU"/>
        </w:rPr>
        <w:t xml:space="preserve">», «Про </w:t>
      </w:r>
      <w:proofErr w:type="spellStart"/>
      <w:r w:rsidRPr="006E228A">
        <w:rPr>
          <w:lang w:val="ru-RU"/>
        </w:rPr>
        <w:t>освіту</w:t>
      </w:r>
      <w:proofErr w:type="spellEnd"/>
      <w:r w:rsidRPr="006E228A">
        <w:rPr>
          <w:lang w:val="ru-RU"/>
        </w:rPr>
        <w:t xml:space="preserve">», «Про </w:t>
      </w:r>
      <w:proofErr w:type="spellStart"/>
      <w:r w:rsidRPr="006E228A">
        <w:rPr>
          <w:lang w:val="ru-RU"/>
        </w:rPr>
        <w:t>вищу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освіту</w:t>
      </w:r>
      <w:proofErr w:type="spellEnd"/>
      <w:r w:rsidRPr="006E228A">
        <w:rPr>
          <w:lang w:val="ru-RU"/>
        </w:rPr>
        <w:t xml:space="preserve">», «Про </w:t>
      </w:r>
      <w:proofErr w:type="spellStart"/>
      <w:r w:rsidRPr="006E228A">
        <w:rPr>
          <w:lang w:val="ru-RU"/>
        </w:rPr>
        <w:t>наукову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науково-технічну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діяльність</w:t>
      </w:r>
      <w:proofErr w:type="spellEnd"/>
      <w:r w:rsidRPr="006E228A">
        <w:rPr>
          <w:lang w:val="ru-RU"/>
        </w:rPr>
        <w:t xml:space="preserve">», «Про </w:t>
      </w:r>
      <w:proofErr w:type="spellStart"/>
      <w:r w:rsidRPr="006E228A">
        <w:rPr>
          <w:lang w:val="ru-RU"/>
        </w:rPr>
        <w:t>авторське</w:t>
      </w:r>
      <w:proofErr w:type="spellEnd"/>
      <w:r w:rsidRPr="006E228A">
        <w:rPr>
          <w:lang w:val="ru-RU"/>
        </w:rPr>
        <w:t xml:space="preserve"> право і </w:t>
      </w:r>
      <w:proofErr w:type="spellStart"/>
      <w:r w:rsidRPr="006E228A">
        <w:rPr>
          <w:lang w:val="ru-RU"/>
        </w:rPr>
        <w:t>суміжні</w:t>
      </w:r>
      <w:proofErr w:type="spellEnd"/>
      <w:r w:rsidRPr="006E228A">
        <w:rPr>
          <w:lang w:val="ru-RU"/>
        </w:rPr>
        <w:t xml:space="preserve"> права», «Про </w:t>
      </w:r>
      <w:proofErr w:type="spellStart"/>
      <w:r w:rsidRPr="006E228A">
        <w:rPr>
          <w:lang w:val="ru-RU"/>
        </w:rPr>
        <w:t>захист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персональних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даних</w:t>
      </w:r>
      <w:proofErr w:type="spellEnd"/>
      <w:r w:rsidRPr="006E228A">
        <w:rPr>
          <w:lang w:val="ru-RU"/>
        </w:rPr>
        <w:t xml:space="preserve">», «Про </w:t>
      </w:r>
      <w:proofErr w:type="spellStart"/>
      <w:r w:rsidRPr="006E228A">
        <w:rPr>
          <w:lang w:val="ru-RU"/>
        </w:rPr>
        <w:t>видавничу</w:t>
      </w:r>
      <w:proofErr w:type="spellEnd"/>
      <w:r w:rsidRPr="006E228A">
        <w:rPr>
          <w:lang w:val="ru-RU"/>
        </w:rPr>
        <w:t xml:space="preserve"> справу», </w:t>
      </w:r>
      <w:proofErr w:type="spellStart"/>
      <w:r w:rsidRPr="006E228A">
        <w:rPr>
          <w:lang w:val="ru-RU"/>
        </w:rPr>
        <w:t>актів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Кабінету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Міністрів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, </w:t>
      </w:r>
      <w:r w:rsidRPr="006E228A">
        <w:rPr>
          <w:lang w:val="ru-RU"/>
        </w:rPr>
        <w:lastRenderedPageBreak/>
        <w:t>нормативно-</w:t>
      </w:r>
      <w:proofErr w:type="spellStart"/>
      <w:r w:rsidRPr="006E228A">
        <w:rPr>
          <w:lang w:val="ru-RU"/>
        </w:rPr>
        <w:t>правових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актів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сфері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підготовки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здобувачів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ступенів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оприлюднення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текстів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діяльності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видань</w:t>
      </w:r>
      <w:proofErr w:type="spellEnd"/>
      <w:r w:rsidRPr="006E228A">
        <w:rPr>
          <w:lang w:val="ru-RU"/>
        </w:rPr>
        <w:t>.</w:t>
      </w:r>
    </w:p>
    <w:p w14:paraId="541A727D" w14:textId="68CEB7E9" w:rsidR="003C216C" w:rsidRDefault="00622ACB" w:rsidP="000E48DF">
      <w:pPr>
        <w:jc w:val="both"/>
        <w:rPr>
          <w:lang w:val="ru-RU"/>
        </w:rPr>
      </w:pPr>
      <w:r w:rsidRPr="006E228A">
        <w:rPr>
          <w:lang w:val="ru-RU"/>
        </w:rPr>
        <w:t xml:space="preserve">2.3. </w:t>
      </w:r>
      <w:proofErr w:type="spellStart"/>
      <w:r w:rsidRPr="006E228A">
        <w:rPr>
          <w:lang w:val="ru-RU"/>
        </w:rPr>
        <w:t>Внутрішню</w:t>
      </w:r>
      <w:proofErr w:type="spellEnd"/>
      <w:r w:rsidRPr="006E228A">
        <w:rPr>
          <w:lang w:val="ru-RU"/>
        </w:rPr>
        <w:t xml:space="preserve"> основу </w:t>
      </w:r>
      <w:proofErr w:type="spellStart"/>
      <w:r w:rsidRPr="006E228A">
        <w:rPr>
          <w:lang w:val="ru-RU"/>
        </w:rPr>
        <w:t>цього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становлять</w:t>
      </w:r>
      <w:proofErr w:type="spellEnd"/>
      <w:r w:rsidRPr="006E228A">
        <w:rPr>
          <w:lang w:val="ru-RU"/>
        </w:rPr>
        <w:t xml:space="preserve"> Статут ННЦРМГО, </w:t>
      </w:r>
      <w:proofErr w:type="spellStart"/>
      <w:r w:rsidRPr="006E228A">
        <w:rPr>
          <w:lang w:val="ru-RU"/>
        </w:rPr>
        <w:t>рішення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="00005A19">
        <w:rPr>
          <w:lang w:val="ru-RU"/>
        </w:rPr>
        <w:t>в</w:t>
      </w:r>
      <w:r w:rsidRPr="006E228A">
        <w:rPr>
          <w:lang w:val="ru-RU"/>
        </w:rPr>
        <w:t>ченої</w:t>
      </w:r>
      <w:proofErr w:type="spellEnd"/>
      <w:r w:rsidRPr="006E228A">
        <w:rPr>
          <w:lang w:val="ru-RU"/>
        </w:rPr>
        <w:t xml:space="preserve"> ради ННЦРМГО, </w:t>
      </w:r>
      <w:proofErr w:type="spellStart"/>
      <w:r w:rsidRPr="006E228A">
        <w:rPr>
          <w:lang w:val="ru-RU"/>
        </w:rPr>
        <w:t>накази</w:t>
      </w:r>
      <w:proofErr w:type="spellEnd"/>
      <w:r w:rsidRPr="006E228A">
        <w:rPr>
          <w:lang w:val="ru-RU"/>
        </w:rPr>
        <w:t xml:space="preserve"> генерального директора ННЦРМГО, </w:t>
      </w:r>
      <w:proofErr w:type="spellStart"/>
      <w:r w:rsidR="00141698" w:rsidRPr="00141698">
        <w:rPr>
          <w:lang w:val="ru-RU"/>
        </w:rPr>
        <w:t>Етичний</w:t>
      </w:r>
      <w:proofErr w:type="spellEnd"/>
      <w:r w:rsidR="00141698" w:rsidRPr="00141698">
        <w:rPr>
          <w:lang w:val="ru-RU"/>
        </w:rPr>
        <w:t xml:space="preserve"> кодекс </w:t>
      </w:r>
      <w:proofErr w:type="spellStart"/>
      <w:r w:rsidR="000E48DF" w:rsidRPr="006E228A">
        <w:rPr>
          <w:lang w:val="ru-RU"/>
        </w:rPr>
        <w:t>Державн</w:t>
      </w:r>
      <w:r w:rsidR="000E48DF">
        <w:rPr>
          <w:lang w:val="ru-RU"/>
        </w:rPr>
        <w:t>ої</w:t>
      </w:r>
      <w:proofErr w:type="spellEnd"/>
      <w:r w:rsidR="000E48DF" w:rsidRPr="006E228A">
        <w:rPr>
          <w:lang w:val="ru-RU"/>
        </w:rPr>
        <w:t xml:space="preserve"> установ</w:t>
      </w:r>
      <w:r w:rsidR="000E48DF">
        <w:rPr>
          <w:lang w:val="ru-RU"/>
        </w:rPr>
        <w:t>и</w:t>
      </w:r>
      <w:r w:rsidR="000E48DF" w:rsidRPr="006E228A">
        <w:rPr>
          <w:lang w:val="ru-RU"/>
        </w:rPr>
        <w:t xml:space="preserve"> «</w:t>
      </w:r>
      <w:proofErr w:type="spellStart"/>
      <w:r w:rsidR="000E48DF" w:rsidRPr="006E228A">
        <w:rPr>
          <w:lang w:val="ru-RU"/>
        </w:rPr>
        <w:t>Національний</w:t>
      </w:r>
      <w:proofErr w:type="spellEnd"/>
      <w:r w:rsidR="000E48DF" w:rsidRPr="006E228A">
        <w:rPr>
          <w:lang w:val="ru-RU"/>
        </w:rPr>
        <w:t xml:space="preserve"> </w:t>
      </w:r>
      <w:proofErr w:type="spellStart"/>
      <w:r w:rsidR="000E48DF" w:rsidRPr="006E228A">
        <w:rPr>
          <w:lang w:val="ru-RU"/>
        </w:rPr>
        <w:t>науковий</w:t>
      </w:r>
      <w:proofErr w:type="spellEnd"/>
      <w:r w:rsidR="000E48DF" w:rsidRPr="006E228A">
        <w:rPr>
          <w:lang w:val="ru-RU"/>
        </w:rPr>
        <w:t xml:space="preserve"> центр </w:t>
      </w:r>
      <w:proofErr w:type="spellStart"/>
      <w:r w:rsidR="000E48DF" w:rsidRPr="006E228A">
        <w:rPr>
          <w:lang w:val="ru-RU"/>
        </w:rPr>
        <w:t>радіаційної</w:t>
      </w:r>
      <w:proofErr w:type="spellEnd"/>
      <w:r w:rsidR="000E48DF" w:rsidRPr="006E228A">
        <w:rPr>
          <w:lang w:val="ru-RU"/>
        </w:rPr>
        <w:t xml:space="preserve"> </w:t>
      </w:r>
      <w:proofErr w:type="spellStart"/>
      <w:r w:rsidR="000E48DF" w:rsidRPr="006E228A">
        <w:rPr>
          <w:lang w:val="ru-RU"/>
        </w:rPr>
        <w:t>медицини</w:t>
      </w:r>
      <w:proofErr w:type="spellEnd"/>
      <w:r w:rsidR="000E48DF" w:rsidRPr="006E228A">
        <w:rPr>
          <w:lang w:val="ru-RU"/>
        </w:rPr>
        <w:t xml:space="preserve">, </w:t>
      </w:r>
      <w:proofErr w:type="spellStart"/>
      <w:r w:rsidR="000E48DF" w:rsidRPr="006E228A">
        <w:rPr>
          <w:lang w:val="ru-RU"/>
        </w:rPr>
        <w:t>гематології</w:t>
      </w:r>
      <w:proofErr w:type="spellEnd"/>
      <w:r w:rsidR="000E48DF" w:rsidRPr="006E228A">
        <w:rPr>
          <w:lang w:val="ru-RU"/>
        </w:rPr>
        <w:t xml:space="preserve"> та </w:t>
      </w:r>
      <w:proofErr w:type="spellStart"/>
      <w:r w:rsidR="000E48DF" w:rsidRPr="006E228A">
        <w:rPr>
          <w:lang w:val="ru-RU"/>
        </w:rPr>
        <w:t>онкології</w:t>
      </w:r>
      <w:proofErr w:type="spellEnd"/>
      <w:r w:rsidR="000E48DF" w:rsidRPr="006E228A">
        <w:rPr>
          <w:lang w:val="ru-RU"/>
        </w:rPr>
        <w:t xml:space="preserve"> </w:t>
      </w:r>
      <w:proofErr w:type="spellStart"/>
      <w:r w:rsidR="000E48DF" w:rsidRPr="006E228A">
        <w:rPr>
          <w:lang w:val="ru-RU"/>
        </w:rPr>
        <w:t>Національної</w:t>
      </w:r>
      <w:proofErr w:type="spellEnd"/>
      <w:r w:rsidR="000E48DF" w:rsidRPr="006E228A">
        <w:rPr>
          <w:lang w:val="ru-RU"/>
        </w:rPr>
        <w:t xml:space="preserve"> </w:t>
      </w:r>
      <w:proofErr w:type="spellStart"/>
      <w:r w:rsidR="000E48DF" w:rsidRPr="006E228A">
        <w:rPr>
          <w:lang w:val="ru-RU"/>
        </w:rPr>
        <w:t>академії</w:t>
      </w:r>
      <w:proofErr w:type="spellEnd"/>
      <w:r w:rsidR="000E48DF" w:rsidRPr="006E228A">
        <w:rPr>
          <w:lang w:val="ru-RU"/>
        </w:rPr>
        <w:t xml:space="preserve"> </w:t>
      </w:r>
      <w:proofErr w:type="spellStart"/>
      <w:r w:rsidR="000E48DF" w:rsidRPr="006E228A">
        <w:rPr>
          <w:lang w:val="ru-RU"/>
        </w:rPr>
        <w:t>медичних</w:t>
      </w:r>
      <w:proofErr w:type="spellEnd"/>
      <w:r w:rsidR="000E48DF" w:rsidRPr="006E228A">
        <w:rPr>
          <w:lang w:val="ru-RU"/>
        </w:rPr>
        <w:t xml:space="preserve"> наук </w:t>
      </w:r>
      <w:proofErr w:type="spellStart"/>
      <w:r w:rsidR="000E48DF" w:rsidRPr="006E228A">
        <w:rPr>
          <w:lang w:val="ru-RU"/>
        </w:rPr>
        <w:t>України</w:t>
      </w:r>
      <w:proofErr w:type="spellEnd"/>
      <w:r w:rsidR="000E48DF" w:rsidRPr="006E228A">
        <w:rPr>
          <w:lang w:val="ru-RU"/>
        </w:rPr>
        <w:t>»</w:t>
      </w:r>
      <w:r w:rsidR="00141698">
        <w:rPr>
          <w:lang w:val="ru-RU"/>
        </w:rPr>
        <w:t xml:space="preserve">, </w:t>
      </w:r>
      <w:r w:rsidRPr="006E228A">
        <w:rPr>
          <w:lang w:val="ru-RU"/>
        </w:rPr>
        <w:t xml:space="preserve">Кодекс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ННЦРМГО,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академічну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доброчесність</w:t>
      </w:r>
      <w:proofErr w:type="spellEnd"/>
      <w:r w:rsidRPr="006E228A">
        <w:rPr>
          <w:lang w:val="ru-RU"/>
        </w:rPr>
        <w:t xml:space="preserve"> у ННЦРМГО,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Комісію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питань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ННЦРМГО,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технологій</w:t>
      </w:r>
      <w:proofErr w:type="spellEnd"/>
      <w:r w:rsidRPr="006E228A">
        <w:rPr>
          <w:lang w:val="ru-RU"/>
        </w:rPr>
        <w:t xml:space="preserve"> штучного </w:t>
      </w:r>
      <w:proofErr w:type="spellStart"/>
      <w:r w:rsidRPr="006E228A">
        <w:rPr>
          <w:lang w:val="ru-RU"/>
        </w:rPr>
        <w:t>інтелекту</w:t>
      </w:r>
      <w:proofErr w:type="spellEnd"/>
      <w:r w:rsidRPr="006E228A">
        <w:rPr>
          <w:lang w:val="ru-RU"/>
        </w:rPr>
        <w:t xml:space="preserve"> в </w:t>
      </w:r>
      <w:proofErr w:type="spellStart"/>
      <w:r w:rsidRPr="006E228A">
        <w:rPr>
          <w:lang w:val="ru-RU"/>
        </w:rPr>
        <w:t>освітній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науковій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редакційній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експертній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діяльності</w:t>
      </w:r>
      <w:proofErr w:type="spellEnd"/>
      <w:r w:rsidRPr="006E228A">
        <w:rPr>
          <w:lang w:val="ru-RU"/>
        </w:rPr>
        <w:t xml:space="preserve"> ННЦРМГО, </w:t>
      </w:r>
      <w:proofErr w:type="spellStart"/>
      <w:r w:rsidR="000E48DF">
        <w:rPr>
          <w:lang w:val="ru-RU"/>
        </w:rPr>
        <w:t>Положення</w:t>
      </w:r>
      <w:proofErr w:type="spellEnd"/>
      <w:r w:rsidR="000E48DF">
        <w:rPr>
          <w:lang w:val="ru-RU"/>
        </w:rPr>
        <w:t xml:space="preserve"> про </w:t>
      </w:r>
      <w:proofErr w:type="spellStart"/>
      <w:r w:rsidR="000E48DF">
        <w:rPr>
          <w:lang w:val="ru-RU"/>
        </w:rPr>
        <w:t>виявлення</w:t>
      </w:r>
      <w:proofErr w:type="spellEnd"/>
      <w:r w:rsidR="000E48DF">
        <w:rPr>
          <w:lang w:val="ru-RU"/>
        </w:rPr>
        <w:t xml:space="preserve"> та </w:t>
      </w:r>
      <w:proofErr w:type="spellStart"/>
      <w:r w:rsidR="000E48DF">
        <w:rPr>
          <w:lang w:val="ru-RU"/>
        </w:rPr>
        <w:t>запобігання</w:t>
      </w:r>
      <w:proofErr w:type="spellEnd"/>
      <w:r w:rsidR="000E48DF">
        <w:rPr>
          <w:lang w:val="ru-RU"/>
        </w:rPr>
        <w:t xml:space="preserve"> </w:t>
      </w:r>
      <w:proofErr w:type="spellStart"/>
      <w:r w:rsidR="000E48DF">
        <w:rPr>
          <w:lang w:val="ru-RU"/>
        </w:rPr>
        <w:t>академічному</w:t>
      </w:r>
      <w:proofErr w:type="spellEnd"/>
      <w:r w:rsidR="000E48DF">
        <w:rPr>
          <w:lang w:val="ru-RU"/>
        </w:rPr>
        <w:t xml:space="preserve"> </w:t>
      </w:r>
      <w:proofErr w:type="spellStart"/>
      <w:r w:rsidR="000E48DF">
        <w:rPr>
          <w:lang w:val="ru-RU"/>
        </w:rPr>
        <w:t>плагіату</w:t>
      </w:r>
      <w:proofErr w:type="spellEnd"/>
      <w:r w:rsidR="000E48DF">
        <w:rPr>
          <w:lang w:val="ru-RU"/>
        </w:rPr>
        <w:t xml:space="preserve"> </w:t>
      </w:r>
      <w:r w:rsidR="000E48DF" w:rsidRPr="006E228A">
        <w:rPr>
          <w:lang w:val="ru-RU"/>
        </w:rPr>
        <w:t xml:space="preserve">в </w:t>
      </w:r>
      <w:proofErr w:type="spellStart"/>
      <w:r w:rsidR="000E48DF" w:rsidRPr="006E228A">
        <w:rPr>
          <w:lang w:val="ru-RU"/>
        </w:rPr>
        <w:t>Державній</w:t>
      </w:r>
      <w:proofErr w:type="spellEnd"/>
      <w:r w:rsidR="000E48DF" w:rsidRPr="006E228A">
        <w:rPr>
          <w:lang w:val="ru-RU"/>
        </w:rPr>
        <w:t xml:space="preserve"> </w:t>
      </w:r>
      <w:proofErr w:type="spellStart"/>
      <w:r w:rsidR="000E48DF" w:rsidRPr="006E228A">
        <w:rPr>
          <w:lang w:val="ru-RU"/>
        </w:rPr>
        <w:t>установі</w:t>
      </w:r>
      <w:proofErr w:type="spellEnd"/>
      <w:r w:rsidR="000E48DF" w:rsidRPr="006E228A">
        <w:rPr>
          <w:lang w:val="ru-RU"/>
        </w:rPr>
        <w:t xml:space="preserve"> «</w:t>
      </w:r>
      <w:proofErr w:type="spellStart"/>
      <w:r w:rsidR="000E48DF" w:rsidRPr="006E228A">
        <w:rPr>
          <w:lang w:val="ru-RU"/>
        </w:rPr>
        <w:t>Національний</w:t>
      </w:r>
      <w:proofErr w:type="spellEnd"/>
      <w:r w:rsidR="000E48DF" w:rsidRPr="006E228A">
        <w:rPr>
          <w:lang w:val="ru-RU"/>
        </w:rPr>
        <w:t xml:space="preserve"> </w:t>
      </w:r>
      <w:proofErr w:type="spellStart"/>
      <w:r w:rsidR="000E48DF" w:rsidRPr="006E228A">
        <w:rPr>
          <w:lang w:val="ru-RU"/>
        </w:rPr>
        <w:t>науковий</w:t>
      </w:r>
      <w:proofErr w:type="spellEnd"/>
      <w:r w:rsidR="000E48DF" w:rsidRPr="006E228A">
        <w:rPr>
          <w:lang w:val="ru-RU"/>
        </w:rPr>
        <w:t xml:space="preserve"> центр </w:t>
      </w:r>
      <w:proofErr w:type="spellStart"/>
      <w:r w:rsidR="000E48DF" w:rsidRPr="006E228A">
        <w:rPr>
          <w:lang w:val="ru-RU"/>
        </w:rPr>
        <w:t>радіаційної</w:t>
      </w:r>
      <w:proofErr w:type="spellEnd"/>
      <w:r w:rsidR="000E48DF" w:rsidRPr="006E228A">
        <w:rPr>
          <w:lang w:val="ru-RU"/>
        </w:rPr>
        <w:t xml:space="preserve"> </w:t>
      </w:r>
      <w:proofErr w:type="spellStart"/>
      <w:r w:rsidR="000E48DF" w:rsidRPr="006E228A">
        <w:rPr>
          <w:lang w:val="ru-RU"/>
        </w:rPr>
        <w:t>медицини</w:t>
      </w:r>
      <w:proofErr w:type="spellEnd"/>
      <w:r w:rsidR="000E48DF" w:rsidRPr="006E228A">
        <w:rPr>
          <w:lang w:val="ru-RU"/>
        </w:rPr>
        <w:t xml:space="preserve">, </w:t>
      </w:r>
      <w:proofErr w:type="spellStart"/>
      <w:r w:rsidR="000E48DF" w:rsidRPr="006E228A">
        <w:rPr>
          <w:lang w:val="ru-RU"/>
        </w:rPr>
        <w:t>гематології</w:t>
      </w:r>
      <w:proofErr w:type="spellEnd"/>
      <w:r w:rsidR="000E48DF" w:rsidRPr="006E228A">
        <w:rPr>
          <w:lang w:val="ru-RU"/>
        </w:rPr>
        <w:t xml:space="preserve"> та </w:t>
      </w:r>
      <w:proofErr w:type="spellStart"/>
      <w:r w:rsidR="000E48DF" w:rsidRPr="006E228A">
        <w:rPr>
          <w:lang w:val="ru-RU"/>
        </w:rPr>
        <w:t>онкології</w:t>
      </w:r>
      <w:proofErr w:type="spellEnd"/>
      <w:r w:rsidR="000E48DF" w:rsidRPr="006E228A">
        <w:rPr>
          <w:lang w:val="ru-RU"/>
        </w:rPr>
        <w:t xml:space="preserve"> </w:t>
      </w:r>
      <w:proofErr w:type="spellStart"/>
      <w:r w:rsidR="000E48DF" w:rsidRPr="006E228A">
        <w:rPr>
          <w:lang w:val="ru-RU"/>
        </w:rPr>
        <w:t>Національної</w:t>
      </w:r>
      <w:proofErr w:type="spellEnd"/>
      <w:r w:rsidR="000E48DF" w:rsidRPr="006E228A">
        <w:rPr>
          <w:lang w:val="ru-RU"/>
        </w:rPr>
        <w:t xml:space="preserve"> </w:t>
      </w:r>
      <w:proofErr w:type="spellStart"/>
      <w:r w:rsidR="000E48DF" w:rsidRPr="006E228A">
        <w:rPr>
          <w:lang w:val="ru-RU"/>
        </w:rPr>
        <w:t>академії</w:t>
      </w:r>
      <w:proofErr w:type="spellEnd"/>
      <w:r w:rsidR="000E48DF" w:rsidRPr="006E228A">
        <w:rPr>
          <w:lang w:val="ru-RU"/>
        </w:rPr>
        <w:t xml:space="preserve"> </w:t>
      </w:r>
      <w:proofErr w:type="spellStart"/>
      <w:r w:rsidR="000E48DF" w:rsidRPr="006E228A">
        <w:rPr>
          <w:lang w:val="ru-RU"/>
        </w:rPr>
        <w:t>медичних</w:t>
      </w:r>
      <w:proofErr w:type="spellEnd"/>
      <w:r w:rsidR="000E48DF" w:rsidRPr="006E228A">
        <w:rPr>
          <w:lang w:val="ru-RU"/>
        </w:rPr>
        <w:t xml:space="preserve"> наук </w:t>
      </w:r>
      <w:proofErr w:type="spellStart"/>
      <w:r w:rsidR="000E48DF" w:rsidRPr="006E228A">
        <w:rPr>
          <w:lang w:val="ru-RU"/>
        </w:rPr>
        <w:t>України</w:t>
      </w:r>
      <w:proofErr w:type="spellEnd"/>
      <w:r w:rsidR="000E48DF" w:rsidRPr="006E228A">
        <w:rPr>
          <w:lang w:val="ru-RU"/>
        </w:rPr>
        <w:t>»</w:t>
      </w:r>
      <w:r w:rsidR="000E48DF">
        <w:rPr>
          <w:lang w:val="ru-RU"/>
        </w:rPr>
        <w:t xml:space="preserve">, </w:t>
      </w:r>
      <w:proofErr w:type="spellStart"/>
      <w:r w:rsidR="000E48DF">
        <w:rPr>
          <w:lang w:val="ru-RU"/>
        </w:rPr>
        <w:t>Положення</w:t>
      </w:r>
      <w:proofErr w:type="spellEnd"/>
      <w:r w:rsidR="000E48DF">
        <w:rPr>
          <w:lang w:val="ru-RU"/>
        </w:rPr>
        <w:t xml:space="preserve"> «Про </w:t>
      </w:r>
      <w:proofErr w:type="spellStart"/>
      <w:r w:rsidR="000E48DF">
        <w:rPr>
          <w:lang w:val="ru-RU"/>
        </w:rPr>
        <w:t>організацію</w:t>
      </w:r>
      <w:proofErr w:type="spellEnd"/>
      <w:r w:rsidR="000E48DF">
        <w:rPr>
          <w:lang w:val="ru-RU"/>
        </w:rPr>
        <w:t xml:space="preserve"> </w:t>
      </w:r>
      <w:proofErr w:type="spellStart"/>
      <w:r w:rsidR="000E48DF">
        <w:rPr>
          <w:lang w:val="ru-RU"/>
        </w:rPr>
        <w:t>освітнього</w:t>
      </w:r>
      <w:proofErr w:type="spellEnd"/>
      <w:r w:rsidR="000E48DF">
        <w:rPr>
          <w:lang w:val="ru-RU"/>
        </w:rPr>
        <w:t xml:space="preserve"> </w:t>
      </w:r>
      <w:proofErr w:type="spellStart"/>
      <w:r w:rsidR="000E48DF">
        <w:rPr>
          <w:lang w:val="ru-RU"/>
        </w:rPr>
        <w:t>процесу</w:t>
      </w:r>
      <w:proofErr w:type="spellEnd"/>
      <w:r w:rsidR="000E48DF">
        <w:rPr>
          <w:lang w:val="ru-RU"/>
        </w:rPr>
        <w:t xml:space="preserve"> </w:t>
      </w:r>
      <w:proofErr w:type="spellStart"/>
      <w:r w:rsidR="000E48DF">
        <w:rPr>
          <w:lang w:val="ru-RU"/>
        </w:rPr>
        <w:t>здобувачів</w:t>
      </w:r>
      <w:proofErr w:type="spellEnd"/>
      <w:r w:rsidR="000E48DF">
        <w:rPr>
          <w:lang w:val="ru-RU"/>
        </w:rPr>
        <w:t xml:space="preserve"> </w:t>
      </w:r>
      <w:proofErr w:type="spellStart"/>
      <w:r w:rsidR="000E48DF">
        <w:rPr>
          <w:lang w:val="ru-RU"/>
        </w:rPr>
        <w:t>вищої</w:t>
      </w:r>
      <w:proofErr w:type="spellEnd"/>
      <w:r w:rsidR="000E48DF">
        <w:rPr>
          <w:lang w:val="ru-RU"/>
        </w:rPr>
        <w:t xml:space="preserve"> </w:t>
      </w:r>
      <w:proofErr w:type="spellStart"/>
      <w:r w:rsidR="000E48DF">
        <w:rPr>
          <w:lang w:val="ru-RU"/>
        </w:rPr>
        <w:t>освіти</w:t>
      </w:r>
      <w:proofErr w:type="spellEnd"/>
      <w:r w:rsidR="000E48DF">
        <w:rPr>
          <w:lang w:val="ru-RU"/>
        </w:rPr>
        <w:t xml:space="preserve"> доктора </w:t>
      </w:r>
      <w:proofErr w:type="spellStart"/>
      <w:r w:rsidR="000E48DF">
        <w:rPr>
          <w:lang w:val="ru-RU"/>
        </w:rPr>
        <w:t>філософії</w:t>
      </w:r>
      <w:proofErr w:type="spellEnd"/>
      <w:r w:rsidR="000E48DF">
        <w:rPr>
          <w:lang w:val="ru-RU"/>
        </w:rPr>
        <w:t xml:space="preserve"> у ННЦРМГО», </w:t>
      </w:r>
      <w:proofErr w:type="spellStart"/>
      <w:r w:rsidRPr="006E228A">
        <w:rPr>
          <w:lang w:val="ru-RU"/>
        </w:rPr>
        <w:t>редакційні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політики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видань</w:t>
      </w:r>
      <w:proofErr w:type="spellEnd"/>
      <w:r w:rsidRPr="006E228A">
        <w:rPr>
          <w:lang w:val="ru-RU"/>
        </w:rPr>
        <w:t xml:space="preserve"> ННЦРМГО та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внутрішні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акти</w:t>
      </w:r>
      <w:proofErr w:type="spellEnd"/>
      <w:r w:rsidRPr="006E228A">
        <w:rPr>
          <w:lang w:val="ru-RU"/>
        </w:rPr>
        <w:t xml:space="preserve"> Центру.</w:t>
      </w:r>
    </w:p>
    <w:p w14:paraId="15A7186E" w14:textId="3CF55302" w:rsidR="003C216C" w:rsidRPr="006E228A" w:rsidRDefault="00622ACB" w:rsidP="000E48DF">
      <w:pPr>
        <w:jc w:val="both"/>
        <w:rPr>
          <w:lang w:val="ru-RU"/>
        </w:rPr>
      </w:pPr>
      <w:r w:rsidRPr="006E228A">
        <w:rPr>
          <w:lang w:val="ru-RU"/>
        </w:rPr>
        <w:t xml:space="preserve">2.4. </w:t>
      </w:r>
      <w:proofErr w:type="spellStart"/>
      <w:r w:rsidRPr="006E228A">
        <w:rPr>
          <w:lang w:val="ru-RU"/>
        </w:rPr>
        <w:t>Під</w:t>
      </w:r>
      <w:proofErr w:type="spellEnd"/>
      <w:r w:rsidRPr="006E228A">
        <w:rPr>
          <w:lang w:val="ru-RU"/>
        </w:rPr>
        <w:t xml:space="preserve"> час </w:t>
      </w:r>
      <w:proofErr w:type="spellStart"/>
      <w:r w:rsidRPr="006E228A">
        <w:rPr>
          <w:lang w:val="ru-RU"/>
        </w:rPr>
        <w:t>підготовки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враховано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типові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підходи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застосовуються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внутрішніх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положеннях</w:t>
      </w:r>
      <w:proofErr w:type="spellEnd"/>
      <w:r w:rsidRPr="006E228A">
        <w:rPr>
          <w:lang w:val="ru-RU"/>
        </w:rPr>
        <w:t xml:space="preserve"> та порядках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текстів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плагіат</w:t>
      </w:r>
      <w:proofErr w:type="spellEnd"/>
      <w:r w:rsidRPr="006E228A">
        <w:rPr>
          <w:lang w:val="ru-RU"/>
        </w:rPr>
        <w:t xml:space="preserve"> </w:t>
      </w:r>
      <w:r w:rsidR="000E48DF">
        <w:rPr>
          <w:lang w:val="ru-RU"/>
        </w:rPr>
        <w:t>у</w:t>
      </w:r>
      <w:r w:rsidRPr="006E228A">
        <w:rPr>
          <w:lang w:val="ru-RU"/>
        </w:rPr>
        <w:t xml:space="preserve"> закладах </w:t>
      </w:r>
      <w:proofErr w:type="spellStart"/>
      <w:r w:rsidRPr="006E228A">
        <w:rPr>
          <w:lang w:val="ru-RU"/>
        </w:rPr>
        <w:t>вищої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освіти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установах</w:t>
      </w:r>
      <w:proofErr w:type="spellEnd"/>
      <w:r w:rsidR="000E48DF">
        <w:rPr>
          <w:lang w:val="ru-RU"/>
        </w:rPr>
        <w:t xml:space="preserve"> </w:t>
      </w:r>
      <w:proofErr w:type="spellStart"/>
      <w:r w:rsidR="000E48DF">
        <w:rPr>
          <w:lang w:val="ru-RU"/>
        </w:rPr>
        <w:t>України</w:t>
      </w:r>
      <w:proofErr w:type="spellEnd"/>
      <w:r w:rsidRPr="006E228A">
        <w:rPr>
          <w:lang w:val="ru-RU"/>
        </w:rPr>
        <w:t>.</w:t>
      </w:r>
    </w:p>
    <w:p w14:paraId="4660E078" w14:textId="77777777" w:rsidR="003C216C" w:rsidRDefault="00622ACB" w:rsidP="000E48DF">
      <w:pPr>
        <w:jc w:val="both"/>
        <w:rPr>
          <w:lang w:val="ru-RU"/>
        </w:rPr>
      </w:pPr>
      <w:r w:rsidRPr="006E228A">
        <w:rPr>
          <w:lang w:val="ru-RU"/>
        </w:rPr>
        <w:t xml:space="preserve">2.5.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внутрішнього</w:t>
      </w:r>
      <w:proofErr w:type="spellEnd"/>
      <w:r w:rsidRPr="006E228A">
        <w:rPr>
          <w:lang w:val="ru-RU"/>
        </w:rPr>
        <w:t xml:space="preserve"> акта </w:t>
      </w:r>
      <w:proofErr w:type="spellStart"/>
      <w:r w:rsidRPr="006E228A">
        <w:rPr>
          <w:lang w:val="ru-RU"/>
        </w:rPr>
        <w:t>суперечать</w:t>
      </w:r>
      <w:proofErr w:type="spellEnd"/>
      <w:r w:rsidRPr="006E228A">
        <w:rPr>
          <w:lang w:val="ru-RU"/>
        </w:rPr>
        <w:t xml:space="preserve"> актам </w:t>
      </w:r>
      <w:proofErr w:type="spellStart"/>
      <w:r w:rsidRPr="006E228A">
        <w:rPr>
          <w:lang w:val="ru-RU"/>
        </w:rPr>
        <w:t>законодавства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застосовуються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норми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законодавства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>.</w:t>
      </w:r>
    </w:p>
    <w:p w14:paraId="48F7166B" w14:textId="77777777" w:rsidR="000E48DF" w:rsidRPr="006E228A" w:rsidRDefault="000E48DF" w:rsidP="000E48DF">
      <w:pPr>
        <w:jc w:val="both"/>
        <w:rPr>
          <w:lang w:val="ru-RU"/>
        </w:rPr>
      </w:pPr>
    </w:p>
    <w:p w14:paraId="0D903164" w14:textId="6AA580D4" w:rsidR="003C216C" w:rsidRPr="006E228A" w:rsidRDefault="00622ACB" w:rsidP="000E48DF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t xml:space="preserve">3. ТЕРМІНИ </w:t>
      </w:r>
      <w:r w:rsidR="00490E23">
        <w:rPr>
          <w:lang w:val="ru-RU"/>
        </w:rPr>
        <w:t>ТА ВИЗНАЧЕННЯ</w:t>
      </w:r>
    </w:p>
    <w:p w14:paraId="6FC37BFA" w14:textId="7F5B53F9" w:rsidR="003C216C" w:rsidRPr="006E228A" w:rsidRDefault="00490E23" w:rsidP="000E48DF">
      <w:pPr>
        <w:jc w:val="both"/>
        <w:rPr>
          <w:lang w:val="ru-RU"/>
        </w:rPr>
      </w:pPr>
      <w:r>
        <w:rPr>
          <w:lang w:val="ru-RU"/>
        </w:rPr>
        <w:t xml:space="preserve">3.1. </w:t>
      </w:r>
      <w:r w:rsidR="00622ACB" w:rsidRPr="006E228A">
        <w:rPr>
          <w:lang w:val="ru-RU"/>
        </w:rPr>
        <w:t xml:space="preserve">У </w:t>
      </w:r>
      <w:proofErr w:type="spellStart"/>
      <w:r w:rsidR="00622ACB" w:rsidRPr="006E228A">
        <w:rPr>
          <w:lang w:val="ru-RU"/>
        </w:rPr>
        <w:t>цьому</w:t>
      </w:r>
      <w:proofErr w:type="spellEnd"/>
      <w:r w:rsidR="00622ACB" w:rsidRPr="006E228A">
        <w:rPr>
          <w:lang w:val="ru-RU"/>
        </w:rPr>
        <w:t xml:space="preserve"> </w:t>
      </w:r>
      <w:proofErr w:type="spellStart"/>
      <w:r w:rsidR="00622ACB" w:rsidRPr="006E228A">
        <w:rPr>
          <w:lang w:val="ru-RU"/>
        </w:rPr>
        <w:t>Положенні</w:t>
      </w:r>
      <w:proofErr w:type="spellEnd"/>
      <w:r w:rsidR="00622ACB" w:rsidRPr="006E228A">
        <w:rPr>
          <w:lang w:val="ru-RU"/>
        </w:rPr>
        <w:t xml:space="preserve"> </w:t>
      </w:r>
      <w:proofErr w:type="spellStart"/>
      <w:r w:rsidR="00622ACB" w:rsidRPr="006E228A">
        <w:rPr>
          <w:lang w:val="ru-RU"/>
        </w:rPr>
        <w:t>терміни</w:t>
      </w:r>
      <w:proofErr w:type="spellEnd"/>
      <w:r w:rsidR="00622ACB" w:rsidRPr="006E228A">
        <w:rPr>
          <w:lang w:val="ru-RU"/>
        </w:rPr>
        <w:t xml:space="preserve"> </w:t>
      </w:r>
      <w:proofErr w:type="spellStart"/>
      <w:r w:rsidR="00622ACB" w:rsidRPr="006E228A">
        <w:rPr>
          <w:lang w:val="ru-RU"/>
        </w:rPr>
        <w:t>вживаються</w:t>
      </w:r>
      <w:proofErr w:type="spellEnd"/>
      <w:r w:rsidR="00622ACB" w:rsidRPr="006E228A">
        <w:rPr>
          <w:lang w:val="ru-RU"/>
        </w:rPr>
        <w:t xml:space="preserve"> у </w:t>
      </w:r>
      <w:proofErr w:type="spellStart"/>
      <w:r w:rsidR="00622ACB" w:rsidRPr="006E228A">
        <w:rPr>
          <w:lang w:val="ru-RU"/>
        </w:rPr>
        <w:t>значеннях</w:t>
      </w:r>
      <w:proofErr w:type="spellEnd"/>
      <w:r w:rsidR="00622ACB" w:rsidRPr="006E228A">
        <w:rPr>
          <w:lang w:val="ru-RU"/>
        </w:rPr>
        <w:t xml:space="preserve">, </w:t>
      </w:r>
      <w:proofErr w:type="spellStart"/>
      <w:r w:rsidR="00622ACB" w:rsidRPr="006E228A">
        <w:rPr>
          <w:lang w:val="ru-RU"/>
        </w:rPr>
        <w:t>визначених</w:t>
      </w:r>
      <w:proofErr w:type="spellEnd"/>
      <w:r w:rsidR="00622ACB" w:rsidRPr="006E228A">
        <w:rPr>
          <w:lang w:val="ru-RU"/>
        </w:rPr>
        <w:t xml:space="preserve"> </w:t>
      </w:r>
      <w:proofErr w:type="spellStart"/>
      <w:r w:rsidR="00622ACB" w:rsidRPr="006E228A">
        <w:rPr>
          <w:lang w:val="ru-RU"/>
        </w:rPr>
        <w:t>законодавством</w:t>
      </w:r>
      <w:proofErr w:type="spellEnd"/>
      <w:r w:rsidR="00622ACB" w:rsidRPr="006E228A">
        <w:rPr>
          <w:lang w:val="ru-RU"/>
        </w:rPr>
        <w:t xml:space="preserve"> </w:t>
      </w:r>
      <w:proofErr w:type="spellStart"/>
      <w:r w:rsidR="00622ACB" w:rsidRPr="006E228A">
        <w:rPr>
          <w:lang w:val="ru-RU"/>
        </w:rPr>
        <w:t>України</w:t>
      </w:r>
      <w:proofErr w:type="spellEnd"/>
      <w:r w:rsidR="00622ACB" w:rsidRPr="006E228A">
        <w:rPr>
          <w:lang w:val="ru-RU"/>
        </w:rPr>
        <w:t xml:space="preserve">, </w:t>
      </w:r>
      <w:proofErr w:type="spellStart"/>
      <w:r w:rsidR="00622ACB" w:rsidRPr="006E228A">
        <w:rPr>
          <w:lang w:val="ru-RU"/>
        </w:rPr>
        <w:t>Положенням</w:t>
      </w:r>
      <w:proofErr w:type="spellEnd"/>
      <w:r w:rsidR="00622ACB" w:rsidRPr="006E228A">
        <w:rPr>
          <w:lang w:val="ru-RU"/>
        </w:rPr>
        <w:t xml:space="preserve"> про </w:t>
      </w:r>
      <w:proofErr w:type="spellStart"/>
      <w:r w:rsidR="00622ACB" w:rsidRPr="006E228A">
        <w:rPr>
          <w:lang w:val="ru-RU"/>
        </w:rPr>
        <w:t>академічну</w:t>
      </w:r>
      <w:proofErr w:type="spellEnd"/>
      <w:r w:rsidR="00622ACB" w:rsidRPr="006E228A">
        <w:rPr>
          <w:lang w:val="ru-RU"/>
        </w:rPr>
        <w:t xml:space="preserve"> </w:t>
      </w:r>
      <w:proofErr w:type="spellStart"/>
      <w:r w:rsidR="00622ACB" w:rsidRPr="006E228A">
        <w:rPr>
          <w:lang w:val="ru-RU"/>
        </w:rPr>
        <w:t>доброчесність</w:t>
      </w:r>
      <w:proofErr w:type="spellEnd"/>
      <w:r w:rsidR="00622ACB" w:rsidRPr="006E228A">
        <w:rPr>
          <w:lang w:val="ru-RU"/>
        </w:rPr>
        <w:t xml:space="preserve"> у ННЦРМГО, </w:t>
      </w:r>
      <w:proofErr w:type="spellStart"/>
      <w:r w:rsidR="00622ACB" w:rsidRPr="006E228A">
        <w:rPr>
          <w:lang w:val="ru-RU"/>
        </w:rPr>
        <w:t>Положенням</w:t>
      </w:r>
      <w:proofErr w:type="spellEnd"/>
      <w:r w:rsidR="00622ACB" w:rsidRPr="006E228A">
        <w:rPr>
          <w:lang w:val="ru-RU"/>
        </w:rPr>
        <w:t xml:space="preserve"> про </w:t>
      </w:r>
      <w:proofErr w:type="spellStart"/>
      <w:r w:rsidR="00622ACB" w:rsidRPr="006E228A">
        <w:rPr>
          <w:lang w:val="ru-RU"/>
        </w:rPr>
        <w:t>використання</w:t>
      </w:r>
      <w:proofErr w:type="spellEnd"/>
      <w:r w:rsidR="00622ACB" w:rsidRPr="006E228A">
        <w:rPr>
          <w:lang w:val="ru-RU"/>
        </w:rPr>
        <w:t xml:space="preserve"> </w:t>
      </w:r>
      <w:proofErr w:type="spellStart"/>
      <w:r w:rsidR="00622ACB" w:rsidRPr="006E228A">
        <w:rPr>
          <w:lang w:val="ru-RU"/>
        </w:rPr>
        <w:t>технологій</w:t>
      </w:r>
      <w:proofErr w:type="spellEnd"/>
      <w:r w:rsidR="00622ACB" w:rsidRPr="006E228A">
        <w:rPr>
          <w:lang w:val="ru-RU"/>
        </w:rPr>
        <w:t xml:space="preserve"> штучного </w:t>
      </w:r>
      <w:proofErr w:type="spellStart"/>
      <w:r w:rsidR="00622ACB" w:rsidRPr="006E228A">
        <w:rPr>
          <w:lang w:val="ru-RU"/>
        </w:rPr>
        <w:t>інтелекту</w:t>
      </w:r>
      <w:proofErr w:type="spellEnd"/>
      <w:r w:rsidR="00622ACB" w:rsidRPr="006E228A">
        <w:rPr>
          <w:lang w:val="ru-RU"/>
        </w:rPr>
        <w:t xml:space="preserve"> в </w:t>
      </w:r>
      <w:proofErr w:type="spellStart"/>
      <w:r w:rsidR="00622ACB" w:rsidRPr="006E228A">
        <w:rPr>
          <w:lang w:val="ru-RU"/>
        </w:rPr>
        <w:t>освітній</w:t>
      </w:r>
      <w:proofErr w:type="spellEnd"/>
      <w:r w:rsidR="00622ACB" w:rsidRPr="006E228A">
        <w:rPr>
          <w:lang w:val="ru-RU"/>
        </w:rPr>
        <w:t xml:space="preserve">, </w:t>
      </w:r>
      <w:proofErr w:type="spellStart"/>
      <w:r w:rsidR="00622ACB" w:rsidRPr="006E228A">
        <w:rPr>
          <w:lang w:val="ru-RU"/>
        </w:rPr>
        <w:t>науковій</w:t>
      </w:r>
      <w:proofErr w:type="spellEnd"/>
      <w:r w:rsidR="00622ACB" w:rsidRPr="006E228A">
        <w:rPr>
          <w:lang w:val="ru-RU"/>
        </w:rPr>
        <w:t xml:space="preserve">, </w:t>
      </w:r>
      <w:proofErr w:type="spellStart"/>
      <w:r w:rsidR="00622ACB" w:rsidRPr="006E228A">
        <w:rPr>
          <w:lang w:val="ru-RU"/>
        </w:rPr>
        <w:t>редакційній</w:t>
      </w:r>
      <w:proofErr w:type="spellEnd"/>
      <w:r w:rsidR="00622ACB" w:rsidRPr="006E228A">
        <w:rPr>
          <w:lang w:val="ru-RU"/>
        </w:rPr>
        <w:t xml:space="preserve"> та </w:t>
      </w:r>
      <w:proofErr w:type="spellStart"/>
      <w:r w:rsidR="00622ACB" w:rsidRPr="006E228A">
        <w:rPr>
          <w:lang w:val="ru-RU"/>
        </w:rPr>
        <w:t>експертній</w:t>
      </w:r>
      <w:proofErr w:type="spellEnd"/>
      <w:r w:rsidR="00622ACB" w:rsidRPr="006E228A">
        <w:rPr>
          <w:lang w:val="ru-RU"/>
        </w:rPr>
        <w:t xml:space="preserve"> </w:t>
      </w:r>
      <w:proofErr w:type="spellStart"/>
      <w:r w:rsidR="00622ACB" w:rsidRPr="006E228A">
        <w:rPr>
          <w:lang w:val="ru-RU"/>
        </w:rPr>
        <w:t>діяльності</w:t>
      </w:r>
      <w:proofErr w:type="spellEnd"/>
      <w:r w:rsidR="00622ACB" w:rsidRPr="006E228A">
        <w:rPr>
          <w:lang w:val="ru-RU"/>
        </w:rPr>
        <w:t xml:space="preserve"> ННЦРМГО та </w:t>
      </w:r>
      <w:proofErr w:type="spellStart"/>
      <w:r w:rsidR="00622ACB" w:rsidRPr="006E228A">
        <w:rPr>
          <w:lang w:val="ru-RU"/>
        </w:rPr>
        <w:t>цим</w:t>
      </w:r>
      <w:proofErr w:type="spellEnd"/>
      <w:r w:rsidR="00622ACB" w:rsidRPr="006E228A">
        <w:rPr>
          <w:lang w:val="ru-RU"/>
        </w:rPr>
        <w:t xml:space="preserve"> </w:t>
      </w:r>
      <w:proofErr w:type="spellStart"/>
      <w:r w:rsidR="00622ACB" w:rsidRPr="006E228A">
        <w:rPr>
          <w:lang w:val="ru-RU"/>
        </w:rPr>
        <w:t>Положенням</w:t>
      </w:r>
      <w:proofErr w:type="spellEnd"/>
      <w:r w:rsidR="00622ACB" w:rsidRPr="006E228A">
        <w:rPr>
          <w:lang w:val="ru-RU"/>
        </w:rPr>
        <w:t>.</w:t>
      </w:r>
    </w:p>
    <w:p w14:paraId="1057A7DA" w14:textId="77777777" w:rsidR="005D71F2" w:rsidRPr="00B63215" w:rsidRDefault="005D71F2" w:rsidP="005D71F2">
      <w:pPr>
        <w:pStyle w:val="af"/>
        <w:spacing w:after="40" w:line="247" w:lineRule="auto"/>
        <w:rPr>
          <w:lang w:val="ru-RU"/>
        </w:rPr>
      </w:pPr>
      <w:proofErr w:type="spellStart"/>
      <w:r w:rsidRPr="00B63215">
        <w:rPr>
          <w:rFonts w:eastAsia="Calibri"/>
          <w:b/>
          <w:bCs/>
          <w:lang w:val="ru-RU"/>
        </w:rPr>
        <w:t>Академічна</w:t>
      </w:r>
      <w:proofErr w:type="spellEnd"/>
      <w:r w:rsidRPr="00B63215">
        <w:rPr>
          <w:rFonts w:eastAsia="Calibri"/>
          <w:b/>
          <w:bCs/>
          <w:lang w:val="ru-RU"/>
        </w:rPr>
        <w:t xml:space="preserve"> </w:t>
      </w:r>
      <w:proofErr w:type="spellStart"/>
      <w:r w:rsidRPr="00B63215">
        <w:rPr>
          <w:rFonts w:eastAsia="Calibri"/>
          <w:b/>
          <w:bCs/>
          <w:lang w:val="ru-RU"/>
        </w:rPr>
        <w:t>доброчесність</w:t>
      </w:r>
      <w:proofErr w:type="spellEnd"/>
      <w:r w:rsidRPr="00B63215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–</w:t>
      </w:r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сукупність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цінностей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принципів</w:t>
      </w:r>
      <w:proofErr w:type="spellEnd"/>
      <w:r w:rsidRPr="00B63215">
        <w:rPr>
          <w:rFonts w:eastAsia="Calibri"/>
          <w:lang w:val="ru-RU"/>
        </w:rPr>
        <w:t xml:space="preserve"> і </w:t>
      </w:r>
      <w:proofErr w:type="spellStart"/>
      <w:r w:rsidRPr="00B63215">
        <w:rPr>
          <w:rFonts w:eastAsia="Calibri"/>
          <w:lang w:val="ru-RU"/>
        </w:rPr>
        <w:t>заснованих</w:t>
      </w:r>
      <w:proofErr w:type="spellEnd"/>
      <w:r w:rsidRPr="00B63215">
        <w:rPr>
          <w:rFonts w:eastAsia="Calibri"/>
          <w:lang w:val="ru-RU"/>
        </w:rPr>
        <w:t xml:space="preserve"> на них правил, </w:t>
      </w:r>
      <w:proofErr w:type="spellStart"/>
      <w:r w:rsidRPr="00B63215">
        <w:rPr>
          <w:rFonts w:eastAsia="Calibri"/>
          <w:lang w:val="ru-RU"/>
        </w:rPr>
        <w:t>яких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мають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дотримуватися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суб’єкти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академічної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діяльності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під</w:t>
      </w:r>
      <w:proofErr w:type="spellEnd"/>
      <w:r w:rsidRPr="00B63215">
        <w:rPr>
          <w:rFonts w:eastAsia="Calibri"/>
          <w:lang w:val="ru-RU"/>
        </w:rPr>
        <w:t xml:space="preserve"> час </w:t>
      </w:r>
      <w:proofErr w:type="spellStart"/>
      <w:r w:rsidRPr="00B63215">
        <w:rPr>
          <w:rFonts w:eastAsia="Calibri"/>
          <w:lang w:val="ru-RU"/>
        </w:rPr>
        <w:t>провадження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такої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діяльності</w:t>
      </w:r>
      <w:proofErr w:type="spellEnd"/>
      <w:r w:rsidRPr="00B63215">
        <w:rPr>
          <w:rFonts w:eastAsia="Calibri"/>
          <w:lang w:val="ru-RU"/>
        </w:rPr>
        <w:t>.</w:t>
      </w:r>
    </w:p>
    <w:p w14:paraId="39781DEE" w14:textId="1EE62978" w:rsidR="003C216C" w:rsidRPr="006E228A" w:rsidRDefault="00622ACB" w:rsidP="000E48DF">
      <w:pPr>
        <w:jc w:val="both"/>
        <w:rPr>
          <w:lang w:val="ru-RU"/>
        </w:rPr>
      </w:pPr>
      <w:proofErr w:type="spellStart"/>
      <w:r w:rsidRPr="00490E23">
        <w:rPr>
          <w:b/>
          <w:bCs/>
          <w:lang w:val="ru-RU"/>
        </w:rPr>
        <w:t>Академічний</w:t>
      </w:r>
      <w:proofErr w:type="spellEnd"/>
      <w:r w:rsidRPr="00490E23">
        <w:rPr>
          <w:b/>
          <w:bCs/>
          <w:lang w:val="ru-RU"/>
        </w:rPr>
        <w:t xml:space="preserve"> </w:t>
      </w:r>
      <w:proofErr w:type="spellStart"/>
      <w:r w:rsidRPr="00490E23">
        <w:rPr>
          <w:b/>
          <w:bCs/>
          <w:lang w:val="ru-RU"/>
        </w:rPr>
        <w:t>твір</w:t>
      </w:r>
      <w:proofErr w:type="spellEnd"/>
      <w:r w:rsidRPr="006E228A">
        <w:rPr>
          <w:lang w:val="ru-RU"/>
        </w:rPr>
        <w:t xml:space="preserve"> </w:t>
      </w:r>
      <w:r w:rsidR="000E48DF">
        <w:rPr>
          <w:lang w:val="ru-RU"/>
        </w:rPr>
        <w:t>–</w:t>
      </w:r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сфері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освіти</w:t>
      </w:r>
      <w:proofErr w:type="spellEnd"/>
      <w:r w:rsidRPr="006E228A">
        <w:rPr>
          <w:lang w:val="ru-RU"/>
        </w:rPr>
        <w:t xml:space="preserve">, науки, </w:t>
      </w:r>
      <w:proofErr w:type="spellStart"/>
      <w:r w:rsidRPr="006E228A">
        <w:rPr>
          <w:lang w:val="ru-RU"/>
        </w:rPr>
        <w:t>науково-технічної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редакційної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експертної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діяльності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зокрема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дисертація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наукова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стаття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тези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монографія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розділ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монографії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звіт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виконання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науково-дослідної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роботи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методичні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рекомендації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навчальний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науково-методичний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експертний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висновок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аналітична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довідка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презентація</w:t>
      </w:r>
      <w:proofErr w:type="spellEnd"/>
      <w:r w:rsidRPr="006E228A">
        <w:rPr>
          <w:lang w:val="ru-RU"/>
        </w:rPr>
        <w:t xml:space="preserve">, постер, </w:t>
      </w:r>
      <w:proofErr w:type="spellStart"/>
      <w:r w:rsidRPr="006E228A">
        <w:rPr>
          <w:lang w:val="ru-RU"/>
        </w:rPr>
        <w:t>таблиця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зображення</w:t>
      </w:r>
      <w:proofErr w:type="spellEnd"/>
      <w:r w:rsidRPr="006E228A">
        <w:rPr>
          <w:lang w:val="ru-RU"/>
        </w:rPr>
        <w:t xml:space="preserve">, база </w:t>
      </w:r>
      <w:proofErr w:type="spellStart"/>
      <w:r w:rsidRPr="006E228A">
        <w:rPr>
          <w:lang w:val="ru-RU"/>
        </w:rPr>
        <w:t>даних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створений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поданий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рецензований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редагований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оприлюднений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використаний</w:t>
      </w:r>
      <w:proofErr w:type="spellEnd"/>
      <w:r w:rsidRPr="006E228A">
        <w:rPr>
          <w:lang w:val="ru-RU"/>
        </w:rPr>
        <w:t xml:space="preserve"> в ННЦРМГО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імені</w:t>
      </w:r>
      <w:proofErr w:type="spellEnd"/>
      <w:r w:rsidRPr="006E228A">
        <w:rPr>
          <w:lang w:val="ru-RU"/>
        </w:rPr>
        <w:t xml:space="preserve"> ННЦРМГО.</w:t>
      </w:r>
    </w:p>
    <w:p w14:paraId="502113E5" w14:textId="1F29D463" w:rsidR="003C216C" w:rsidRPr="006E228A" w:rsidRDefault="00622ACB" w:rsidP="000E48DF">
      <w:pPr>
        <w:jc w:val="both"/>
        <w:rPr>
          <w:lang w:val="ru-RU"/>
        </w:rPr>
      </w:pPr>
      <w:proofErr w:type="spellStart"/>
      <w:r w:rsidRPr="00490E23">
        <w:rPr>
          <w:b/>
          <w:bCs/>
          <w:lang w:val="ru-RU"/>
        </w:rPr>
        <w:t>Академічний</w:t>
      </w:r>
      <w:proofErr w:type="spellEnd"/>
      <w:r w:rsidRPr="00490E23">
        <w:rPr>
          <w:b/>
          <w:bCs/>
          <w:lang w:val="ru-RU"/>
        </w:rPr>
        <w:t xml:space="preserve"> </w:t>
      </w:r>
      <w:proofErr w:type="spellStart"/>
      <w:r w:rsidRPr="00490E23">
        <w:rPr>
          <w:b/>
          <w:bCs/>
          <w:lang w:val="ru-RU"/>
        </w:rPr>
        <w:t>плагіат</w:t>
      </w:r>
      <w:proofErr w:type="spellEnd"/>
      <w:r w:rsidRPr="006E228A">
        <w:rPr>
          <w:lang w:val="ru-RU"/>
        </w:rPr>
        <w:t xml:space="preserve"> </w:t>
      </w:r>
      <w:r w:rsidR="000E48DF">
        <w:rPr>
          <w:lang w:val="ru-RU"/>
        </w:rPr>
        <w:t>–</w:t>
      </w:r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оприлюднення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повністю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частково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наукового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творчого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результату, </w:t>
      </w:r>
      <w:proofErr w:type="spellStart"/>
      <w:r w:rsidRPr="006E228A">
        <w:rPr>
          <w:lang w:val="ru-RU"/>
        </w:rPr>
        <w:t>отриманого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іншою</w:t>
      </w:r>
      <w:proofErr w:type="spellEnd"/>
      <w:r w:rsidRPr="006E228A">
        <w:rPr>
          <w:lang w:val="ru-RU"/>
        </w:rPr>
        <w:t xml:space="preserve"> особою, як результату </w:t>
      </w:r>
      <w:proofErr w:type="spellStart"/>
      <w:r w:rsidRPr="006E228A">
        <w:rPr>
          <w:lang w:val="ru-RU"/>
        </w:rPr>
        <w:t>власної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діяльності</w:t>
      </w:r>
      <w:proofErr w:type="spellEnd"/>
      <w:r w:rsidRPr="006E228A">
        <w:rPr>
          <w:lang w:val="ru-RU"/>
        </w:rPr>
        <w:t xml:space="preserve">, а </w:t>
      </w:r>
      <w:proofErr w:type="spellStart"/>
      <w:r w:rsidRPr="006E228A">
        <w:rPr>
          <w:lang w:val="ru-RU"/>
        </w:rPr>
        <w:t>також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відтворення</w:t>
      </w:r>
      <w:proofErr w:type="spellEnd"/>
      <w:r w:rsidRPr="006E228A">
        <w:rPr>
          <w:lang w:val="ru-RU"/>
        </w:rPr>
        <w:t xml:space="preserve"> в </w:t>
      </w:r>
      <w:proofErr w:type="spellStart"/>
      <w:r w:rsidRPr="006E228A">
        <w:rPr>
          <w:lang w:val="ru-RU"/>
        </w:rPr>
        <w:t>академічному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раніше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оприлюдненого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його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частини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ідей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даних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висновків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зображень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таблиць</w:t>
      </w:r>
      <w:proofErr w:type="spellEnd"/>
      <w:r w:rsidRPr="006E228A">
        <w:rPr>
          <w:lang w:val="ru-RU"/>
        </w:rPr>
        <w:t xml:space="preserve">, схем, формул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перекладу без </w:t>
      </w:r>
      <w:proofErr w:type="spellStart"/>
      <w:r w:rsidRPr="006E228A">
        <w:rPr>
          <w:lang w:val="ru-RU"/>
        </w:rPr>
        <w:t>належного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посилання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джерело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інформації</w:t>
      </w:r>
      <w:proofErr w:type="spellEnd"/>
      <w:r w:rsidRPr="006E228A">
        <w:rPr>
          <w:lang w:val="ru-RU"/>
        </w:rPr>
        <w:t xml:space="preserve"> та автора,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інформація</w:t>
      </w:r>
      <w:proofErr w:type="spellEnd"/>
      <w:r w:rsidRPr="006E228A">
        <w:rPr>
          <w:lang w:val="ru-RU"/>
        </w:rPr>
        <w:t xml:space="preserve"> про автора </w:t>
      </w:r>
      <w:proofErr w:type="spellStart"/>
      <w:r w:rsidRPr="006E228A">
        <w:rPr>
          <w:lang w:val="ru-RU"/>
        </w:rPr>
        <w:t>відома</w:t>
      </w:r>
      <w:proofErr w:type="spellEnd"/>
      <w:r w:rsidRPr="006E228A">
        <w:rPr>
          <w:lang w:val="ru-RU"/>
        </w:rPr>
        <w:t>.</w:t>
      </w:r>
    </w:p>
    <w:p w14:paraId="20050944" w14:textId="6E49F64B" w:rsidR="003C216C" w:rsidRDefault="00622ACB" w:rsidP="00AA0E5F">
      <w:pPr>
        <w:jc w:val="both"/>
        <w:rPr>
          <w:lang w:val="ru-RU"/>
        </w:rPr>
      </w:pPr>
      <w:proofErr w:type="spellStart"/>
      <w:r w:rsidRPr="00490E23">
        <w:rPr>
          <w:b/>
          <w:bCs/>
          <w:lang w:val="ru-RU"/>
        </w:rPr>
        <w:t>Самоплагіат</w:t>
      </w:r>
      <w:proofErr w:type="spellEnd"/>
      <w:r w:rsidRPr="006E228A">
        <w:rPr>
          <w:lang w:val="ru-RU"/>
        </w:rPr>
        <w:t xml:space="preserve"> </w:t>
      </w:r>
      <w:r w:rsidR="000E48DF">
        <w:rPr>
          <w:lang w:val="ru-RU"/>
        </w:rPr>
        <w:t>–</w:t>
      </w:r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оприлюднення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повністю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частково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власних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раніше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оприлюднених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результатів</w:t>
      </w:r>
      <w:proofErr w:type="spellEnd"/>
      <w:r w:rsidRPr="006E228A">
        <w:rPr>
          <w:lang w:val="ru-RU"/>
        </w:rPr>
        <w:t xml:space="preserve"> без </w:t>
      </w:r>
      <w:proofErr w:type="spellStart"/>
      <w:r w:rsidRPr="006E228A">
        <w:rPr>
          <w:lang w:val="ru-RU"/>
        </w:rPr>
        <w:t>зазначення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інформації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джерело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їх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попереднього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оприлюднення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інше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передбачено</w:t>
      </w:r>
      <w:proofErr w:type="spellEnd"/>
      <w:r w:rsidRPr="006E228A">
        <w:rPr>
          <w:lang w:val="ru-RU"/>
        </w:rPr>
        <w:t xml:space="preserve"> законом, правилами </w:t>
      </w:r>
      <w:proofErr w:type="spellStart"/>
      <w:r w:rsidRPr="006E228A">
        <w:rPr>
          <w:lang w:val="ru-RU"/>
        </w:rPr>
        <w:t>видання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>.</w:t>
      </w:r>
    </w:p>
    <w:p w14:paraId="185DC955" w14:textId="77777777" w:rsidR="00077507" w:rsidRDefault="00077507" w:rsidP="009262FF">
      <w:pPr>
        <w:pStyle w:val="af"/>
        <w:spacing w:after="40" w:line="247" w:lineRule="auto"/>
        <w:jc w:val="both"/>
        <w:rPr>
          <w:rFonts w:eastAsia="Calibri"/>
          <w:lang w:val="ru-RU"/>
        </w:rPr>
      </w:pPr>
      <w:r w:rsidRPr="00B63215">
        <w:rPr>
          <w:rFonts w:eastAsia="Calibri"/>
          <w:b/>
          <w:bCs/>
          <w:lang w:val="ru-RU"/>
        </w:rPr>
        <w:t>Автор</w:t>
      </w:r>
      <w:r w:rsidRPr="00B63215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–</w:t>
      </w:r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фізична</w:t>
      </w:r>
      <w:proofErr w:type="spellEnd"/>
      <w:r w:rsidRPr="00B63215">
        <w:rPr>
          <w:rFonts w:eastAsia="Calibri"/>
          <w:lang w:val="ru-RU"/>
        </w:rPr>
        <w:t xml:space="preserve"> особа, яка </w:t>
      </w:r>
      <w:proofErr w:type="spellStart"/>
      <w:r w:rsidRPr="00B63215">
        <w:rPr>
          <w:rFonts w:eastAsia="Calibri"/>
          <w:lang w:val="ru-RU"/>
        </w:rPr>
        <w:t>власною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інтелектуальною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працею</w:t>
      </w:r>
      <w:proofErr w:type="spellEnd"/>
      <w:r w:rsidRPr="00B63215">
        <w:rPr>
          <w:rFonts w:eastAsia="Calibri"/>
          <w:lang w:val="ru-RU"/>
        </w:rPr>
        <w:t xml:space="preserve"> створила </w:t>
      </w:r>
      <w:proofErr w:type="spellStart"/>
      <w:r w:rsidRPr="00B63215">
        <w:rPr>
          <w:rFonts w:eastAsia="Calibri"/>
          <w:lang w:val="ru-RU"/>
        </w:rPr>
        <w:t>академічний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твір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його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частину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науковий</w:t>
      </w:r>
      <w:proofErr w:type="spellEnd"/>
      <w:r w:rsidRPr="00B63215">
        <w:rPr>
          <w:rFonts w:eastAsia="Calibri"/>
          <w:lang w:val="ru-RU"/>
        </w:rPr>
        <w:t xml:space="preserve"> результат </w:t>
      </w:r>
      <w:proofErr w:type="spellStart"/>
      <w:r w:rsidRPr="00B63215">
        <w:rPr>
          <w:rFonts w:eastAsia="Calibri"/>
          <w:lang w:val="ru-RU"/>
        </w:rPr>
        <w:t>або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інший</w:t>
      </w:r>
      <w:proofErr w:type="spellEnd"/>
      <w:r w:rsidRPr="00B63215">
        <w:rPr>
          <w:rFonts w:eastAsia="Calibri"/>
          <w:lang w:val="ru-RU"/>
        </w:rPr>
        <w:t xml:space="preserve"> результат </w:t>
      </w:r>
      <w:proofErr w:type="spellStart"/>
      <w:r w:rsidRPr="00B63215">
        <w:rPr>
          <w:rFonts w:eastAsia="Calibri"/>
          <w:lang w:val="ru-RU"/>
        </w:rPr>
        <w:t>академічної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діяльності</w:t>
      </w:r>
      <w:proofErr w:type="spellEnd"/>
      <w:r w:rsidRPr="00B63215">
        <w:rPr>
          <w:rFonts w:eastAsia="Calibri"/>
          <w:lang w:val="ru-RU"/>
        </w:rPr>
        <w:t>.</w:t>
      </w:r>
    </w:p>
    <w:p w14:paraId="2304E01E" w14:textId="77777777" w:rsidR="009262FF" w:rsidRPr="00B63215" w:rsidRDefault="009262FF" w:rsidP="009262FF">
      <w:pPr>
        <w:pStyle w:val="af"/>
        <w:spacing w:after="40" w:line="247" w:lineRule="auto"/>
        <w:jc w:val="both"/>
        <w:rPr>
          <w:lang w:val="ru-RU"/>
        </w:rPr>
      </w:pPr>
      <w:proofErr w:type="spellStart"/>
      <w:r w:rsidRPr="00B63215">
        <w:rPr>
          <w:rFonts w:eastAsia="Calibri"/>
          <w:b/>
          <w:bCs/>
          <w:lang w:val="ru-RU"/>
        </w:rPr>
        <w:t>Співавторство</w:t>
      </w:r>
      <w:proofErr w:type="spellEnd"/>
      <w:r w:rsidRPr="00B63215">
        <w:rPr>
          <w:rFonts w:eastAsia="Calibri"/>
          <w:b/>
          <w:bCs/>
          <w:lang w:val="ru-RU"/>
        </w:rPr>
        <w:t xml:space="preserve"> –</w:t>
      </w:r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створення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академічного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твору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двома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або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більше</w:t>
      </w:r>
      <w:proofErr w:type="spellEnd"/>
      <w:r w:rsidRPr="00B63215">
        <w:rPr>
          <w:rFonts w:eastAsia="Calibri"/>
          <w:lang w:val="ru-RU"/>
        </w:rPr>
        <w:t xml:space="preserve"> особами, </w:t>
      </w:r>
      <w:proofErr w:type="spellStart"/>
      <w:r w:rsidRPr="00B63215">
        <w:rPr>
          <w:rFonts w:eastAsia="Calibri"/>
          <w:lang w:val="ru-RU"/>
        </w:rPr>
        <w:t>кожна</w:t>
      </w:r>
      <w:proofErr w:type="spellEnd"/>
      <w:r w:rsidRPr="00B63215">
        <w:rPr>
          <w:rFonts w:eastAsia="Calibri"/>
          <w:lang w:val="ru-RU"/>
        </w:rPr>
        <w:t xml:space="preserve"> з </w:t>
      </w:r>
      <w:proofErr w:type="spellStart"/>
      <w:r w:rsidRPr="00B63215">
        <w:rPr>
          <w:rFonts w:eastAsia="Calibri"/>
          <w:lang w:val="ru-RU"/>
        </w:rPr>
        <w:t>яких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зробила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реальний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інтелектуальний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внесок</w:t>
      </w:r>
      <w:proofErr w:type="spellEnd"/>
      <w:r w:rsidRPr="00B63215">
        <w:rPr>
          <w:rFonts w:eastAsia="Calibri"/>
          <w:lang w:val="ru-RU"/>
        </w:rPr>
        <w:t xml:space="preserve"> у </w:t>
      </w:r>
      <w:proofErr w:type="spellStart"/>
      <w:r w:rsidRPr="00B63215">
        <w:rPr>
          <w:rFonts w:eastAsia="Calibri"/>
          <w:lang w:val="ru-RU"/>
        </w:rPr>
        <w:t>задум</w:t>
      </w:r>
      <w:proofErr w:type="spellEnd"/>
      <w:r w:rsidRPr="00B63215">
        <w:rPr>
          <w:rFonts w:eastAsia="Calibri"/>
          <w:lang w:val="ru-RU"/>
        </w:rPr>
        <w:t xml:space="preserve">, дизайн, </w:t>
      </w:r>
      <w:proofErr w:type="spellStart"/>
      <w:r w:rsidRPr="00B63215">
        <w:rPr>
          <w:rFonts w:eastAsia="Calibri"/>
          <w:lang w:val="ru-RU"/>
        </w:rPr>
        <w:t>виконання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аналіз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інтерпретацію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написання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істотне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редагування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або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іншу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змістовну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частину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роботи</w:t>
      </w:r>
      <w:proofErr w:type="spellEnd"/>
      <w:r w:rsidRPr="00B63215">
        <w:rPr>
          <w:rFonts w:eastAsia="Calibri"/>
          <w:lang w:val="ru-RU"/>
        </w:rPr>
        <w:t>.</w:t>
      </w:r>
    </w:p>
    <w:p w14:paraId="0D169C91" w14:textId="77777777" w:rsidR="009262FF" w:rsidRPr="00B63215" w:rsidRDefault="009262FF" w:rsidP="009262FF">
      <w:pPr>
        <w:pStyle w:val="af"/>
        <w:spacing w:after="40" w:line="247" w:lineRule="auto"/>
        <w:jc w:val="both"/>
        <w:rPr>
          <w:lang w:val="ru-RU"/>
        </w:rPr>
      </w:pPr>
      <w:proofErr w:type="spellStart"/>
      <w:r w:rsidRPr="00B63215">
        <w:rPr>
          <w:rFonts w:eastAsia="Calibri"/>
          <w:b/>
          <w:bCs/>
          <w:lang w:val="ru-RU"/>
        </w:rPr>
        <w:lastRenderedPageBreak/>
        <w:t>Внесок</w:t>
      </w:r>
      <w:proofErr w:type="spellEnd"/>
      <w:r w:rsidRPr="00B63215">
        <w:rPr>
          <w:rFonts w:eastAsia="Calibri"/>
          <w:b/>
          <w:bCs/>
          <w:lang w:val="ru-RU"/>
        </w:rPr>
        <w:t xml:space="preserve"> автора </w:t>
      </w:r>
      <w:proofErr w:type="spellStart"/>
      <w:r w:rsidRPr="00B63215">
        <w:rPr>
          <w:rFonts w:eastAsia="Calibri"/>
          <w:b/>
          <w:bCs/>
          <w:lang w:val="ru-RU"/>
        </w:rPr>
        <w:t>або</w:t>
      </w:r>
      <w:proofErr w:type="spellEnd"/>
      <w:r w:rsidRPr="00B63215">
        <w:rPr>
          <w:rFonts w:eastAsia="Calibri"/>
          <w:b/>
          <w:bCs/>
          <w:lang w:val="ru-RU"/>
        </w:rPr>
        <w:t xml:space="preserve"> </w:t>
      </w:r>
      <w:proofErr w:type="spellStart"/>
      <w:r w:rsidRPr="00B63215">
        <w:rPr>
          <w:rFonts w:eastAsia="Calibri"/>
          <w:b/>
          <w:bCs/>
          <w:lang w:val="ru-RU"/>
        </w:rPr>
        <w:t>співавтора</w:t>
      </w:r>
      <w:proofErr w:type="spellEnd"/>
      <w:r w:rsidRPr="00B63215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–</w:t>
      </w:r>
      <w:r w:rsidRPr="00B63215">
        <w:rPr>
          <w:rFonts w:eastAsia="Calibri"/>
          <w:lang w:val="ru-RU"/>
        </w:rPr>
        <w:t xml:space="preserve"> конкретна участь особи у </w:t>
      </w:r>
      <w:proofErr w:type="spellStart"/>
      <w:r w:rsidRPr="00B63215">
        <w:rPr>
          <w:rFonts w:eastAsia="Calibri"/>
          <w:lang w:val="ru-RU"/>
        </w:rPr>
        <w:t>створенні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академічного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твору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чи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наукового</w:t>
      </w:r>
      <w:proofErr w:type="spellEnd"/>
      <w:r w:rsidRPr="00B63215">
        <w:rPr>
          <w:rFonts w:eastAsia="Calibri"/>
          <w:lang w:val="ru-RU"/>
        </w:rPr>
        <w:t xml:space="preserve"> результату, яка </w:t>
      </w:r>
      <w:proofErr w:type="spellStart"/>
      <w:r w:rsidRPr="00B63215">
        <w:rPr>
          <w:rFonts w:eastAsia="Calibri"/>
          <w:lang w:val="ru-RU"/>
        </w:rPr>
        <w:t>може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полягати</w:t>
      </w:r>
      <w:proofErr w:type="spellEnd"/>
      <w:r w:rsidRPr="00B63215">
        <w:rPr>
          <w:rFonts w:eastAsia="Calibri"/>
          <w:lang w:val="ru-RU"/>
        </w:rPr>
        <w:t xml:space="preserve"> у </w:t>
      </w:r>
      <w:proofErr w:type="spellStart"/>
      <w:r w:rsidRPr="00B63215">
        <w:rPr>
          <w:rFonts w:eastAsia="Calibri"/>
          <w:lang w:val="ru-RU"/>
        </w:rPr>
        <w:t>формулюванні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ідеї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розробленні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методології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збиранні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аналізі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чи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інтерпретації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даних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підготовці</w:t>
      </w:r>
      <w:proofErr w:type="spellEnd"/>
      <w:r w:rsidRPr="00B63215">
        <w:rPr>
          <w:rFonts w:eastAsia="Calibri"/>
          <w:lang w:val="ru-RU"/>
        </w:rPr>
        <w:t xml:space="preserve"> тексту, </w:t>
      </w:r>
      <w:proofErr w:type="spellStart"/>
      <w:r w:rsidRPr="00B63215">
        <w:rPr>
          <w:rFonts w:eastAsia="Calibri"/>
          <w:lang w:val="ru-RU"/>
        </w:rPr>
        <w:t>науковому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редагуванні</w:t>
      </w:r>
      <w:proofErr w:type="spellEnd"/>
      <w:r w:rsidRPr="00B63215">
        <w:rPr>
          <w:rFonts w:eastAsia="Calibri"/>
          <w:lang w:val="ru-RU"/>
        </w:rPr>
        <w:t xml:space="preserve">, критичному </w:t>
      </w:r>
      <w:proofErr w:type="spellStart"/>
      <w:r w:rsidRPr="00B63215">
        <w:rPr>
          <w:rFonts w:eastAsia="Calibri"/>
          <w:lang w:val="ru-RU"/>
        </w:rPr>
        <w:t>перегляді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змісту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підготовці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висновків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або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іншій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істотній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інтелектуальній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роботі</w:t>
      </w:r>
      <w:proofErr w:type="spellEnd"/>
      <w:r w:rsidRPr="00B63215">
        <w:rPr>
          <w:rFonts w:eastAsia="Calibri"/>
          <w:lang w:val="ru-RU"/>
        </w:rPr>
        <w:t>.</w:t>
      </w:r>
    </w:p>
    <w:p w14:paraId="2952334F" w14:textId="77777777" w:rsidR="009262FF" w:rsidRPr="00B63215" w:rsidRDefault="009262FF" w:rsidP="009262FF">
      <w:pPr>
        <w:pStyle w:val="af"/>
        <w:spacing w:after="40" w:line="247" w:lineRule="auto"/>
        <w:jc w:val="both"/>
        <w:rPr>
          <w:lang w:val="ru-RU"/>
        </w:rPr>
      </w:pPr>
      <w:proofErr w:type="spellStart"/>
      <w:r w:rsidRPr="00B63215">
        <w:rPr>
          <w:rFonts w:eastAsia="Calibri"/>
          <w:b/>
          <w:bCs/>
          <w:lang w:val="ru-RU"/>
        </w:rPr>
        <w:t>Конфлікт</w:t>
      </w:r>
      <w:proofErr w:type="spellEnd"/>
      <w:r w:rsidRPr="00B63215">
        <w:rPr>
          <w:rFonts w:eastAsia="Calibri"/>
          <w:b/>
          <w:bCs/>
          <w:lang w:val="ru-RU"/>
        </w:rPr>
        <w:t xml:space="preserve"> </w:t>
      </w:r>
      <w:proofErr w:type="spellStart"/>
      <w:r w:rsidRPr="00B63215">
        <w:rPr>
          <w:rFonts w:eastAsia="Calibri"/>
          <w:b/>
          <w:bCs/>
          <w:lang w:val="ru-RU"/>
        </w:rPr>
        <w:t>інтересів</w:t>
      </w:r>
      <w:proofErr w:type="spellEnd"/>
      <w:r w:rsidRPr="00B63215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–</w:t>
      </w:r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суперечність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між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приватним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службовим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професійним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майновим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немайновим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або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іншим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інтересом</w:t>
      </w:r>
      <w:proofErr w:type="spellEnd"/>
      <w:r w:rsidRPr="00B63215">
        <w:rPr>
          <w:rFonts w:eastAsia="Calibri"/>
          <w:lang w:val="ru-RU"/>
        </w:rPr>
        <w:t xml:space="preserve"> особи та </w:t>
      </w:r>
      <w:proofErr w:type="spellStart"/>
      <w:r w:rsidRPr="00B63215">
        <w:rPr>
          <w:rFonts w:eastAsia="Calibri"/>
          <w:lang w:val="ru-RU"/>
        </w:rPr>
        <w:t>її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обов’язками</w:t>
      </w:r>
      <w:proofErr w:type="spellEnd"/>
      <w:r w:rsidRPr="00B63215">
        <w:rPr>
          <w:rFonts w:eastAsia="Calibri"/>
          <w:lang w:val="ru-RU"/>
        </w:rPr>
        <w:t xml:space="preserve"> в </w:t>
      </w:r>
      <w:proofErr w:type="spellStart"/>
      <w:r w:rsidRPr="00B63215">
        <w:rPr>
          <w:rFonts w:eastAsia="Calibri"/>
          <w:lang w:val="ru-RU"/>
        </w:rPr>
        <w:t>академічній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науковій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освітній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редакційній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експертній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чи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управлінській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діяльності</w:t>
      </w:r>
      <w:proofErr w:type="spellEnd"/>
      <w:r w:rsidRPr="00B63215">
        <w:rPr>
          <w:rFonts w:eastAsia="Calibri"/>
          <w:lang w:val="ru-RU"/>
        </w:rPr>
        <w:t xml:space="preserve">, яка </w:t>
      </w:r>
      <w:proofErr w:type="spellStart"/>
      <w:r w:rsidRPr="00B63215">
        <w:rPr>
          <w:rFonts w:eastAsia="Calibri"/>
          <w:lang w:val="ru-RU"/>
        </w:rPr>
        <w:t>може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вплинути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або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створити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враження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впливу</w:t>
      </w:r>
      <w:proofErr w:type="spellEnd"/>
      <w:r w:rsidRPr="00B63215">
        <w:rPr>
          <w:rFonts w:eastAsia="Calibri"/>
          <w:lang w:val="ru-RU"/>
        </w:rPr>
        <w:t xml:space="preserve"> на </w:t>
      </w:r>
      <w:proofErr w:type="spellStart"/>
      <w:r w:rsidRPr="00B63215">
        <w:rPr>
          <w:rFonts w:eastAsia="Calibri"/>
          <w:lang w:val="ru-RU"/>
        </w:rPr>
        <w:t>об’єктивність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неупередженість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чи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доброчесність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її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рішень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або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дій</w:t>
      </w:r>
      <w:proofErr w:type="spellEnd"/>
      <w:r w:rsidRPr="00B63215">
        <w:rPr>
          <w:rFonts w:eastAsia="Calibri"/>
          <w:lang w:val="ru-RU"/>
        </w:rPr>
        <w:t>.</w:t>
      </w:r>
    </w:p>
    <w:p w14:paraId="10E8CB42" w14:textId="77777777" w:rsidR="00077507" w:rsidRPr="00B63215" w:rsidRDefault="00077507" w:rsidP="009262FF">
      <w:pPr>
        <w:pStyle w:val="af"/>
        <w:spacing w:after="40" w:line="247" w:lineRule="auto"/>
        <w:jc w:val="both"/>
        <w:rPr>
          <w:lang w:val="ru-RU"/>
        </w:rPr>
      </w:pPr>
      <w:proofErr w:type="spellStart"/>
      <w:r w:rsidRPr="00B63215">
        <w:rPr>
          <w:rFonts w:eastAsia="Calibri"/>
          <w:b/>
          <w:bCs/>
          <w:lang w:val="ru-RU"/>
        </w:rPr>
        <w:t>Джерело</w:t>
      </w:r>
      <w:proofErr w:type="spellEnd"/>
      <w:r w:rsidRPr="00B63215">
        <w:rPr>
          <w:rFonts w:eastAsia="Calibri"/>
          <w:b/>
          <w:bCs/>
          <w:lang w:val="ru-RU"/>
        </w:rPr>
        <w:t xml:space="preserve"> </w:t>
      </w:r>
      <w:proofErr w:type="spellStart"/>
      <w:r w:rsidRPr="00B63215">
        <w:rPr>
          <w:rFonts w:eastAsia="Calibri"/>
          <w:b/>
          <w:bCs/>
          <w:lang w:val="ru-RU"/>
        </w:rPr>
        <w:t>інформації</w:t>
      </w:r>
      <w:proofErr w:type="spellEnd"/>
      <w:r w:rsidRPr="00B63215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–</w:t>
      </w:r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друковане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чи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електронне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видання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архівний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матеріал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інтернет</w:t>
      </w:r>
      <w:proofErr w:type="spellEnd"/>
      <w:r w:rsidRPr="00B63215">
        <w:rPr>
          <w:rFonts w:eastAsia="Calibri"/>
          <w:lang w:val="ru-RU"/>
        </w:rPr>
        <w:t xml:space="preserve">-ресурс, база </w:t>
      </w:r>
      <w:proofErr w:type="spellStart"/>
      <w:r w:rsidRPr="00B63215">
        <w:rPr>
          <w:rFonts w:eastAsia="Calibri"/>
          <w:lang w:val="ru-RU"/>
        </w:rPr>
        <w:t>даних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реєстр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рукопис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матеріали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конференції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звіт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первинні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дані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дослідження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або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інше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джерело</w:t>
      </w:r>
      <w:proofErr w:type="spellEnd"/>
      <w:r w:rsidRPr="00B63215">
        <w:rPr>
          <w:rFonts w:eastAsia="Calibri"/>
          <w:lang w:val="ru-RU"/>
        </w:rPr>
        <w:t xml:space="preserve">, з </w:t>
      </w:r>
      <w:proofErr w:type="spellStart"/>
      <w:r w:rsidRPr="00B63215">
        <w:rPr>
          <w:rFonts w:eastAsia="Calibri"/>
          <w:lang w:val="ru-RU"/>
        </w:rPr>
        <w:t>якого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отримано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інформацію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використану</w:t>
      </w:r>
      <w:proofErr w:type="spellEnd"/>
      <w:r w:rsidRPr="00B63215">
        <w:rPr>
          <w:rFonts w:eastAsia="Calibri"/>
          <w:lang w:val="ru-RU"/>
        </w:rPr>
        <w:t xml:space="preserve"> в </w:t>
      </w:r>
      <w:proofErr w:type="spellStart"/>
      <w:r w:rsidRPr="00B63215">
        <w:rPr>
          <w:rFonts w:eastAsia="Calibri"/>
          <w:lang w:val="ru-RU"/>
        </w:rPr>
        <w:t>академічному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творі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чи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іншому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результаті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академічної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діяльності</w:t>
      </w:r>
      <w:proofErr w:type="spellEnd"/>
      <w:r w:rsidRPr="00B63215">
        <w:rPr>
          <w:rFonts w:eastAsia="Calibri"/>
          <w:lang w:val="ru-RU"/>
        </w:rPr>
        <w:t>.</w:t>
      </w:r>
    </w:p>
    <w:p w14:paraId="4FFD8AF4" w14:textId="77777777" w:rsidR="009262FF" w:rsidRDefault="009262FF" w:rsidP="009262FF">
      <w:pPr>
        <w:jc w:val="both"/>
        <w:rPr>
          <w:lang w:val="ru-RU"/>
        </w:rPr>
      </w:pPr>
      <w:proofErr w:type="spellStart"/>
      <w:r w:rsidRPr="00077507">
        <w:rPr>
          <w:b/>
          <w:bCs/>
          <w:lang w:val="ru-RU"/>
        </w:rPr>
        <w:t>Технології</w:t>
      </w:r>
      <w:proofErr w:type="spellEnd"/>
      <w:r w:rsidRPr="00077507">
        <w:rPr>
          <w:b/>
          <w:bCs/>
          <w:lang w:val="ru-RU"/>
        </w:rPr>
        <w:t xml:space="preserve"> штучного </w:t>
      </w:r>
      <w:proofErr w:type="spellStart"/>
      <w:r w:rsidRPr="00077507">
        <w:rPr>
          <w:b/>
          <w:bCs/>
          <w:lang w:val="ru-RU"/>
        </w:rPr>
        <w:t>інтелекту</w:t>
      </w:r>
      <w:proofErr w:type="spellEnd"/>
      <w:r w:rsidRPr="00077507">
        <w:rPr>
          <w:b/>
          <w:bCs/>
          <w:lang w:val="ru-RU"/>
        </w:rPr>
        <w:t xml:space="preserve"> (ШІ)</w:t>
      </w:r>
      <w:r w:rsidRPr="006E228A">
        <w:rPr>
          <w:lang w:val="ru-RU"/>
        </w:rPr>
        <w:t xml:space="preserve"> </w:t>
      </w:r>
      <w:r>
        <w:rPr>
          <w:lang w:val="ru-RU"/>
        </w:rPr>
        <w:t>–</w:t>
      </w:r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програмні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системи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цифрові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сервіси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моделі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алгоритми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технологічні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інструменти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здатні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генерувати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змінювати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аналізувати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класифікувати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перекладати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узагальнювати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структурувати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іншим</w:t>
      </w:r>
      <w:proofErr w:type="spellEnd"/>
      <w:r w:rsidRPr="006E228A">
        <w:rPr>
          <w:lang w:val="ru-RU"/>
        </w:rPr>
        <w:t xml:space="preserve"> способом </w:t>
      </w:r>
      <w:proofErr w:type="spellStart"/>
      <w:r w:rsidRPr="006E228A">
        <w:rPr>
          <w:lang w:val="ru-RU"/>
        </w:rPr>
        <w:t>обробляти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тексти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зображення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таблиці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, код, </w:t>
      </w:r>
      <w:proofErr w:type="spellStart"/>
      <w:r w:rsidRPr="006E228A">
        <w:rPr>
          <w:lang w:val="ru-RU"/>
        </w:rPr>
        <w:t>аудіо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відео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бібліографічні</w:t>
      </w:r>
      <w:proofErr w:type="spellEnd"/>
      <w:r w:rsidRPr="006E228A">
        <w:rPr>
          <w:lang w:val="ru-RU"/>
        </w:rPr>
        <w:t xml:space="preserve"> описи, </w:t>
      </w:r>
      <w:proofErr w:type="spellStart"/>
      <w:r w:rsidRPr="006E228A">
        <w:rPr>
          <w:lang w:val="ru-RU"/>
        </w:rPr>
        <w:t>аналітичні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об’єкти</w:t>
      </w:r>
      <w:proofErr w:type="spellEnd"/>
      <w:r w:rsidRPr="006E228A">
        <w:rPr>
          <w:lang w:val="ru-RU"/>
        </w:rPr>
        <w:t>.</w:t>
      </w:r>
    </w:p>
    <w:p w14:paraId="44941E6D" w14:textId="77777777" w:rsidR="009262FF" w:rsidRPr="006E228A" w:rsidRDefault="009262FF" w:rsidP="009262FF">
      <w:pPr>
        <w:jc w:val="both"/>
        <w:rPr>
          <w:lang w:val="ru-RU"/>
        </w:rPr>
      </w:pPr>
      <w:proofErr w:type="spellStart"/>
      <w:r w:rsidRPr="00077507">
        <w:rPr>
          <w:b/>
          <w:bCs/>
          <w:lang w:val="ru-RU"/>
        </w:rPr>
        <w:t>Недоброчесне</w:t>
      </w:r>
      <w:proofErr w:type="spellEnd"/>
      <w:r w:rsidRPr="00077507">
        <w:rPr>
          <w:b/>
          <w:bCs/>
          <w:lang w:val="ru-RU"/>
        </w:rPr>
        <w:t xml:space="preserve"> </w:t>
      </w:r>
      <w:proofErr w:type="spellStart"/>
      <w:r w:rsidRPr="00077507">
        <w:rPr>
          <w:b/>
          <w:bCs/>
          <w:lang w:val="ru-RU"/>
        </w:rPr>
        <w:t>використання</w:t>
      </w:r>
      <w:proofErr w:type="spellEnd"/>
      <w:r w:rsidRPr="00077507">
        <w:rPr>
          <w:b/>
          <w:bCs/>
          <w:lang w:val="ru-RU"/>
        </w:rPr>
        <w:t xml:space="preserve"> </w:t>
      </w:r>
      <w:proofErr w:type="spellStart"/>
      <w:r w:rsidRPr="00077507">
        <w:rPr>
          <w:b/>
          <w:bCs/>
          <w:lang w:val="ru-RU"/>
        </w:rPr>
        <w:t>результатів</w:t>
      </w:r>
      <w:proofErr w:type="spellEnd"/>
      <w:r w:rsidRPr="00077507">
        <w:rPr>
          <w:b/>
          <w:bCs/>
          <w:lang w:val="ru-RU"/>
        </w:rPr>
        <w:t xml:space="preserve">, </w:t>
      </w:r>
      <w:proofErr w:type="spellStart"/>
      <w:r w:rsidRPr="00077507">
        <w:rPr>
          <w:b/>
          <w:bCs/>
          <w:lang w:val="ru-RU"/>
        </w:rPr>
        <w:t>згенерованих</w:t>
      </w:r>
      <w:proofErr w:type="spellEnd"/>
      <w:r w:rsidRPr="00077507">
        <w:rPr>
          <w:b/>
          <w:bCs/>
          <w:lang w:val="ru-RU"/>
        </w:rPr>
        <w:t xml:space="preserve"> ШІ,</w:t>
      </w:r>
      <w:r w:rsidRPr="006E228A">
        <w:rPr>
          <w:lang w:val="ru-RU"/>
        </w:rPr>
        <w:t xml:space="preserve"> </w:t>
      </w:r>
      <w:r>
        <w:rPr>
          <w:lang w:val="ru-RU"/>
        </w:rPr>
        <w:t>–</w:t>
      </w:r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текстів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зображень</w:t>
      </w:r>
      <w:proofErr w:type="spellEnd"/>
      <w:r w:rsidRPr="006E228A">
        <w:rPr>
          <w:lang w:val="ru-RU"/>
        </w:rPr>
        <w:t xml:space="preserve">, моделей, </w:t>
      </w:r>
      <w:proofErr w:type="spellStart"/>
      <w:r w:rsidRPr="006E228A">
        <w:rPr>
          <w:lang w:val="ru-RU"/>
        </w:rPr>
        <w:t>даних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аналітичних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висновків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бібліографічних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описів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згенерованих</w:t>
      </w:r>
      <w:proofErr w:type="spellEnd"/>
      <w:r w:rsidRPr="006E228A">
        <w:rPr>
          <w:lang w:val="ru-RU"/>
        </w:rPr>
        <w:t xml:space="preserve"> системами ШІ, як </w:t>
      </w:r>
      <w:proofErr w:type="spellStart"/>
      <w:r w:rsidRPr="006E228A">
        <w:rPr>
          <w:lang w:val="ru-RU"/>
        </w:rPr>
        <w:t>результатів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власної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діяльності</w:t>
      </w:r>
      <w:proofErr w:type="spellEnd"/>
      <w:r w:rsidRPr="006E228A">
        <w:rPr>
          <w:lang w:val="ru-RU"/>
        </w:rPr>
        <w:t xml:space="preserve"> без </w:t>
      </w:r>
      <w:proofErr w:type="spellStart"/>
      <w:r w:rsidRPr="006E228A">
        <w:rPr>
          <w:lang w:val="ru-RU"/>
        </w:rPr>
        <w:t>зазначення</w:t>
      </w:r>
      <w:proofErr w:type="spellEnd"/>
      <w:r w:rsidRPr="006E228A">
        <w:rPr>
          <w:lang w:val="ru-RU"/>
        </w:rPr>
        <w:t xml:space="preserve"> факту такого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, а </w:t>
      </w:r>
      <w:proofErr w:type="spellStart"/>
      <w:r w:rsidRPr="006E228A">
        <w:rPr>
          <w:lang w:val="ru-RU"/>
        </w:rPr>
        <w:t>також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таких </w:t>
      </w:r>
      <w:proofErr w:type="spellStart"/>
      <w:r w:rsidRPr="006E228A">
        <w:rPr>
          <w:lang w:val="ru-RU"/>
        </w:rPr>
        <w:t>технологій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фабрикації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фальсифікації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приховування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запозичень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створення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недостовірних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>.</w:t>
      </w:r>
    </w:p>
    <w:p w14:paraId="4DCA6177" w14:textId="77777777" w:rsidR="00077507" w:rsidRPr="00B63215" w:rsidRDefault="00077507" w:rsidP="00077507">
      <w:pPr>
        <w:pStyle w:val="af"/>
        <w:spacing w:after="40" w:line="247" w:lineRule="auto"/>
        <w:jc w:val="both"/>
        <w:rPr>
          <w:lang w:val="ru-RU"/>
        </w:rPr>
      </w:pPr>
      <w:proofErr w:type="spellStart"/>
      <w:r w:rsidRPr="004E58CD">
        <w:rPr>
          <w:rFonts w:eastAsia="Calibri"/>
          <w:b/>
          <w:bCs/>
          <w:lang w:val="ru-RU"/>
        </w:rPr>
        <w:t>Перевірка</w:t>
      </w:r>
      <w:proofErr w:type="spellEnd"/>
      <w:r w:rsidRPr="004E58CD">
        <w:rPr>
          <w:rFonts w:eastAsia="Calibri"/>
          <w:b/>
          <w:bCs/>
          <w:lang w:val="ru-RU"/>
        </w:rPr>
        <w:t xml:space="preserve"> </w:t>
      </w:r>
      <w:proofErr w:type="spellStart"/>
      <w:r w:rsidRPr="004E58CD">
        <w:rPr>
          <w:rFonts w:eastAsia="Calibri"/>
          <w:b/>
          <w:bCs/>
          <w:lang w:val="ru-RU"/>
        </w:rPr>
        <w:t>академічного</w:t>
      </w:r>
      <w:proofErr w:type="spellEnd"/>
      <w:r w:rsidRPr="004E58CD">
        <w:rPr>
          <w:rFonts w:eastAsia="Calibri"/>
          <w:b/>
          <w:bCs/>
          <w:lang w:val="ru-RU"/>
        </w:rPr>
        <w:t xml:space="preserve"> </w:t>
      </w:r>
      <w:proofErr w:type="spellStart"/>
      <w:r w:rsidRPr="004E58CD">
        <w:rPr>
          <w:rFonts w:eastAsia="Calibri"/>
          <w:b/>
          <w:bCs/>
          <w:lang w:val="ru-RU"/>
        </w:rPr>
        <w:t>твору</w:t>
      </w:r>
      <w:proofErr w:type="spellEnd"/>
      <w:r w:rsidRPr="00B63215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–</w:t>
      </w:r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сукупність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організаційних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технічних</w:t>
      </w:r>
      <w:proofErr w:type="spellEnd"/>
      <w:r w:rsidRPr="00B63215">
        <w:rPr>
          <w:rFonts w:eastAsia="Calibri"/>
          <w:lang w:val="ru-RU"/>
        </w:rPr>
        <w:t xml:space="preserve"> та </w:t>
      </w:r>
      <w:proofErr w:type="spellStart"/>
      <w:r w:rsidRPr="00B63215">
        <w:rPr>
          <w:rFonts w:eastAsia="Calibri"/>
          <w:lang w:val="ru-RU"/>
        </w:rPr>
        <w:t>експертних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дій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спрямованих</w:t>
      </w:r>
      <w:proofErr w:type="spellEnd"/>
      <w:r w:rsidRPr="00B63215">
        <w:rPr>
          <w:rFonts w:eastAsia="Calibri"/>
          <w:lang w:val="ru-RU"/>
        </w:rPr>
        <w:t xml:space="preserve"> на </w:t>
      </w:r>
      <w:proofErr w:type="spellStart"/>
      <w:r w:rsidRPr="00B63215">
        <w:rPr>
          <w:rFonts w:eastAsia="Calibri"/>
          <w:lang w:val="ru-RU"/>
        </w:rPr>
        <w:t>виявлення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ознак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порушення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академічної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доброчесності</w:t>
      </w:r>
      <w:proofErr w:type="spellEnd"/>
      <w:r w:rsidRPr="00B63215">
        <w:rPr>
          <w:rFonts w:eastAsia="Calibri"/>
          <w:lang w:val="ru-RU"/>
        </w:rPr>
        <w:t>.</w:t>
      </w:r>
    </w:p>
    <w:p w14:paraId="735B6675" w14:textId="746B9968" w:rsidR="00077507" w:rsidRDefault="00077507" w:rsidP="00077507">
      <w:pPr>
        <w:jc w:val="both"/>
        <w:rPr>
          <w:lang w:val="ru-RU"/>
        </w:rPr>
      </w:pPr>
      <w:proofErr w:type="spellStart"/>
      <w:r w:rsidRPr="00077507">
        <w:rPr>
          <w:b/>
          <w:bCs/>
          <w:lang w:val="ru-RU"/>
        </w:rPr>
        <w:t>Текстові</w:t>
      </w:r>
      <w:proofErr w:type="spellEnd"/>
      <w:r w:rsidRPr="00077507">
        <w:rPr>
          <w:b/>
          <w:bCs/>
          <w:lang w:val="ru-RU"/>
        </w:rPr>
        <w:t xml:space="preserve"> </w:t>
      </w:r>
      <w:proofErr w:type="spellStart"/>
      <w:r w:rsidRPr="00077507">
        <w:rPr>
          <w:b/>
          <w:bCs/>
          <w:lang w:val="ru-RU"/>
        </w:rPr>
        <w:t>збіги</w:t>
      </w:r>
      <w:proofErr w:type="spellEnd"/>
      <w:r w:rsidRPr="00077507">
        <w:rPr>
          <w:b/>
          <w:bCs/>
          <w:lang w:val="ru-RU"/>
        </w:rPr>
        <w:t xml:space="preserve">, </w:t>
      </w:r>
      <w:proofErr w:type="spellStart"/>
      <w:r w:rsidRPr="00077507">
        <w:rPr>
          <w:b/>
          <w:bCs/>
          <w:lang w:val="ru-RU"/>
        </w:rPr>
        <w:t>ідентичність</w:t>
      </w:r>
      <w:proofErr w:type="spellEnd"/>
      <w:r w:rsidRPr="00077507">
        <w:rPr>
          <w:b/>
          <w:bCs/>
          <w:lang w:val="ru-RU"/>
        </w:rPr>
        <w:t xml:space="preserve"> </w:t>
      </w:r>
      <w:proofErr w:type="spellStart"/>
      <w:r w:rsidRPr="00077507">
        <w:rPr>
          <w:b/>
          <w:bCs/>
          <w:lang w:val="ru-RU"/>
        </w:rPr>
        <w:t>або</w:t>
      </w:r>
      <w:proofErr w:type="spellEnd"/>
      <w:r w:rsidRPr="00077507">
        <w:rPr>
          <w:b/>
          <w:bCs/>
          <w:lang w:val="ru-RU"/>
        </w:rPr>
        <w:t xml:space="preserve"> </w:t>
      </w:r>
      <w:proofErr w:type="spellStart"/>
      <w:r w:rsidRPr="00077507">
        <w:rPr>
          <w:b/>
          <w:bCs/>
          <w:lang w:val="ru-RU"/>
        </w:rPr>
        <w:t>схожість</w:t>
      </w:r>
      <w:proofErr w:type="spellEnd"/>
      <w:r w:rsidRPr="006E228A">
        <w:rPr>
          <w:lang w:val="ru-RU"/>
        </w:rPr>
        <w:t xml:space="preserve"> </w:t>
      </w:r>
      <w:r>
        <w:rPr>
          <w:lang w:val="ru-RU"/>
        </w:rPr>
        <w:t>–</w:t>
      </w:r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фрагменти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повністю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частково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збігаються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іншими</w:t>
      </w:r>
      <w:proofErr w:type="spellEnd"/>
      <w:r w:rsidRPr="006E228A">
        <w:rPr>
          <w:lang w:val="ru-RU"/>
        </w:rPr>
        <w:t xml:space="preserve"> текстами, </w:t>
      </w:r>
      <w:proofErr w:type="spellStart"/>
      <w:r w:rsidRPr="006E228A">
        <w:rPr>
          <w:lang w:val="ru-RU"/>
        </w:rPr>
        <w:t>матеріалами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джерелами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раніше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поданими</w:t>
      </w:r>
      <w:proofErr w:type="spellEnd"/>
      <w:r w:rsidRPr="006E228A">
        <w:rPr>
          <w:lang w:val="ru-RU"/>
        </w:rPr>
        <w:t xml:space="preserve"> роботами та </w:t>
      </w:r>
      <w:proofErr w:type="spellStart"/>
      <w:r w:rsidRPr="006E228A">
        <w:rPr>
          <w:lang w:val="ru-RU"/>
        </w:rPr>
        <w:t>потребують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змістовного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>.</w:t>
      </w:r>
    </w:p>
    <w:p w14:paraId="596BA6FE" w14:textId="77777777" w:rsidR="00E60CD2" w:rsidRPr="00B63215" w:rsidRDefault="00E60CD2" w:rsidP="00E60CD2">
      <w:pPr>
        <w:pStyle w:val="af"/>
        <w:spacing w:after="40" w:line="247" w:lineRule="auto"/>
        <w:jc w:val="both"/>
        <w:rPr>
          <w:lang w:val="ru-RU"/>
        </w:rPr>
      </w:pPr>
      <w:proofErr w:type="spellStart"/>
      <w:r w:rsidRPr="00B63215">
        <w:rPr>
          <w:rFonts w:eastAsia="Calibri"/>
          <w:b/>
          <w:bCs/>
          <w:lang w:val="ru-RU"/>
        </w:rPr>
        <w:t>Фабрикація</w:t>
      </w:r>
      <w:proofErr w:type="spellEnd"/>
      <w:r w:rsidRPr="00B63215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–</w:t>
      </w:r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вигадування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даних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фактів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результатів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досліджень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джерел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інформації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апробації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експериментів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спостережень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розрахунків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або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інших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відомостей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що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використовуються</w:t>
      </w:r>
      <w:proofErr w:type="spellEnd"/>
      <w:r w:rsidRPr="00B63215">
        <w:rPr>
          <w:rFonts w:eastAsia="Calibri"/>
          <w:lang w:val="ru-RU"/>
        </w:rPr>
        <w:t xml:space="preserve"> в </w:t>
      </w:r>
      <w:proofErr w:type="spellStart"/>
      <w:r w:rsidRPr="00B63215">
        <w:rPr>
          <w:rFonts w:eastAsia="Calibri"/>
          <w:lang w:val="ru-RU"/>
        </w:rPr>
        <w:t>академічній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діяльності</w:t>
      </w:r>
      <w:proofErr w:type="spellEnd"/>
      <w:r w:rsidRPr="00B63215">
        <w:rPr>
          <w:rFonts w:eastAsia="Calibri"/>
          <w:lang w:val="ru-RU"/>
        </w:rPr>
        <w:t>.</w:t>
      </w:r>
    </w:p>
    <w:p w14:paraId="11F24467" w14:textId="77777777" w:rsidR="00E60CD2" w:rsidRPr="00B63215" w:rsidRDefault="00E60CD2" w:rsidP="00E60CD2">
      <w:pPr>
        <w:pStyle w:val="af"/>
        <w:spacing w:after="40" w:line="247" w:lineRule="auto"/>
        <w:jc w:val="both"/>
        <w:rPr>
          <w:lang w:val="ru-RU"/>
        </w:rPr>
      </w:pPr>
      <w:proofErr w:type="spellStart"/>
      <w:r w:rsidRPr="00B63215">
        <w:rPr>
          <w:rFonts w:eastAsia="Calibri"/>
          <w:b/>
          <w:bCs/>
          <w:lang w:val="ru-RU"/>
        </w:rPr>
        <w:t>Фальсифікація</w:t>
      </w:r>
      <w:proofErr w:type="spellEnd"/>
      <w:r w:rsidRPr="00B63215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–</w:t>
      </w:r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свідома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зміна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перекручення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приховування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вибіркове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подання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або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модифікація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наявних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даних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матеріалів</w:t>
      </w:r>
      <w:proofErr w:type="spellEnd"/>
      <w:r w:rsidRPr="00B63215">
        <w:rPr>
          <w:rFonts w:eastAsia="Calibri"/>
          <w:lang w:val="ru-RU"/>
        </w:rPr>
        <w:t xml:space="preserve">, методик, </w:t>
      </w:r>
      <w:proofErr w:type="spellStart"/>
      <w:r w:rsidRPr="00B63215">
        <w:rPr>
          <w:rFonts w:eastAsia="Calibri"/>
          <w:lang w:val="ru-RU"/>
        </w:rPr>
        <w:t>результатів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досліджень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чи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іншої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інформації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що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призводить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або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може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призвести</w:t>
      </w:r>
      <w:proofErr w:type="spellEnd"/>
      <w:r w:rsidRPr="00B63215">
        <w:rPr>
          <w:rFonts w:eastAsia="Calibri"/>
          <w:lang w:val="ru-RU"/>
        </w:rPr>
        <w:t xml:space="preserve"> до </w:t>
      </w:r>
      <w:proofErr w:type="spellStart"/>
      <w:r w:rsidRPr="00B63215">
        <w:rPr>
          <w:rFonts w:eastAsia="Calibri"/>
          <w:lang w:val="ru-RU"/>
        </w:rPr>
        <w:t>створення</w:t>
      </w:r>
      <w:proofErr w:type="spellEnd"/>
      <w:r w:rsidRPr="00B63215">
        <w:rPr>
          <w:rFonts w:eastAsia="Calibri"/>
          <w:lang w:val="ru-RU"/>
        </w:rPr>
        <w:t xml:space="preserve"> неправдивого </w:t>
      </w:r>
      <w:proofErr w:type="spellStart"/>
      <w:r w:rsidRPr="00B63215">
        <w:rPr>
          <w:rFonts w:eastAsia="Calibri"/>
          <w:lang w:val="ru-RU"/>
        </w:rPr>
        <w:t>уявлення</w:t>
      </w:r>
      <w:proofErr w:type="spellEnd"/>
      <w:r w:rsidRPr="00B63215">
        <w:rPr>
          <w:rFonts w:eastAsia="Calibri"/>
          <w:lang w:val="ru-RU"/>
        </w:rPr>
        <w:t xml:space="preserve"> про </w:t>
      </w:r>
      <w:proofErr w:type="spellStart"/>
      <w:r w:rsidRPr="00B63215">
        <w:rPr>
          <w:rFonts w:eastAsia="Calibri"/>
          <w:lang w:val="ru-RU"/>
        </w:rPr>
        <w:t>результати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академічної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діяльності</w:t>
      </w:r>
      <w:proofErr w:type="spellEnd"/>
      <w:r w:rsidRPr="00B63215">
        <w:rPr>
          <w:rFonts w:eastAsia="Calibri"/>
          <w:lang w:val="ru-RU"/>
        </w:rPr>
        <w:t>.</w:t>
      </w:r>
    </w:p>
    <w:p w14:paraId="14767FC8" w14:textId="05C23D4A" w:rsidR="00077507" w:rsidRPr="006E228A" w:rsidRDefault="00077507" w:rsidP="00077507">
      <w:pPr>
        <w:jc w:val="both"/>
        <w:rPr>
          <w:lang w:val="ru-RU"/>
        </w:rPr>
      </w:pPr>
      <w:proofErr w:type="spellStart"/>
      <w:r w:rsidRPr="00077507">
        <w:rPr>
          <w:b/>
          <w:bCs/>
          <w:lang w:val="ru-RU"/>
        </w:rPr>
        <w:t>Звіт</w:t>
      </w:r>
      <w:proofErr w:type="spellEnd"/>
      <w:r w:rsidRPr="00077507">
        <w:rPr>
          <w:b/>
          <w:bCs/>
          <w:lang w:val="ru-RU"/>
        </w:rPr>
        <w:t xml:space="preserve"> </w:t>
      </w:r>
      <w:proofErr w:type="spellStart"/>
      <w:r w:rsidRPr="00077507">
        <w:rPr>
          <w:b/>
          <w:bCs/>
          <w:lang w:val="ru-RU"/>
        </w:rPr>
        <w:t>подібності</w:t>
      </w:r>
      <w:proofErr w:type="spellEnd"/>
      <w:r w:rsidRPr="006E228A">
        <w:rPr>
          <w:lang w:val="ru-RU"/>
        </w:rPr>
        <w:t xml:space="preserve"> </w:t>
      </w:r>
      <w:r>
        <w:rPr>
          <w:lang w:val="ru-RU"/>
        </w:rPr>
        <w:t>–</w:t>
      </w:r>
      <w:r w:rsidRPr="006E228A">
        <w:rPr>
          <w:lang w:val="ru-RU"/>
        </w:rPr>
        <w:t xml:space="preserve"> документ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електронний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звіт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сформований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програмним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засобом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тексту, </w:t>
      </w:r>
      <w:proofErr w:type="spellStart"/>
      <w:r w:rsidRPr="006E228A">
        <w:rPr>
          <w:lang w:val="ru-RU"/>
        </w:rPr>
        <w:t>який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містить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інформацію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текстові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збіги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можливі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запозичення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джерела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збігів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показники</w:t>
      </w:r>
      <w:proofErr w:type="spellEnd"/>
      <w:r w:rsidRPr="006E228A">
        <w:rPr>
          <w:lang w:val="ru-RU"/>
        </w:rPr>
        <w:t xml:space="preserve">. </w:t>
      </w:r>
      <w:proofErr w:type="spellStart"/>
      <w:r w:rsidRPr="006E228A">
        <w:rPr>
          <w:lang w:val="ru-RU"/>
        </w:rPr>
        <w:t>Звіт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не є </w:t>
      </w:r>
      <w:proofErr w:type="spellStart"/>
      <w:r w:rsidRPr="006E228A">
        <w:rPr>
          <w:lang w:val="ru-RU"/>
        </w:rPr>
        <w:t>самостійним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доказом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>.</w:t>
      </w:r>
    </w:p>
    <w:p w14:paraId="127920FC" w14:textId="191AC0E2" w:rsidR="00077507" w:rsidRPr="006E228A" w:rsidRDefault="00077507" w:rsidP="00077507">
      <w:pPr>
        <w:jc w:val="both"/>
        <w:rPr>
          <w:lang w:val="ru-RU"/>
        </w:rPr>
      </w:pPr>
      <w:proofErr w:type="spellStart"/>
      <w:r w:rsidRPr="00077507">
        <w:rPr>
          <w:b/>
          <w:bCs/>
          <w:lang w:val="ru-RU"/>
        </w:rPr>
        <w:t>Уповноважена</w:t>
      </w:r>
      <w:proofErr w:type="spellEnd"/>
      <w:r w:rsidRPr="00077507">
        <w:rPr>
          <w:b/>
          <w:bCs/>
          <w:lang w:val="ru-RU"/>
        </w:rPr>
        <w:t xml:space="preserve"> особа</w:t>
      </w:r>
      <w:r w:rsidRPr="006E228A">
        <w:rPr>
          <w:lang w:val="ru-RU"/>
        </w:rPr>
        <w:t xml:space="preserve"> </w:t>
      </w:r>
      <w:r>
        <w:rPr>
          <w:lang w:val="ru-RU"/>
        </w:rPr>
        <w:t>–</w:t>
      </w:r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працівник</w:t>
      </w:r>
      <w:proofErr w:type="spellEnd"/>
      <w:r w:rsidRPr="006E228A">
        <w:rPr>
          <w:lang w:val="ru-RU"/>
        </w:rPr>
        <w:t xml:space="preserve"> ННЦРМГО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визначена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внутрішнім</w:t>
      </w:r>
      <w:proofErr w:type="spellEnd"/>
      <w:r w:rsidRPr="006E228A">
        <w:rPr>
          <w:lang w:val="ru-RU"/>
        </w:rPr>
        <w:t xml:space="preserve"> актом особа, яка </w:t>
      </w:r>
      <w:proofErr w:type="spellStart"/>
      <w:r w:rsidRPr="006E228A">
        <w:rPr>
          <w:lang w:val="ru-RU"/>
        </w:rPr>
        <w:t>здійснює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приймання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реєстрацію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організацію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оформлення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передання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відповідним</w:t>
      </w:r>
      <w:proofErr w:type="spellEnd"/>
      <w:r w:rsidRPr="006E228A">
        <w:rPr>
          <w:lang w:val="ru-RU"/>
        </w:rPr>
        <w:t xml:space="preserve"> особам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органам.</w:t>
      </w:r>
    </w:p>
    <w:p w14:paraId="4BF30CC2" w14:textId="177CCDB0" w:rsidR="00077507" w:rsidRPr="006E228A" w:rsidRDefault="00077507" w:rsidP="00077507">
      <w:pPr>
        <w:jc w:val="both"/>
        <w:rPr>
          <w:lang w:val="ru-RU"/>
        </w:rPr>
      </w:pPr>
      <w:proofErr w:type="spellStart"/>
      <w:r w:rsidRPr="00077507">
        <w:rPr>
          <w:b/>
          <w:bCs/>
          <w:lang w:val="ru-RU"/>
        </w:rPr>
        <w:t>Комісія</w:t>
      </w:r>
      <w:proofErr w:type="spellEnd"/>
      <w:r w:rsidRPr="006E228A">
        <w:rPr>
          <w:lang w:val="ru-RU"/>
        </w:rPr>
        <w:t xml:space="preserve"> </w:t>
      </w:r>
      <w:r>
        <w:rPr>
          <w:lang w:val="ru-RU"/>
        </w:rPr>
        <w:t>–</w:t>
      </w:r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Комісія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питань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ННЦРМГО, яка </w:t>
      </w:r>
      <w:proofErr w:type="spellStart"/>
      <w:r w:rsidRPr="006E228A">
        <w:rPr>
          <w:lang w:val="ru-RU"/>
        </w:rPr>
        <w:t>діє</w:t>
      </w:r>
      <w:proofErr w:type="spellEnd"/>
      <w:r w:rsidRPr="006E228A">
        <w:rPr>
          <w:lang w:val="ru-RU"/>
        </w:rPr>
        <w:t xml:space="preserve"> як </w:t>
      </w:r>
      <w:proofErr w:type="spellStart"/>
      <w:r w:rsidRPr="006E228A">
        <w:rPr>
          <w:lang w:val="ru-RU"/>
        </w:rPr>
        <w:t>уповноважений</w:t>
      </w:r>
      <w:proofErr w:type="spellEnd"/>
      <w:r w:rsidRPr="006E228A">
        <w:rPr>
          <w:lang w:val="ru-RU"/>
        </w:rPr>
        <w:t xml:space="preserve"> орган з </w:t>
      </w:r>
      <w:proofErr w:type="spellStart"/>
      <w:r w:rsidRPr="006E228A">
        <w:rPr>
          <w:lang w:val="ru-RU"/>
        </w:rPr>
        <w:t>питань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в межах </w:t>
      </w:r>
      <w:proofErr w:type="spellStart"/>
      <w:r w:rsidRPr="006E228A">
        <w:rPr>
          <w:lang w:val="ru-RU"/>
        </w:rPr>
        <w:t>компетенції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визначеної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внутрішніми</w:t>
      </w:r>
      <w:proofErr w:type="spellEnd"/>
      <w:r w:rsidRPr="006E228A">
        <w:rPr>
          <w:lang w:val="ru-RU"/>
        </w:rPr>
        <w:t xml:space="preserve"> актами ННЦРМГО.</w:t>
      </w:r>
    </w:p>
    <w:p w14:paraId="32021048" w14:textId="1D465CA5" w:rsidR="00077507" w:rsidRDefault="00077507" w:rsidP="00077507">
      <w:pPr>
        <w:pStyle w:val="af"/>
        <w:spacing w:after="40" w:line="247" w:lineRule="auto"/>
        <w:jc w:val="both"/>
        <w:rPr>
          <w:rFonts w:eastAsia="Calibri"/>
          <w:lang w:val="ru-RU"/>
        </w:rPr>
      </w:pPr>
      <w:r w:rsidRPr="00B63215">
        <w:rPr>
          <w:rFonts w:eastAsia="Calibri"/>
          <w:lang w:val="ru-RU"/>
        </w:rPr>
        <w:t>3.</w:t>
      </w:r>
      <w:r>
        <w:rPr>
          <w:rFonts w:eastAsia="Calibri"/>
          <w:lang w:val="ru-RU"/>
        </w:rPr>
        <w:t>2</w:t>
      </w:r>
      <w:r w:rsidRPr="00B63215">
        <w:rPr>
          <w:rFonts w:eastAsia="Calibri"/>
          <w:lang w:val="ru-RU"/>
        </w:rPr>
        <w:t xml:space="preserve">. </w:t>
      </w:r>
      <w:proofErr w:type="spellStart"/>
      <w:r w:rsidRPr="00B63215">
        <w:rPr>
          <w:rFonts w:eastAsia="Calibri"/>
          <w:lang w:val="ru-RU"/>
        </w:rPr>
        <w:t>Інші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терміни</w:t>
      </w:r>
      <w:proofErr w:type="spellEnd"/>
      <w:r w:rsidRPr="00B63215">
        <w:rPr>
          <w:rFonts w:eastAsia="Calibri"/>
          <w:lang w:val="ru-RU"/>
        </w:rPr>
        <w:t xml:space="preserve">, не </w:t>
      </w:r>
      <w:proofErr w:type="spellStart"/>
      <w:r w:rsidRPr="00B63215">
        <w:rPr>
          <w:rFonts w:eastAsia="Calibri"/>
          <w:lang w:val="ru-RU"/>
        </w:rPr>
        <w:t>визначені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цим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Положенням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вживаються</w:t>
      </w:r>
      <w:proofErr w:type="spellEnd"/>
      <w:r w:rsidRPr="00B63215">
        <w:rPr>
          <w:rFonts w:eastAsia="Calibri"/>
          <w:lang w:val="ru-RU"/>
        </w:rPr>
        <w:t xml:space="preserve"> у </w:t>
      </w:r>
      <w:proofErr w:type="spellStart"/>
      <w:r w:rsidRPr="00B63215">
        <w:rPr>
          <w:rFonts w:eastAsia="Calibri"/>
          <w:lang w:val="ru-RU"/>
        </w:rPr>
        <w:t>значеннях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визначених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законодавством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України</w:t>
      </w:r>
      <w:proofErr w:type="spellEnd"/>
      <w:r w:rsidRPr="00B63215">
        <w:rPr>
          <w:rFonts w:eastAsia="Calibri"/>
          <w:lang w:val="ru-RU"/>
        </w:rPr>
        <w:t xml:space="preserve">, </w:t>
      </w:r>
      <w:proofErr w:type="spellStart"/>
      <w:r w:rsidRPr="00B63215">
        <w:rPr>
          <w:rFonts w:eastAsia="Calibri"/>
          <w:lang w:val="ru-RU"/>
        </w:rPr>
        <w:t>внутрішніми</w:t>
      </w:r>
      <w:proofErr w:type="spellEnd"/>
      <w:r w:rsidRPr="00B63215">
        <w:rPr>
          <w:rFonts w:eastAsia="Calibri"/>
          <w:lang w:val="ru-RU"/>
        </w:rPr>
        <w:t xml:space="preserve"> актами ННЦРМГО, </w:t>
      </w:r>
      <w:proofErr w:type="spellStart"/>
      <w:r w:rsidRPr="00B63215">
        <w:rPr>
          <w:rFonts w:eastAsia="Calibri"/>
          <w:lang w:val="ru-RU"/>
        </w:rPr>
        <w:t>редакційними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політиками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наукових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видань</w:t>
      </w:r>
      <w:proofErr w:type="spellEnd"/>
      <w:r w:rsidRPr="00B63215">
        <w:rPr>
          <w:rFonts w:eastAsia="Calibri"/>
          <w:lang w:val="ru-RU"/>
        </w:rPr>
        <w:t xml:space="preserve"> ННЦРМГО та </w:t>
      </w:r>
      <w:proofErr w:type="spellStart"/>
      <w:r w:rsidRPr="00B63215">
        <w:rPr>
          <w:rFonts w:eastAsia="Calibri"/>
          <w:lang w:val="ru-RU"/>
        </w:rPr>
        <w:t>загальноприйнятими</w:t>
      </w:r>
      <w:proofErr w:type="spellEnd"/>
      <w:r w:rsidRPr="00B63215">
        <w:rPr>
          <w:rFonts w:eastAsia="Calibri"/>
          <w:lang w:val="ru-RU"/>
        </w:rPr>
        <w:t xml:space="preserve"> стандартами </w:t>
      </w:r>
      <w:proofErr w:type="spellStart"/>
      <w:r w:rsidRPr="00B63215">
        <w:rPr>
          <w:rFonts w:eastAsia="Calibri"/>
          <w:lang w:val="ru-RU"/>
        </w:rPr>
        <w:t>академічної</w:t>
      </w:r>
      <w:proofErr w:type="spellEnd"/>
      <w:r w:rsidRPr="00B63215">
        <w:rPr>
          <w:rFonts w:eastAsia="Calibri"/>
          <w:lang w:val="ru-RU"/>
        </w:rPr>
        <w:t xml:space="preserve"> і </w:t>
      </w:r>
      <w:proofErr w:type="spellStart"/>
      <w:r w:rsidRPr="00B63215">
        <w:rPr>
          <w:rFonts w:eastAsia="Calibri"/>
          <w:lang w:val="ru-RU"/>
        </w:rPr>
        <w:t>публікаційної</w:t>
      </w:r>
      <w:proofErr w:type="spellEnd"/>
      <w:r w:rsidRPr="00B63215">
        <w:rPr>
          <w:rFonts w:eastAsia="Calibri"/>
          <w:lang w:val="ru-RU"/>
        </w:rPr>
        <w:t xml:space="preserve"> </w:t>
      </w:r>
      <w:proofErr w:type="spellStart"/>
      <w:r w:rsidRPr="00B63215">
        <w:rPr>
          <w:rFonts w:eastAsia="Calibri"/>
          <w:lang w:val="ru-RU"/>
        </w:rPr>
        <w:t>етики</w:t>
      </w:r>
      <w:proofErr w:type="spellEnd"/>
      <w:r w:rsidRPr="00B63215">
        <w:rPr>
          <w:rFonts w:eastAsia="Calibri"/>
          <w:lang w:val="ru-RU"/>
        </w:rPr>
        <w:t>.</w:t>
      </w:r>
    </w:p>
    <w:p w14:paraId="680A6F44" w14:textId="77777777" w:rsidR="00077507" w:rsidRDefault="00077507" w:rsidP="00AA0E5F">
      <w:pPr>
        <w:jc w:val="both"/>
        <w:rPr>
          <w:lang w:val="ru-RU"/>
        </w:rPr>
      </w:pPr>
    </w:p>
    <w:p w14:paraId="0C0D6857" w14:textId="77777777" w:rsidR="003C216C" w:rsidRPr="006E228A" w:rsidRDefault="00622ACB" w:rsidP="009262FF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lastRenderedPageBreak/>
        <w:t>4. АКАДЕМІЧНІ ТВОРИ, ЩО ПІДЛЯГАЮТЬ ПЕРЕВІРЦІ</w:t>
      </w:r>
    </w:p>
    <w:p w14:paraId="79688C59" w14:textId="77777777" w:rsidR="003C216C" w:rsidRPr="006E228A" w:rsidRDefault="00622ACB" w:rsidP="009262FF">
      <w:pPr>
        <w:jc w:val="both"/>
        <w:rPr>
          <w:lang w:val="ru-RU"/>
        </w:rPr>
      </w:pPr>
      <w:r w:rsidRPr="006E228A">
        <w:rPr>
          <w:lang w:val="ru-RU"/>
        </w:rPr>
        <w:t xml:space="preserve">4.1. </w:t>
      </w:r>
      <w:proofErr w:type="spellStart"/>
      <w:r w:rsidRPr="006E228A">
        <w:rPr>
          <w:lang w:val="ru-RU"/>
        </w:rPr>
        <w:t>Обов’язковій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перевірці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підлягають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академічні</w:t>
      </w:r>
      <w:proofErr w:type="spellEnd"/>
      <w:r w:rsidRPr="006E228A">
        <w:rPr>
          <w:lang w:val="ru-RU"/>
        </w:rPr>
        <w:t xml:space="preserve"> твори у </w:t>
      </w:r>
      <w:proofErr w:type="spellStart"/>
      <w:r w:rsidRPr="006E228A">
        <w:rPr>
          <w:lang w:val="ru-RU"/>
        </w:rPr>
        <w:t>випадках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визначених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законодавством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внутрішніми</w:t>
      </w:r>
      <w:proofErr w:type="spellEnd"/>
      <w:r w:rsidRPr="006E228A">
        <w:rPr>
          <w:lang w:val="ru-RU"/>
        </w:rPr>
        <w:t xml:space="preserve"> актами ННЦРМГО, </w:t>
      </w:r>
      <w:proofErr w:type="spellStart"/>
      <w:r w:rsidRPr="006E228A">
        <w:rPr>
          <w:lang w:val="ru-RU"/>
        </w:rPr>
        <w:t>редакційною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політикою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правилами </w:t>
      </w:r>
      <w:proofErr w:type="spellStart"/>
      <w:r w:rsidRPr="006E228A">
        <w:rPr>
          <w:lang w:val="ru-RU"/>
        </w:rPr>
        <w:t>відповідної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>.</w:t>
      </w:r>
    </w:p>
    <w:p w14:paraId="3ADD1BC2" w14:textId="77777777" w:rsidR="003C216C" w:rsidRPr="006E228A" w:rsidRDefault="00622ACB" w:rsidP="009262FF">
      <w:pPr>
        <w:jc w:val="both"/>
        <w:rPr>
          <w:lang w:val="ru-RU"/>
        </w:rPr>
      </w:pPr>
      <w:r w:rsidRPr="006E228A">
        <w:rPr>
          <w:lang w:val="ru-RU"/>
        </w:rPr>
        <w:t xml:space="preserve">4.2. У ННЦРМГО </w:t>
      </w:r>
      <w:proofErr w:type="spellStart"/>
      <w:r w:rsidRPr="006E228A">
        <w:rPr>
          <w:lang w:val="ru-RU"/>
        </w:rPr>
        <w:t>обов’язковій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перевірці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інше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встановлено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спеціальною</w:t>
      </w:r>
      <w:proofErr w:type="spellEnd"/>
      <w:r w:rsidRPr="006E228A">
        <w:rPr>
          <w:lang w:val="ru-RU"/>
        </w:rPr>
        <w:t xml:space="preserve"> процедурою, </w:t>
      </w:r>
      <w:proofErr w:type="spellStart"/>
      <w:r w:rsidRPr="006E228A">
        <w:rPr>
          <w:lang w:val="ru-RU"/>
        </w:rPr>
        <w:t>підлягають</w:t>
      </w:r>
      <w:proofErr w:type="spellEnd"/>
      <w:r w:rsidRPr="006E228A">
        <w:rPr>
          <w:lang w:val="ru-RU"/>
        </w:rPr>
        <w:t>:</w:t>
      </w:r>
    </w:p>
    <w:p w14:paraId="4F7EAAD5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рукописи </w:t>
      </w:r>
      <w:proofErr w:type="spellStart"/>
      <w:r w:rsidRPr="006E228A">
        <w:rPr>
          <w:lang w:val="ru-RU"/>
        </w:rPr>
        <w:t>дисертацій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захисту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академічні</w:t>
      </w:r>
      <w:proofErr w:type="spellEnd"/>
      <w:r w:rsidRPr="006E228A">
        <w:rPr>
          <w:lang w:val="ru-RU"/>
        </w:rPr>
        <w:t xml:space="preserve"> твори,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подаються</w:t>
      </w:r>
      <w:proofErr w:type="spellEnd"/>
      <w:r w:rsidRPr="006E228A">
        <w:rPr>
          <w:lang w:val="ru-RU"/>
        </w:rPr>
        <w:t xml:space="preserve"> </w:t>
      </w:r>
      <w:proofErr w:type="gramStart"/>
      <w:r w:rsidRPr="006E228A">
        <w:rPr>
          <w:lang w:val="ru-RU"/>
        </w:rPr>
        <w:t>у межах</w:t>
      </w:r>
      <w:proofErr w:type="gramEnd"/>
      <w:r w:rsidRPr="006E228A">
        <w:rPr>
          <w:lang w:val="ru-RU"/>
        </w:rPr>
        <w:t xml:space="preserve"> процедур </w:t>
      </w:r>
      <w:proofErr w:type="spellStart"/>
      <w:r w:rsidRPr="006E228A">
        <w:rPr>
          <w:lang w:val="ru-RU"/>
        </w:rPr>
        <w:t>присудження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ступенів</w:t>
      </w:r>
      <w:proofErr w:type="spellEnd"/>
      <w:r w:rsidRPr="006E228A">
        <w:rPr>
          <w:lang w:val="ru-RU"/>
        </w:rPr>
        <w:t>;</w:t>
      </w:r>
    </w:p>
    <w:p w14:paraId="496C808D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наукові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статті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оглядові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статті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короткі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повідомлення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тези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конференцій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семінарів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симпозіумів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заходів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подаються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заходів</w:t>
      </w:r>
      <w:proofErr w:type="spellEnd"/>
      <w:r w:rsidRPr="006E228A">
        <w:rPr>
          <w:lang w:val="ru-RU"/>
        </w:rPr>
        <w:t xml:space="preserve"> ННЦРМГО;</w:t>
      </w:r>
    </w:p>
    <w:p w14:paraId="628C6C86" w14:textId="064763B3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монографії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розділи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монографій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колективні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монографії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підручники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навчальні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посібники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методичні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рекомендації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науково-методичні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подаються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розгляд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рекомендацію</w:t>
      </w:r>
      <w:proofErr w:type="spellEnd"/>
      <w:r w:rsidRPr="006E228A">
        <w:rPr>
          <w:lang w:val="ru-RU"/>
        </w:rPr>
        <w:t xml:space="preserve"> </w:t>
      </w:r>
      <w:proofErr w:type="spellStart"/>
      <w:r w:rsidR="00005A19">
        <w:rPr>
          <w:lang w:val="ru-RU"/>
        </w:rPr>
        <w:t>в</w:t>
      </w:r>
      <w:r w:rsidRPr="006E228A">
        <w:rPr>
          <w:lang w:val="ru-RU"/>
        </w:rPr>
        <w:t>ченої</w:t>
      </w:r>
      <w:proofErr w:type="spellEnd"/>
      <w:r w:rsidRPr="006E228A">
        <w:rPr>
          <w:lang w:val="ru-RU"/>
        </w:rPr>
        <w:t xml:space="preserve"> ради ННЦРМГО;</w:t>
      </w:r>
    </w:p>
    <w:p w14:paraId="402C3F93" w14:textId="77777777" w:rsidR="003C216C" w:rsidRPr="006E228A" w:rsidRDefault="00622ACB" w:rsidP="009262FF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проміжні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заключні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звіти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виконання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науково-дослідних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робіт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аналітичні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довідки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експертні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висновки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містять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діяльності</w:t>
      </w:r>
      <w:proofErr w:type="spellEnd"/>
      <w:r w:rsidRPr="006E228A">
        <w:rPr>
          <w:lang w:val="ru-RU"/>
        </w:rPr>
        <w:t>;</w:t>
      </w:r>
    </w:p>
    <w:p w14:paraId="7C8FBDA5" w14:textId="77777777" w:rsidR="003C216C" w:rsidRPr="006E228A" w:rsidRDefault="00622ACB" w:rsidP="009262FF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академічні</w:t>
      </w:r>
      <w:proofErr w:type="spellEnd"/>
      <w:r w:rsidRPr="006E228A">
        <w:rPr>
          <w:lang w:val="ru-RU"/>
        </w:rPr>
        <w:t xml:space="preserve"> твори </w:t>
      </w:r>
      <w:proofErr w:type="spellStart"/>
      <w:r w:rsidRPr="006E228A">
        <w:rPr>
          <w:lang w:val="ru-RU"/>
        </w:rPr>
        <w:t>аспірантів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докторантів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клінічних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ординаторів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здобувачів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ступенів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осіб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проходять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підготовку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виконують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наукову</w:t>
      </w:r>
      <w:proofErr w:type="spellEnd"/>
      <w:r w:rsidRPr="006E228A">
        <w:rPr>
          <w:lang w:val="ru-RU"/>
        </w:rPr>
        <w:t xml:space="preserve"> роботу в ННЦРМГО;</w:t>
      </w:r>
    </w:p>
    <w:p w14:paraId="316B5B94" w14:textId="57D974A2" w:rsidR="003C216C" w:rsidRPr="006E228A" w:rsidRDefault="00622ACB" w:rsidP="009262FF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академічні</w:t>
      </w:r>
      <w:proofErr w:type="spellEnd"/>
      <w:r w:rsidRPr="006E228A">
        <w:rPr>
          <w:lang w:val="ru-RU"/>
        </w:rPr>
        <w:t xml:space="preserve"> твори, </w:t>
      </w:r>
      <w:proofErr w:type="spellStart"/>
      <w:r w:rsidRPr="006E228A">
        <w:rPr>
          <w:lang w:val="ru-RU"/>
        </w:rPr>
        <w:t>щодо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яких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керівник</w:t>
      </w:r>
      <w:proofErr w:type="spellEnd"/>
      <w:r w:rsidRPr="006E228A">
        <w:rPr>
          <w:lang w:val="ru-RU"/>
        </w:rPr>
        <w:t xml:space="preserve"> структурного </w:t>
      </w:r>
      <w:proofErr w:type="spellStart"/>
      <w:r w:rsidRPr="006E228A">
        <w:rPr>
          <w:lang w:val="ru-RU"/>
        </w:rPr>
        <w:t>підрозділу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редакція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разова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спеціалізована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вчена</w:t>
      </w:r>
      <w:proofErr w:type="spellEnd"/>
      <w:r w:rsidRPr="006E228A">
        <w:rPr>
          <w:lang w:val="ru-RU"/>
        </w:rPr>
        <w:t xml:space="preserve"> рада, </w:t>
      </w:r>
      <w:proofErr w:type="spellStart"/>
      <w:r w:rsidR="00005A19">
        <w:rPr>
          <w:lang w:val="ru-RU"/>
        </w:rPr>
        <w:t>в</w:t>
      </w:r>
      <w:r w:rsidRPr="006E228A">
        <w:rPr>
          <w:lang w:val="ru-RU"/>
        </w:rPr>
        <w:t>чена</w:t>
      </w:r>
      <w:proofErr w:type="spellEnd"/>
      <w:r w:rsidRPr="006E228A">
        <w:rPr>
          <w:lang w:val="ru-RU"/>
        </w:rPr>
        <w:t xml:space="preserve"> рада ННЦРМГО, </w:t>
      </w:r>
      <w:proofErr w:type="spellStart"/>
      <w:r w:rsidRPr="006E228A">
        <w:rPr>
          <w:lang w:val="ru-RU"/>
        </w:rPr>
        <w:t>генеральний</w:t>
      </w:r>
      <w:proofErr w:type="spellEnd"/>
      <w:r w:rsidRPr="006E228A">
        <w:rPr>
          <w:lang w:val="ru-RU"/>
        </w:rPr>
        <w:t xml:space="preserve"> директор ННЦРМГО, </w:t>
      </w:r>
      <w:proofErr w:type="spellStart"/>
      <w:r w:rsidRPr="006E228A">
        <w:rPr>
          <w:lang w:val="ru-RU"/>
        </w:rPr>
        <w:t>уповноважена</w:t>
      </w:r>
      <w:proofErr w:type="spellEnd"/>
      <w:r w:rsidRPr="006E228A">
        <w:rPr>
          <w:lang w:val="ru-RU"/>
        </w:rPr>
        <w:t xml:space="preserve"> особа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Комісія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обґрунтовані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підстави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ініціювати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>.</w:t>
      </w:r>
    </w:p>
    <w:p w14:paraId="7EA50152" w14:textId="77777777" w:rsidR="003C216C" w:rsidRPr="006E228A" w:rsidRDefault="00622ACB" w:rsidP="009262FF">
      <w:pPr>
        <w:jc w:val="both"/>
        <w:rPr>
          <w:lang w:val="ru-RU"/>
        </w:rPr>
      </w:pPr>
      <w:r w:rsidRPr="006E228A">
        <w:rPr>
          <w:lang w:val="ru-RU"/>
        </w:rPr>
        <w:t xml:space="preserve">4.3. </w:t>
      </w:r>
      <w:proofErr w:type="spellStart"/>
      <w:r w:rsidRPr="006E228A">
        <w:rPr>
          <w:lang w:val="ru-RU"/>
        </w:rPr>
        <w:t>Перевірка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здійснюватися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також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після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оприлюднення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надійшло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обґрунтоване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повідомлення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можливе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виникли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перевірювані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фактичні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підстави</w:t>
      </w:r>
      <w:proofErr w:type="spellEnd"/>
      <w:r w:rsidRPr="006E228A">
        <w:rPr>
          <w:lang w:val="ru-RU"/>
        </w:rPr>
        <w:t>.</w:t>
      </w:r>
    </w:p>
    <w:p w14:paraId="1B30AEB6" w14:textId="77777777" w:rsidR="003C216C" w:rsidRDefault="00622ACB" w:rsidP="009262FF">
      <w:pPr>
        <w:jc w:val="both"/>
        <w:rPr>
          <w:lang w:val="ru-RU"/>
        </w:rPr>
      </w:pPr>
      <w:r w:rsidRPr="006E228A">
        <w:rPr>
          <w:lang w:val="ru-RU"/>
        </w:rPr>
        <w:t xml:space="preserve">4.4. Не </w:t>
      </w:r>
      <w:proofErr w:type="spellStart"/>
      <w:r w:rsidRPr="006E228A">
        <w:rPr>
          <w:lang w:val="ru-RU"/>
        </w:rPr>
        <w:t>підлягають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обов’язковій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повторній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перевірці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вже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були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перевірені</w:t>
      </w:r>
      <w:proofErr w:type="spellEnd"/>
      <w:r w:rsidRPr="006E228A">
        <w:rPr>
          <w:lang w:val="ru-RU"/>
        </w:rPr>
        <w:t xml:space="preserve"> в межах </w:t>
      </w:r>
      <w:proofErr w:type="spellStart"/>
      <w:r w:rsidRPr="006E228A">
        <w:rPr>
          <w:lang w:val="ru-RU"/>
        </w:rPr>
        <w:t>тієї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самої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 і до </w:t>
      </w:r>
      <w:proofErr w:type="spellStart"/>
      <w:r w:rsidRPr="006E228A">
        <w:rPr>
          <w:lang w:val="ru-RU"/>
        </w:rPr>
        <w:t>яких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після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вносилися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зміни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інше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встановлено</w:t>
      </w:r>
      <w:proofErr w:type="spellEnd"/>
      <w:r w:rsidRPr="006E228A">
        <w:rPr>
          <w:lang w:val="ru-RU"/>
        </w:rPr>
        <w:t xml:space="preserve"> правилами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рішенням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відповідального</w:t>
      </w:r>
      <w:proofErr w:type="spellEnd"/>
      <w:r w:rsidRPr="006E228A">
        <w:rPr>
          <w:lang w:val="ru-RU"/>
        </w:rPr>
        <w:t xml:space="preserve"> органу.</w:t>
      </w:r>
    </w:p>
    <w:p w14:paraId="75A8D06C" w14:textId="77777777" w:rsidR="009262FF" w:rsidRPr="006E228A" w:rsidRDefault="009262FF" w:rsidP="009262FF">
      <w:pPr>
        <w:jc w:val="both"/>
        <w:rPr>
          <w:lang w:val="ru-RU"/>
        </w:rPr>
      </w:pPr>
    </w:p>
    <w:p w14:paraId="35AB42C7" w14:textId="77777777" w:rsidR="003C216C" w:rsidRPr="006E228A" w:rsidRDefault="00622ACB" w:rsidP="009262FF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t>5. ОРГАНІЗАЦІЯ ПЕРЕВІРКИ ТА ВІДПОВІДАЛЬНІ ОСОБИ</w:t>
      </w:r>
    </w:p>
    <w:p w14:paraId="062D8AC9" w14:textId="77777777" w:rsidR="003C216C" w:rsidRPr="006E228A" w:rsidRDefault="00622ACB" w:rsidP="009262FF">
      <w:pPr>
        <w:jc w:val="both"/>
        <w:rPr>
          <w:lang w:val="ru-RU"/>
        </w:rPr>
      </w:pPr>
      <w:r w:rsidRPr="006E228A">
        <w:rPr>
          <w:lang w:val="ru-RU"/>
        </w:rPr>
        <w:t xml:space="preserve">5.1. </w:t>
      </w:r>
      <w:proofErr w:type="spellStart"/>
      <w:r w:rsidRPr="006E228A">
        <w:rPr>
          <w:lang w:val="ru-RU"/>
        </w:rPr>
        <w:t>Організація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здійснюється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урахуванням</w:t>
      </w:r>
      <w:proofErr w:type="spellEnd"/>
      <w:r w:rsidRPr="006E228A">
        <w:rPr>
          <w:lang w:val="ru-RU"/>
        </w:rPr>
        <w:t xml:space="preserve"> виду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, у межах </w:t>
      </w:r>
      <w:proofErr w:type="spellStart"/>
      <w:r w:rsidRPr="006E228A">
        <w:rPr>
          <w:lang w:val="ru-RU"/>
        </w:rPr>
        <w:t>якої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він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подається</w:t>
      </w:r>
      <w:proofErr w:type="spellEnd"/>
      <w:r w:rsidRPr="006E228A">
        <w:rPr>
          <w:lang w:val="ru-RU"/>
        </w:rPr>
        <w:t>.</w:t>
      </w:r>
    </w:p>
    <w:p w14:paraId="1C32073B" w14:textId="77777777" w:rsidR="003C216C" w:rsidRPr="006E228A" w:rsidRDefault="00622ACB" w:rsidP="009262FF">
      <w:pPr>
        <w:jc w:val="both"/>
        <w:rPr>
          <w:lang w:val="ru-RU"/>
        </w:rPr>
      </w:pPr>
      <w:r w:rsidRPr="006E228A">
        <w:rPr>
          <w:lang w:val="ru-RU"/>
        </w:rPr>
        <w:t xml:space="preserve">5.2. Автор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відповідальний</w:t>
      </w:r>
      <w:proofErr w:type="spellEnd"/>
      <w:r w:rsidRPr="006E228A">
        <w:rPr>
          <w:lang w:val="ru-RU"/>
        </w:rPr>
        <w:t xml:space="preserve"> автор </w:t>
      </w:r>
      <w:proofErr w:type="spellStart"/>
      <w:r w:rsidRPr="006E228A">
        <w:rPr>
          <w:lang w:val="ru-RU"/>
        </w:rPr>
        <w:t>забезпечує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підготовку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придатному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форматі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подання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необхідних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супровідних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документів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достовірність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відомостей</w:t>
      </w:r>
      <w:proofErr w:type="spellEnd"/>
      <w:r w:rsidRPr="006E228A">
        <w:rPr>
          <w:lang w:val="ru-RU"/>
        </w:rPr>
        <w:t xml:space="preserve"> про авторство, </w:t>
      </w:r>
      <w:proofErr w:type="spellStart"/>
      <w:r w:rsidRPr="006E228A">
        <w:rPr>
          <w:lang w:val="ru-RU"/>
        </w:rPr>
        <w:t>співавторство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внесок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авторів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джерела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фінансування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конфлікт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інтересів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технологій</w:t>
      </w:r>
      <w:proofErr w:type="spellEnd"/>
      <w:r w:rsidRPr="006E228A">
        <w:rPr>
          <w:lang w:val="ru-RU"/>
        </w:rPr>
        <w:t xml:space="preserve"> ШІ.</w:t>
      </w:r>
    </w:p>
    <w:p w14:paraId="464C1D7A" w14:textId="77777777" w:rsidR="003C216C" w:rsidRPr="006E228A" w:rsidRDefault="00622ACB" w:rsidP="009262FF">
      <w:pPr>
        <w:jc w:val="both"/>
        <w:rPr>
          <w:lang w:val="ru-RU"/>
        </w:rPr>
      </w:pPr>
      <w:r w:rsidRPr="006E228A">
        <w:rPr>
          <w:lang w:val="ru-RU"/>
        </w:rPr>
        <w:t xml:space="preserve">5.3. </w:t>
      </w:r>
      <w:proofErr w:type="spellStart"/>
      <w:r w:rsidRPr="006E228A">
        <w:rPr>
          <w:lang w:val="ru-RU"/>
        </w:rPr>
        <w:t>Науковий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керівник</w:t>
      </w:r>
      <w:proofErr w:type="spellEnd"/>
      <w:r w:rsidRPr="006E228A">
        <w:rPr>
          <w:lang w:val="ru-RU"/>
        </w:rPr>
        <w:t xml:space="preserve">, консультант, </w:t>
      </w:r>
      <w:proofErr w:type="spellStart"/>
      <w:r w:rsidRPr="006E228A">
        <w:rPr>
          <w:lang w:val="ru-RU"/>
        </w:rPr>
        <w:t>керівник</w:t>
      </w:r>
      <w:proofErr w:type="spellEnd"/>
      <w:r w:rsidRPr="006E228A">
        <w:rPr>
          <w:lang w:val="ru-RU"/>
        </w:rPr>
        <w:t xml:space="preserve"> структурного </w:t>
      </w:r>
      <w:proofErr w:type="spellStart"/>
      <w:r w:rsidRPr="006E228A">
        <w:rPr>
          <w:lang w:val="ru-RU"/>
        </w:rPr>
        <w:t>підрозділу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відповідальна</w:t>
      </w:r>
      <w:proofErr w:type="spellEnd"/>
      <w:r w:rsidRPr="006E228A">
        <w:rPr>
          <w:lang w:val="ru-RU"/>
        </w:rPr>
        <w:t xml:space="preserve"> особа в межах </w:t>
      </w:r>
      <w:proofErr w:type="spellStart"/>
      <w:r w:rsidRPr="006E228A">
        <w:rPr>
          <w:lang w:val="ru-RU"/>
        </w:rPr>
        <w:t>своєї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ролі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здійснює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попередній</w:t>
      </w:r>
      <w:proofErr w:type="spellEnd"/>
      <w:r w:rsidRPr="006E228A">
        <w:rPr>
          <w:lang w:val="ru-RU"/>
        </w:rPr>
        <w:t xml:space="preserve"> перегляд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сприяє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належному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оформленню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джерел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цитувань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декларацій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ініціювати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>.</w:t>
      </w:r>
    </w:p>
    <w:p w14:paraId="7113B040" w14:textId="77777777" w:rsidR="003C216C" w:rsidRPr="006E228A" w:rsidRDefault="00622ACB" w:rsidP="009262FF">
      <w:pPr>
        <w:jc w:val="both"/>
        <w:rPr>
          <w:lang w:val="ru-RU"/>
        </w:rPr>
      </w:pPr>
      <w:r w:rsidRPr="006E228A">
        <w:rPr>
          <w:lang w:val="ru-RU"/>
        </w:rPr>
        <w:t xml:space="preserve">5.4. </w:t>
      </w:r>
      <w:proofErr w:type="spellStart"/>
      <w:r w:rsidRPr="006E228A">
        <w:rPr>
          <w:lang w:val="ru-RU"/>
        </w:rPr>
        <w:t>Редакція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видання</w:t>
      </w:r>
      <w:proofErr w:type="spellEnd"/>
      <w:r w:rsidRPr="006E228A">
        <w:rPr>
          <w:lang w:val="ru-RU"/>
        </w:rPr>
        <w:t xml:space="preserve"> ННЦРМГО </w:t>
      </w:r>
      <w:proofErr w:type="spellStart"/>
      <w:r w:rsidRPr="006E228A">
        <w:rPr>
          <w:lang w:val="ru-RU"/>
        </w:rPr>
        <w:t>організовує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рукописів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відповідно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редакційної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політики</w:t>
      </w:r>
      <w:proofErr w:type="spellEnd"/>
      <w:r w:rsidRPr="006E228A">
        <w:rPr>
          <w:lang w:val="ru-RU"/>
        </w:rPr>
        <w:t xml:space="preserve">, правил для </w:t>
      </w:r>
      <w:proofErr w:type="spellStart"/>
      <w:r w:rsidRPr="006E228A">
        <w:rPr>
          <w:lang w:val="ru-RU"/>
        </w:rPr>
        <w:t>авторів</w:t>
      </w:r>
      <w:proofErr w:type="spellEnd"/>
      <w:r w:rsidRPr="006E228A">
        <w:rPr>
          <w:lang w:val="ru-RU"/>
        </w:rPr>
        <w:t xml:space="preserve">, порядку </w:t>
      </w:r>
      <w:proofErr w:type="spellStart"/>
      <w:r w:rsidRPr="006E228A">
        <w:rPr>
          <w:lang w:val="ru-RU"/>
        </w:rPr>
        <w:t>рецензування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цього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>.</w:t>
      </w:r>
    </w:p>
    <w:p w14:paraId="1B5D8CC6" w14:textId="77777777" w:rsidR="003C216C" w:rsidRPr="006E228A" w:rsidRDefault="00622ACB" w:rsidP="009262FF">
      <w:pPr>
        <w:jc w:val="both"/>
        <w:rPr>
          <w:lang w:val="ru-RU"/>
        </w:rPr>
      </w:pPr>
      <w:r w:rsidRPr="006E228A">
        <w:rPr>
          <w:lang w:val="ru-RU"/>
        </w:rPr>
        <w:lastRenderedPageBreak/>
        <w:t xml:space="preserve">5.5. </w:t>
      </w:r>
      <w:proofErr w:type="spellStart"/>
      <w:r w:rsidRPr="006E228A">
        <w:rPr>
          <w:lang w:val="ru-RU"/>
        </w:rPr>
        <w:t>Секретаріат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разової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спеціалізованої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вченої</w:t>
      </w:r>
      <w:proofErr w:type="spellEnd"/>
      <w:r w:rsidRPr="006E228A">
        <w:rPr>
          <w:lang w:val="ru-RU"/>
        </w:rPr>
        <w:t xml:space="preserve"> ради, </w:t>
      </w:r>
      <w:proofErr w:type="spellStart"/>
      <w:r w:rsidRPr="006E228A">
        <w:rPr>
          <w:lang w:val="ru-RU"/>
        </w:rPr>
        <w:t>уповноважена</w:t>
      </w:r>
      <w:proofErr w:type="spellEnd"/>
      <w:r w:rsidRPr="006E228A">
        <w:rPr>
          <w:lang w:val="ru-RU"/>
        </w:rPr>
        <w:t xml:space="preserve"> особа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відповідальний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підрозділ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організовують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дисертаційних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 у межах процедур, </w:t>
      </w:r>
      <w:proofErr w:type="spellStart"/>
      <w:r w:rsidRPr="006E228A">
        <w:rPr>
          <w:lang w:val="ru-RU"/>
        </w:rPr>
        <w:t>визначених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законодавством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внутрішніми</w:t>
      </w:r>
      <w:proofErr w:type="spellEnd"/>
      <w:r w:rsidRPr="006E228A">
        <w:rPr>
          <w:lang w:val="ru-RU"/>
        </w:rPr>
        <w:t xml:space="preserve"> актами ННЦРМГО та правилами </w:t>
      </w:r>
      <w:proofErr w:type="spellStart"/>
      <w:r w:rsidRPr="006E228A">
        <w:rPr>
          <w:lang w:val="ru-RU"/>
        </w:rPr>
        <w:t>відповідної</w:t>
      </w:r>
      <w:proofErr w:type="spellEnd"/>
      <w:r w:rsidRPr="006E228A">
        <w:rPr>
          <w:lang w:val="ru-RU"/>
        </w:rPr>
        <w:t xml:space="preserve"> ради.</w:t>
      </w:r>
    </w:p>
    <w:p w14:paraId="6EEE55C7" w14:textId="77777777" w:rsidR="003C216C" w:rsidRPr="006E228A" w:rsidRDefault="00622ACB" w:rsidP="009262FF">
      <w:pPr>
        <w:jc w:val="both"/>
        <w:rPr>
          <w:lang w:val="ru-RU"/>
        </w:rPr>
      </w:pPr>
      <w:r w:rsidRPr="006E228A">
        <w:rPr>
          <w:lang w:val="ru-RU"/>
        </w:rPr>
        <w:t xml:space="preserve">5.6. </w:t>
      </w:r>
      <w:proofErr w:type="spellStart"/>
      <w:r w:rsidRPr="006E228A">
        <w:rPr>
          <w:lang w:val="ru-RU"/>
        </w:rPr>
        <w:t>Уповноважена</w:t>
      </w:r>
      <w:proofErr w:type="spellEnd"/>
      <w:r w:rsidRPr="006E228A">
        <w:rPr>
          <w:lang w:val="ru-RU"/>
        </w:rPr>
        <w:t xml:space="preserve"> особа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відповідальний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підрозділ</w:t>
      </w:r>
      <w:proofErr w:type="spellEnd"/>
      <w:r w:rsidRPr="006E228A">
        <w:rPr>
          <w:lang w:val="ru-RU"/>
        </w:rPr>
        <w:t>:</w:t>
      </w:r>
    </w:p>
    <w:p w14:paraId="485DA8EE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приймає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реєструє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подані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>;</w:t>
      </w:r>
    </w:p>
    <w:p w14:paraId="4C269331" w14:textId="77777777" w:rsidR="003C216C" w:rsidRPr="006E228A" w:rsidRDefault="00622ACB" w:rsidP="00C039B5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перевіряє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повноту</w:t>
      </w:r>
      <w:proofErr w:type="spellEnd"/>
      <w:r w:rsidRPr="006E228A">
        <w:rPr>
          <w:lang w:val="ru-RU"/>
        </w:rPr>
        <w:t xml:space="preserve"> комплекту </w:t>
      </w:r>
      <w:proofErr w:type="spellStart"/>
      <w:r w:rsidRPr="006E228A">
        <w:rPr>
          <w:lang w:val="ru-RU"/>
        </w:rPr>
        <w:t>документів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технічну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придатність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файлів</w:t>
      </w:r>
      <w:proofErr w:type="spellEnd"/>
      <w:r w:rsidRPr="006E228A">
        <w:rPr>
          <w:lang w:val="ru-RU"/>
        </w:rPr>
        <w:t>;</w:t>
      </w:r>
    </w:p>
    <w:p w14:paraId="7EE9ABBE" w14:textId="77777777" w:rsidR="003C216C" w:rsidRPr="006E228A" w:rsidRDefault="00622ACB" w:rsidP="00C039B5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проводить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організовує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із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застосуванням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визначених</w:t>
      </w:r>
      <w:proofErr w:type="spellEnd"/>
      <w:r w:rsidRPr="006E228A">
        <w:rPr>
          <w:lang w:val="ru-RU"/>
        </w:rPr>
        <w:t xml:space="preserve"> ННЦРМГО </w:t>
      </w:r>
      <w:proofErr w:type="spellStart"/>
      <w:r w:rsidRPr="006E228A">
        <w:rPr>
          <w:lang w:val="ru-RU"/>
        </w:rPr>
        <w:t>програмних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засобів</w:t>
      </w:r>
      <w:proofErr w:type="spellEnd"/>
      <w:r w:rsidRPr="006E228A">
        <w:rPr>
          <w:lang w:val="ru-RU"/>
        </w:rPr>
        <w:t>;</w:t>
      </w:r>
    </w:p>
    <w:p w14:paraId="656E9C45" w14:textId="77777777" w:rsidR="003C216C" w:rsidRPr="006E228A" w:rsidRDefault="00622ACB" w:rsidP="00C039B5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формує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отримує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звіт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>;</w:t>
      </w:r>
    </w:p>
    <w:p w14:paraId="5F6DF3D5" w14:textId="77777777" w:rsidR="003C216C" w:rsidRPr="006E228A" w:rsidRDefault="00622ACB" w:rsidP="00C039B5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готує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довідку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>;</w:t>
      </w:r>
    </w:p>
    <w:p w14:paraId="18301A62" w14:textId="77777777" w:rsidR="003C216C" w:rsidRPr="006E228A" w:rsidRDefault="00622ACB" w:rsidP="00C039B5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передає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змістовний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відповідальній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особі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редакції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науковому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керівнику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іншому</w:t>
      </w:r>
      <w:proofErr w:type="spellEnd"/>
      <w:r w:rsidRPr="006E228A">
        <w:rPr>
          <w:lang w:val="ru-RU"/>
        </w:rPr>
        <w:t xml:space="preserve"> компетентному органу у </w:t>
      </w:r>
      <w:proofErr w:type="spellStart"/>
      <w:r w:rsidRPr="006E228A">
        <w:rPr>
          <w:lang w:val="ru-RU"/>
        </w:rPr>
        <w:t>випадках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визначених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Положенням</w:t>
      </w:r>
      <w:proofErr w:type="spellEnd"/>
      <w:r w:rsidRPr="006E228A">
        <w:rPr>
          <w:lang w:val="ru-RU"/>
        </w:rPr>
        <w:t>.</w:t>
      </w:r>
    </w:p>
    <w:p w14:paraId="0870D994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5.7. </w:t>
      </w:r>
      <w:proofErr w:type="spellStart"/>
      <w:r w:rsidRPr="006E228A">
        <w:rPr>
          <w:lang w:val="ru-RU"/>
        </w:rPr>
        <w:t>Комісія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розглядає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випадках</w:t>
      </w:r>
      <w:proofErr w:type="spellEnd"/>
      <w:r w:rsidRPr="006E228A">
        <w:rPr>
          <w:lang w:val="ru-RU"/>
        </w:rPr>
        <w:t xml:space="preserve">, коли за результатами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виявлено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ознаки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можливого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спір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щодо</w:t>
      </w:r>
      <w:proofErr w:type="spellEnd"/>
      <w:r w:rsidRPr="006E228A">
        <w:rPr>
          <w:lang w:val="ru-RU"/>
        </w:rPr>
        <w:t xml:space="preserve"> авторства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співавторства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недоброчесного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ШІ, </w:t>
      </w:r>
      <w:proofErr w:type="spellStart"/>
      <w:r w:rsidRPr="006E228A">
        <w:rPr>
          <w:lang w:val="ru-RU"/>
        </w:rPr>
        <w:t>фабрикації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фальсифікації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питання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потребує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розгляду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уповноваженим</w:t>
      </w:r>
      <w:proofErr w:type="spellEnd"/>
      <w:r w:rsidRPr="006E228A">
        <w:rPr>
          <w:lang w:val="ru-RU"/>
        </w:rPr>
        <w:t xml:space="preserve"> органом.</w:t>
      </w:r>
    </w:p>
    <w:p w14:paraId="6C57AA2D" w14:textId="77777777" w:rsidR="003C216C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5.8. </w:t>
      </w:r>
      <w:proofErr w:type="spellStart"/>
      <w:r w:rsidRPr="006E228A">
        <w:rPr>
          <w:lang w:val="ru-RU"/>
        </w:rPr>
        <w:t>Жодна</w:t>
      </w:r>
      <w:proofErr w:type="spellEnd"/>
      <w:r w:rsidRPr="006E228A">
        <w:rPr>
          <w:lang w:val="ru-RU"/>
        </w:rPr>
        <w:t xml:space="preserve"> особа, яка </w:t>
      </w:r>
      <w:proofErr w:type="spellStart"/>
      <w:r w:rsidRPr="006E228A">
        <w:rPr>
          <w:lang w:val="ru-RU"/>
        </w:rPr>
        <w:t>має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реальний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потенційний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конфлікт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інтересів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щодо</w:t>
      </w:r>
      <w:proofErr w:type="spellEnd"/>
      <w:r w:rsidRPr="006E228A">
        <w:rPr>
          <w:lang w:val="ru-RU"/>
        </w:rPr>
        <w:t xml:space="preserve"> конкретного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, не повинна </w:t>
      </w:r>
      <w:proofErr w:type="spellStart"/>
      <w:r w:rsidRPr="006E228A">
        <w:rPr>
          <w:lang w:val="ru-RU"/>
        </w:rPr>
        <w:t>здійснювати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змістовний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підготовку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висновку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щодо</w:t>
      </w:r>
      <w:proofErr w:type="spellEnd"/>
      <w:r w:rsidRPr="006E228A">
        <w:rPr>
          <w:lang w:val="ru-RU"/>
        </w:rPr>
        <w:t xml:space="preserve"> такого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 без </w:t>
      </w:r>
      <w:proofErr w:type="spellStart"/>
      <w:r w:rsidRPr="006E228A">
        <w:rPr>
          <w:lang w:val="ru-RU"/>
        </w:rPr>
        <w:t>належного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врегулювання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конфлікту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інтересів</w:t>
      </w:r>
      <w:proofErr w:type="spellEnd"/>
      <w:r w:rsidRPr="006E228A">
        <w:rPr>
          <w:lang w:val="ru-RU"/>
        </w:rPr>
        <w:t>.</w:t>
      </w:r>
    </w:p>
    <w:p w14:paraId="73E7582F" w14:textId="77777777" w:rsidR="009262FF" w:rsidRPr="006E228A" w:rsidRDefault="009262FF" w:rsidP="009262FF">
      <w:pPr>
        <w:jc w:val="both"/>
        <w:rPr>
          <w:lang w:val="ru-RU"/>
        </w:rPr>
      </w:pPr>
    </w:p>
    <w:p w14:paraId="7A286F03" w14:textId="77777777" w:rsidR="003C216C" w:rsidRPr="006E228A" w:rsidRDefault="00622ACB" w:rsidP="00DA4A15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t>6. ПОДАННЯ АКАДЕМІЧНОГО ТВОРУ НА ПЕРЕВІРКУ</w:t>
      </w:r>
    </w:p>
    <w:p w14:paraId="7C37D13A" w14:textId="77777777" w:rsidR="003C216C" w:rsidRPr="006E228A" w:rsidRDefault="00622ACB" w:rsidP="00DA4A15">
      <w:pPr>
        <w:jc w:val="both"/>
        <w:rPr>
          <w:lang w:val="ru-RU"/>
        </w:rPr>
      </w:pPr>
      <w:r w:rsidRPr="006E228A">
        <w:rPr>
          <w:lang w:val="ru-RU"/>
        </w:rPr>
        <w:t xml:space="preserve">6.1.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подається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 xml:space="preserve"> автором, </w:t>
      </w:r>
      <w:proofErr w:type="spellStart"/>
      <w:r w:rsidRPr="006E228A">
        <w:rPr>
          <w:lang w:val="ru-RU"/>
        </w:rPr>
        <w:t>відповідальним</w:t>
      </w:r>
      <w:proofErr w:type="spellEnd"/>
      <w:r w:rsidRPr="006E228A">
        <w:rPr>
          <w:lang w:val="ru-RU"/>
        </w:rPr>
        <w:t xml:space="preserve"> автором, </w:t>
      </w:r>
      <w:proofErr w:type="spellStart"/>
      <w:r w:rsidRPr="006E228A">
        <w:rPr>
          <w:lang w:val="ru-RU"/>
        </w:rPr>
        <w:t>науковим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керівником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редакцією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секретаріатом</w:t>
      </w:r>
      <w:proofErr w:type="spellEnd"/>
      <w:r w:rsidRPr="006E228A">
        <w:rPr>
          <w:lang w:val="ru-RU"/>
        </w:rPr>
        <w:t xml:space="preserve"> ради, </w:t>
      </w:r>
      <w:proofErr w:type="spellStart"/>
      <w:r w:rsidRPr="006E228A">
        <w:rPr>
          <w:lang w:val="ru-RU"/>
        </w:rPr>
        <w:t>керівником</w:t>
      </w:r>
      <w:proofErr w:type="spellEnd"/>
      <w:r w:rsidRPr="006E228A">
        <w:rPr>
          <w:lang w:val="ru-RU"/>
        </w:rPr>
        <w:t xml:space="preserve"> структурного </w:t>
      </w:r>
      <w:proofErr w:type="spellStart"/>
      <w:r w:rsidRPr="006E228A">
        <w:rPr>
          <w:lang w:val="ru-RU"/>
        </w:rPr>
        <w:t>підрозділу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іншою</w:t>
      </w:r>
      <w:proofErr w:type="spellEnd"/>
      <w:r w:rsidRPr="006E228A">
        <w:rPr>
          <w:lang w:val="ru-RU"/>
        </w:rPr>
        <w:t xml:space="preserve"> особою, </w:t>
      </w:r>
      <w:proofErr w:type="spellStart"/>
      <w:r w:rsidRPr="006E228A">
        <w:rPr>
          <w:lang w:val="ru-RU"/>
        </w:rPr>
        <w:t>визначеною</w:t>
      </w:r>
      <w:proofErr w:type="spellEnd"/>
      <w:r w:rsidRPr="006E228A">
        <w:rPr>
          <w:lang w:val="ru-RU"/>
        </w:rPr>
        <w:t xml:space="preserve"> правилами </w:t>
      </w:r>
      <w:proofErr w:type="spellStart"/>
      <w:r w:rsidRPr="006E228A">
        <w:rPr>
          <w:lang w:val="ru-RU"/>
        </w:rPr>
        <w:t>відповідної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>.</w:t>
      </w:r>
    </w:p>
    <w:p w14:paraId="0462AA1E" w14:textId="77777777" w:rsidR="003C216C" w:rsidRPr="006E228A" w:rsidRDefault="00622ACB" w:rsidP="00DA4A15">
      <w:pPr>
        <w:jc w:val="both"/>
        <w:rPr>
          <w:lang w:val="ru-RU"/>
        </w:rPr>
      </w:pPr>
      <w:r w:rsidRPr="006E228A">
        <w:rPr>
          <w:lang w:val="ru-RU"/>
        </w:rPr>
        <w:t xml:space="preserve">6.2. До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подається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остаточна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передостаточна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, яка </w:t>
      </w:r>
      <w:proofErr w:type="spellStart"/>
      <w:r w:rsidRPr="006E228A">
        <w:rPr>
          <w:lang w:val="ru-RU"/>
        </w:rPr>
        <w:t>має</w:t>
      </w:r>
      <w:proofErr w:type="spellEnd"/>
      <w:r w:rsidRPr="006E228A">
        <w:rPr>
          <w:lang w:val="ru-RU"/>
        </w:rPr>
        <w:t xml:space="preserve"> бути </w:t>
      </w:r>
      <w:proofErr w:type="spellStart"/>
      <w:r w:rsidRPr="006E228A">
        <w:rPr>
          <w:lang w:val="ru-RU"/>
        </w:rPr>
        <w:t>ідентичною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змістовно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подається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розгляду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рецензування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захисту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оприлюднення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рекомендації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друку</w:t>
      </w:r>
      <w:proofErr w:type="spellEnd"/>
      <w:r w:rsidRPr="006E228A">
        <w:rPr>
          <w:lang w:val="ru-RU"/>
        </w:rPr>
        <w:t>.</w:t>
      </w:r>
    </w:p>
    <w:p w14:paraId="5824E0BE" w14:textId="02529E9E" w:rsidR="003C216C" w:rsidRPr="006E228A" w:rsidRDefault="00622ACB" w:rsidP="00DA4A15">
      <w:pPr>
        <w:jc w:val="both"/>
        <w:rPr>
          <w:lang w:val="ru-RU"/>
        </w:rPr>
      </w:pPr>
      <w:r w:rsidRPr="006E228A">
        <w:rPr>
          <w:lang w:val="ru-RU"/>
        </w:rPr>
        <w:t xml:space="preserve">6.3.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подається</w:t>
      </w:r>
      <w:proofErr w:type="spellEnd"/>
      <w:r w:rsidRPr="006E228A">
        <w:rPr>
          <w:lang w:val="ru-RU"/>
        </w:rPr>
        <w:t xml:space="preserve"> в </w:t>
      </w:r>
      <w:proofErr w:type="spellStart"/>
      <w:r w:rsidRPr="006E228A">
        <w:rPr>
          <w:lang w:val="ru-RU"/>
        </w:rPr>
        <w:t>електронному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форматі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придатному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. </w:t>
      </w:r>
      <w:proofErr w:type="spellStart"/>
      <w:r w:rsidRPr="006E228A">
        <w:rPr>
          <w:lang w:val="ru-RU"/>
        </w:rPr>
        <w:t>Рекомендовані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формати</w:t>
      </w:r>
      <w:proofErr w:type="spellEnd"/>
      <w:r w:rsidRPr="006E228A">
        <w:rPr>
          <w:lang w:val="ru-RU"/>
        </w:rPr>
        <w:t>: .</w:t>
      </w:r>
      <w:r>
        <w:t>doc</w:t>
      </w:r>
      <w:r w:rsidRPr="006E228A">
        <w:rPr>
          <w:lang w:val="ru-RU"/>
        </w:rPr>
        <w:t>, .</w:t>
      </w:r>
      <w:r>
        <w:t>docx</w:t>
      </w:r>
      <w:r w:rsidRPr="006E228A">
        <w:rPr>
          <w:lang w:val="ru-RU"/>
        </w:rPr>
        <w:t>, .</w:t>
      </w:r>
      <w:r>
        <w:t>pdf</w:t>
      </w:r>
      <w:r w:rsidRPr="006E228A">
        <w:rPr>
          <w:lang w:val="ru-RU"/>
        </w:rPr>
        <w:t xml:space="preserve"> без </w:t>
      </w:r>
      <w:proofErr w:type="spellStart"/>
      <w:r w:rsidRPr="006E228A">
        <w:rPr>
          <w:lang w:val="ru-RU"/>
        </w:rPr>
        <w:t>захисту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копіювання</w:t>
      </w:r>
      <w:proofErr w:type="spellEnd"/>
      <w:r w:rsidRPr="006E228A">
        <w:rPr>
          <w:lang w:val="ru-RU"/>
        </w:rPr>
        <w:t xml:space="preserve"> і без </w:t>
      </w:r>
      <w:proofErr w:type="spellStart"/>
      <w:r w:rsidRPr="006E228A">
        <w:rPr>
          <w:lang w:val="ru-RU"/>
        </w:rPr>
        <w:t>вбудованих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обмежень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унеможливлюють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</w:t>
      </w:r>
      <w:proofErr w:type="spellEnd"/>
      <w:r w:rsidRPr="006E228A">
        <w:rPr>
          <w:lang w:val="ru-RU"/>
        </w:rPr>
        <w:t xml:space="preserve"> тексту.</w:t>
      </w:r>
    </w:p>
    <w:p w14:paraId="19CEBA6F" w14:textId="77777777" w:rsidR="003C216C" w:rsidRPr="006E228A" w:rsidRDefault="00622ACB" w:rsidP="00DA4A15">
      <w:pPr>
        <w:jc w:val="both"/>
        <w:rPr>
          <w:lang w:val="ru-RU"/>
        </w:rPr>
      </w:pPr>
      <w:r w:rsidRPr="006E228A">
        <w:rPr>
          <w:lang w:val="ru-RU"/>
        </w:rPr>
        <w:t xml:space="preserve">6.4. Файл не повинен </w:t>
      </w:r>
      <w:proofErr w:type="spellStart"/>
      <w:r w:rsidRPr="006E228A">
        <w:rPr>
          <w:lang w:val="ru-RU"/>
        </w:rPr>
        <w:t>містити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способів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приховування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збігів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обману систем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зокрема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заміни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символів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іншими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алфавітами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невидимих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символів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прихованого</w:t>
      </w:r>
      <w:proofErr w:type="spellEnd"/>
      <w:r w:rsidRPr="006E228A">
        <w:rPr>
          <w:lang w:val="ru-RU"/>
        </w:rPr>
        <w:t xml:space="preserve"> тексту, </w:t>
      </w:r>
      <w:proofErr w:type="spellStart"/>
      <w:r w:rsidRPr="006E228A">
        <w:rPr>
          <w:lang w:val="ru-RU"/>
        </w:rPr>
        <w:t>зображень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замість</w:t>
      </w:r>
      <w:proofErr w:type="spellEnd"/>
      <w:r w:rsidRPr="006E228A">
        <w:rPr>
          <w:lang w:val="ru-RU"/>
        </w:rPr>
        <w:t xml:space="preserve"> тексту без </w:t>
      </w:r>
      <w:proofErr w:type="spellStart"/>
      <w:r w:rsidRPr="006E228A">
        <w:rPr>
          <w:lang w:val="ru-RU"/>
        </w:rPr>
        <w:t>обґрунтованої</w:t>
      </w:r>
      <w:proofErr w:type="spellEnd"/>
      <w:r w:rsidRPr="006E228A">
        <w:rPr>
          <w:lang w:val="ru-RU"/>
        </w:rPr>
        <w:t xml:space="preserve"> причини, </w:t>
      </w:r>
      <w:proofErr w:type="spellStart"/>
      <w:r w:rsidRPr="006E228A">
        <w:rPr>
          <w:lang w:val="ru-RU"/>
        </w:rPr>
        <w:t>штучних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пробілів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невидимих</w:t>
      </w:r>
      <w:proofErr w:type="spellEnd"/>
      <w:r w:rsidRPr="006E228A">
        <w:rPr>
          <w:lang w:val="ru-RU"/>
        </w:rPr>
        <w:t xml:space="preserve"> вставок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маніпуляцій</w:t>
      </w:r>
      <w:proofErr w:type="spellEnd"/>
      <w:r w:rsidRPr="006E228A">
        <w:rPr>
          <w:lang w:val="ru-RU"/>
        </w:rPr>
        <w:t>.</w:t>
      </w:r>
    </w:p>
    <w:p w14:paraId="2AD2ECE6" w14:textId="77777777" w:rsidR="003C216C" w:rsidRPr="006E228A" w:rsidRDefault="00622ACB" w:rsidP="00DA4A15">
      <w:pPr>
        <w:jc w:val="both"/>
        <w:rPr>
          <w:lang w:val="ru-RU"/>
        </w:rPr>
      </w:pPr>
      <w:r w:rsidRPr="006E228A">
        <w:rPr>
          <w:lang w:val="ru-RU"/>
        </w:rPr>
        <w:t xml:space="preserve">6.5. Разом з </w:t>
      </w:r>
      <w:proofErr w:type="spellStart"/>
      <w:r w:rsidRPr="006E228A">
        <w:rPr>
          <w:lang w:val="ru-RU"/>
        </w:rPr>
        <w:t>академічним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твором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подаються</w:t>
      </w:r>
      <w:proofErr w:type="spellEnd"/>
      <w:r w:rsidRPr="006E228A">
        <w:rPr>
          <w:lang w:val="ru-RU"/>
        </w:rPr>
        <w:t>:</w:t>
      </w:r>
    </w:p>
    <w:p w14:paraId="78D6EC59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супровідна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заява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інший</w:t>
      </w:r>
      <w:proofErr w:type="spellEnd"/>
      <w:r w:rsidRPr="006E228A">
        <w:rPr>
          <w:lang w:val="ru-RU"/>
        </w:rPr>
        <w:t xml:space="preserve"> документ,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фіксує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>;</w:t>
      </w:r>
    </w:p>
    <w:p w14:paraId="68360665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декларація</w:t>
      </w:r>
      <w:proofErr w:type="spellEnd"/>
      <w:r w:rsidRPr="006E228A">
        <w:rPr>
          <w:lang w:val="ru-RU"/>
        </w:rPr>
        <w:t xml:space="preserve"> автора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співавторів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дотримання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>;</w:t>
      </w:r>
    </w:p>
    <w:p w14:paraId="7BA03877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декларація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повідомлення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технологій</w:t>
      </w:r>
      <w:proofErr w:type="spellEnd"/>
      <w:r w:rsidRPr="006E228A">
        <w:rPr>
          <w:lang w:val="ru-RU"/>
        </w:rPr>
        <w:t xml:space="preserve"> ШІ,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таке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підлягає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декларуванню</w:t>
      </w:r>
      <w:proofErr w:type="spellEnd"/>
      <w:r w:rsidRPr="006E228A">
        <w:rPr>
          <w:lang w:val="ru-RU"/>
        </w:rPr>
        <w:t>;</w:t>
      </w:r>
    </w:p>
    <w:p w14:paraId="4CA31D06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інформація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авторів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співавторів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афіліації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внесок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авторів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джерела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фінансування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конфлікт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інтересів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потрібно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відповідного</w:t>
      </w:r>
      <w:proofErr w:type="spellEnd"/>
      <w:r w:rsidRPr="006E228A">
        <w:rPr>
          <w:lang w:val="ru-RU"/>
        </w:rPr>
        <w:t xml:space="preserve"> виду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>;</w:t>
      </w:r>
    </w:p>
    <w:p w14:paraId="289D4952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передбачені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редакційною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політикою</w:t>
      </w:r>
      <w:proofErr w:type="spellEnd"/>
      <w:r w:rsidRPr="006E228A">
        <w:rPr>
          <w:lang w:val="ru-RU"/>
        </w:rPr>
        <w:t xml:space="preserve">, правилами </w:t>
      </w:r>
      <w:proofErr w:type="spellStart"/>
      <w:r w:rsidRPr="006E228A">
        <w:rPr>
          <w:lang w:val="ru-RU"/>
        </w:rPr>
        <w:t>дисертаційної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умовами</w:t>
      </w:r>
      <w:proofErr w:type="spellEnd"/>
      <w:r w:rsidRPr="006E228A">
        <w:rPr>
          <w:lang w:val="ru-RU"/>
        </w:rPr>
        <w:t xml:space="preserve"> гранту, договору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внутрішнім</w:t>
      </w:r>
      <w:proofErr w:type="spellEnd"/>
      <w:r w:rsidRPr="006E228A">
        <w:rPr>
          <w:lang w:val="ru-RU"/>
        </w:rPr>
        <w:t xml:space="preserve"> актом ННЦРМГО.</w:t>
      </w:r>
    </w:p>
    <w:p w14:paraId="351295F9" w14:textId="77777777" w:rsidR="003C216C" w:rsidRPr="006E228A" w:rsidRDefault="00622ACB" w:rsidP="00DA4A15">
      <w:pPr>
        <w:jc w:val="both"/>
        <w:rPr>
          <w:lang w:val="ru-RU"/>
        </w:rPr>
      </w:pPr>
      <w:r w:rsidRPr="006E228A">
        <w:rPr>
          <w:lang w:val="ru-RU"/>
        </w:rPr>
        <w:lastRenderedPageBreak/>
        <w:t xml:space="preserve">6.6.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комплект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неповний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файл </w:t>
      </w:r>
      <w:proofErr w:type="spellStart"/>
      <w:r w:rsidRPr="006E228A">
        <w:rPr>
          <w:lang w:val="ru-RU"/>
        </w:rPr>
        <w:t>технічно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непридатний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уповноважена</w:t>
      </w:r>
      <w:proofErr w:type="spellEnd"/>
      <w:r w:rsidRPr="006E228A">
        <w:rPr>
          <w:lang w:val="ru-RU"/>
        </w:rPr>
        <w:t xml:space="preserve"> особа </w:t>
      </w:r>
      <w:proofErr w:type="spellStart"/>
      <w:r w:rsidRPr="006E228A">
        <w:rPr>
          <w:lang w:val="ru-RU"/>
        </w:rPr>
        <w:t>повідомляє</w:t>
      </w:r>
      <w:proofErr w:type="spellEnd"/>
      <w:r w:rsidRPr="006E228A">
        <w:rPr>
          <w:lang w:val="ru-RU"/>
        </w:rPr>
        <w:t xml:space="preserve"> особу, яка подала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, про </w:t>
      </w:r>
      <w:proofErr w:type="spellStart"/>
      <w:r w:rsidRPr="006E228A">
        <w:rPr>
          <w:lang w:val="ru-RU"/>
        </w:rPr>
        <w:t>необхідність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усунення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недоліків</w:t>
      </w:r>
      <w:proofErr w:type="spellEnd"/>
      <w:r w:rsidRPr="006E228A">
        <w:rPr>
          <w:lang w:val="ru-RU"/>
        </w:rPr>
        <w:t xml:space="preserve">. Строк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обчислюється</w:t>
      </w:r>
      <w:proofErr w:type="spellEnd"/>
      <w:r w:rsidRPr="006E228A">
        <w:rPr>
          <w:lang w:val="ru-RU"/>
        </w:rPr>
        <w:t xml:space="preserve"> з дня </w:t>
      </w:r>
      <w:proofErr w:type="spellStart"/>
      <w:r w:rsidRPr="006E228A">
        <w:rPr>
          <w:lang w:val="ru-RU"/>
        </w:rPr>
        <w:t>подання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повного</w:t>
      </w:r>
      <w:proofErr w:type="spellEnd"/>
      <w:r w:rsidRPr="006E228A">
        <w:rPr>
          <w:lang w:val="ru-RU"/>
        </w:rPr>
        <w:t xml:space="preserve"> комплекту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придатного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>.</w:t>
      </w:r>
    </w:p>
    <w:p w14:paraId="25103A5D" w14:textId="77777777" w:rsidR="003C216C" w:rsidRDefault="00622ACB" w:rsidP="00DA4A15">
      <w:pPr>
        <w:jc w:val="both"/>
        <w:rPr>
          <w:lang w:val="ru-RU"/>
        </w:rPr>
      </w:pPr>
      <w:r w:rsidRPr="006E228A">
        <w:rPr>
          <w:lang w:val="ru-RU"/>
        </w:rPr>
        <w:t xml:space="preserve">6.7. </w:t>
      </w:r>
      <w:proofErr w:type="spellStart"/>
      <w:r w:rsidRPr="006E228A">
        <w:rPr>
          <w:lang w:val="ru-RU"/>
        </w:rPr>
        <w:t>Подання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означає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згоду</w:t>
      </w:r>
      <w:proofErr w:type="spellEnd"/>
      <w:r w:rsidRPr="006E228A">
        <w:rPr>
          <w:lang w:val="ru-RU"/>
        </w:rPr>
        <w:t xml:space="preserve"> автора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відповідального</w:t>
      </w:r>
      <w:proofErr w:type="spellEnd"/>
      <w:r w:rsidRPr="006E228A">
        <w:rPr>
          <w:lang w:val="ru-RU"/>
        </w:rPr>
        <w:t xml:space="preserve"> автора на </w:t>
      </w:r>
      <w:proofErr w:type="spellStart"/>
      <w:r w:rsidRPr="006E228A">
        <w:rPr>
          <w:lang w:val="ru-RU"/>
        </w:rPr>
        <w:t>проведення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у межах ННЦРМГО з </w:t>
      </w:r>
      <w:proofErr w:type="spellStart"/>
      <w:r w:rsidRPr="006E228A">
        <w:rPr>
          <w:lang w:val="ru-RU"/>
        </w:rPr>
        <w:t>дотриманням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вимог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конфіденційності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захисту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персональних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даних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авторських</w:t>
      </w:r>
      <w:proofErr w:type="spellEnd"/>
      <w:r w:rsidRPr="006E228A">
        <w:rPr>
          <w:lang w:val="ru-RU"/>
        </w:rPr>
        <w:t xml:space="preserve"> прав, </w:t>
      </w:r>
      <w:proofErr w:type="spellStart"/>
      <w:r w:rsidRPr="006E228A">
        <w:rPr>
          <w:lang w:val="ru-RU"/>
        </w:rPr>
        <w:t>редакційної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таємниці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обмежень</w:t>
      </w:r>
      <w:proofErr w:type="spellEnd"/>
      <w:r w:rsidRPr="006E228A">
        <w:rPr>
          <w:lang w:val="ru-RU"/>
        </w:rPr>
        <w:t xml:space="preserve"> доступу до </w:t>
      </w:r>
      <w:proofErr w:type="spellStart"/>
      <w:r w:rsidRPr="006E228A">
        <w:rPr>
          <w:lang w:val="ru-RU"/>
        </w:rPr>
        <w:t>інформації</w:t>
      </w:r>
      <w:proofErr w:type="spellEnd"/>
      <w:r w:rsidRPr="006E228A">
        <w:rPr>
          <w:lang w:val="ru-RU"/>
        </w:rPr>
        <w:t>.</w:t>
      </w:r>
    </w:p>
    <w:p w14:paraId="24CAB813" w14:textId="77777777" w:rsidR="00DA4A15" w:rsidRPr="006E228A" w:rsidRDefault="00DA4A15" w:rsidP="00DA4A15">
      <w:pPr>
        <w:jc w:val="both"/>
        <w:rPr>
          <w:lang w:val="ru-RU"/>
        </w:rPr>
      </w:pPr>
    </w:p>
    <w:p w14:paraId="7A9BD181" w14:textId="77777777" w:rsidR="003C216C" w:rsidRPr="006E228A" w:rsidRDefault="00622ACB" w:rsidP="00DA4A15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t>7. ТЕХНІЧНА ПЕРЕВІРКА ТЕКСТОВИХ ЗБІГІВ, ІДЕНТИЧНОСТІ ТА СХОЖОСТІ</w:t>
      </w:r>
    </w:p>
    <w:p w14:paraId="46C14C41" w14:textId="77777777" w:rsidR="003C216C" w:rsidRPr="006E228A" w:rsidRDefault="00622ACB" w:rsidP="00DA4A15">
      <w:pPr>
        <w:jc w:val="both"/>
        <w:rPr>
          <w:lang w:val="ru-RU"/>
        </w:rPr>
      </w:pPr>
      <w:r w:rsidRPr="006E228A">
        <w:rPr>
          <w:lang w:val="ru-RU"/>
        </w:rPr>
        <w:t xml:space="preserve">7.1. </w:t>
      </w:r>
      <w:proofErr w:type="spellStart"/>
      <w:r w:rsidRPr="006E228A">
        <w:rPr>
          <w:lang w:val="ru-RU"/>
        </w:rPr>
        <w:t>Технічна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здійснюється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із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застосуванням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програмних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засобів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текстових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збігів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ідентичності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схожості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цифрових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інструментів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визначених</w:t>
      </w:r>
      <w:proofErr w:type="spellEnd"/>
      <w:r w:rsidRPr="006E228A">
        <w:rPr>
          <w:lang w:val="ru-RU"/>
        </w:rPr>
        <w:t xml:space="preserve"> ННЦРМГО </w:t>
      </w:r>
      <w:proofErr w:type="spellStart"/>
      <w:r w:rsidRPr="006E228A">
        <w:rPr>
          <w:lang w:val="ru-RU"/>
        </w:rPr>
        <w:t>відповідно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наявних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договорів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технічних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можливостей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внутрішніх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рішень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уповноважених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органів</w:t>
      </w:r>
      <w:proofErr w:type="spellEnd"/>
      <w:r w:rsidRPr="006E228A">
        <w:rPr>
          <w:lang w:val="ru-RU"/>
        </w:rPr>
        <w:t>.</w:t>
      </w:r>
    </w:p>
    <w:p w14:paraId="00974657" w14:textId="77777777" w:rsidR="003C216C" w:rsidRPr="006E228A" w:rsidRDefault="00622ACB" w:rsidP="00DA4A15">
      <w:pPr>
        <w:jc w:val="both"/>
        <w:rPr>
          <w:lang w:val="ru-RU"/>
        </w:rPr>
      </w:pPr>
      <w:r w:rsidRPr="006E228A">
        <w:rPr>
          <w:lang w:val="ru-RU"/>
        </w:rPr>
        <w:t xml:space="preserve">7.2. ННЦРМГО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використовувати</w:t>
      </w:r>
      <w:proofErr w:type="spellEnd"/>
      <w:r w:rsidRPr="006E228A">
        <w:rPr>
          <w:lang w:val="ru-RU"/>
        </w:rPr>
        <w:t xml:space="preserve"> одну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кілька</w:t>
      </w:r>
      <w:proofErr w:type="spellEnd"/>
      <w:r w:rsidRPr="006E228A">
        <w:rPr>
          <w:lang w:val="ru-RU"/>
        </w:rPr>
        <w:t xml:space="preserve"> систем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, а </w:t>
      </w:r>
      <w:proofErr w:type="spellStart"/>
      <w:r w:rsidRPr="006E228A">
        <w:rPr>
          <w:lang w:val="ru-RU"/>
        </w:rPr>
        <w:t>також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додаткові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відкриті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спеціалізовані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інструменти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це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порушує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законодавства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конфіденційність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авторські</w:t>
      </w:r>
      <w:proofErr w:type="spellEnd"/>
      <w:r w:rsidRPr="006E228A">
        <w:rPr>
          <w:lang w:val="ru-RU"/>
        </w:rPr>
        <w:t xml:space="preserve"> права, правила </w:t>
      </w:r>
      <w:proofErr w:type="spellStart"/>
      <w:r w:rsidRPr="006E228A">
        <w:rPr>
          <w:lang w:val="ru-RU"/>
        </w:rPr>
        <w:t>наукового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умови</w:t>
      </w:r>
      <w:proofErr w:type="spellEnd"/>
      <w:r w:rsidRPr="006E228A">
        <w:rPr>
          <w:lang w:val="ru-RU"/>
        </w:rPr>
        <w:t xml:space="preserve"> договору, гранту, </w:t>
      </w:r>
      <w:proofErr w:type="spellStart"/>
      <w:r w:rsidRPr="006E228A">
        <w:rPr>
          <w:lang w:val="ru-RU"/>
        </w:rPr>
        <w:t>дослідницького</w:t>
      </w:r>
      <w:proofErr w:type="spellEnd"/>
      <w:r w:rsidRPr="006E228A">
        <w:rPr>
          <w:lang w:val="ru-RU"/>
        </w:rPr>
        <w:t xml:space="preserve"> протоколу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обмеження</w:t>
      </w:r>
      <w:proofErr w:type="spellEnd"/>
      <w:r w:rsidRPr="006E228A">
        <w:rPr>
          <w:lang w:val="ru-RU"/>
        </w:rPr>
        <w:t>.</w:t>
      </w:r>
    </w:p>
    <w:p w14:paraId="46721A39" w14:textId="77777777" w:rsidR="003C216C" w:rsidRPr="006E228A" w:rsidRDefault="00622ACB" w:rsidP="00DA4A15">
      <w:pPr>
        <w:jc w:val="both"/>
        <w:rPr>
          <w:lang w:val="ru-RU"/>
        </w:rPr>
      </w:pPr>
      <w:r w:rsidRPr="006E228A">
        <w:rPr>
          <w:lang w:val="ru-RU"/>
        </w:rPr>
        <w:t xml:space="preserve">7.3. </w:t>
      </w:r>
      <w:proofErr w:type="spellStart"/>
      <w:r w:rsidRPr="006E228A">
        <w:rPr>
          <w:lang w:val="ru-RU"/>
        </w:rPr>
        <w:t>Під</w:t>
      </w:r>
      <w:proofErr w:type="spellEnd"/>
      <w:r w:rsidRPr="006E228A">
        <w:rPr>
          <w:lang w:val="ru-RU"/>
        </w:rPr>
        <w:t xml:space="preserve"> час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можуть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враховуватися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джерела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відкритих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інтернет-ресурсів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внутрішніх</w:t>
      </w:r>
      <w:proofErr w:type="spellEnd"/>
      <w:r w:rsidRPr="006E228A">
        <w:rPr>
          <w:lang w:val="ru-RU"/>
        </w:rPr>
        <w:t xml:space="preserve"> баз ННЦРМГО, </w:t>
      </w:r>
      <w:proofErr w:type="spellStart"/>
      <w:r w:rsidRPr="006E228A">
        <w:rPr>
          <w:lang w:val="ru-RU"/>
        </w:rPr>
        <w:t>електронних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архівів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баз </w:t>
      </w:r>
      <w:proofErr w:type="spellStart"/>
      <w:r w:rsidRPr="006E228A">
        <w:rPr>
          <w:lang w:val="ru-RU"/>
        </w:rPr>
        <w:t>даних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репозитаріїв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текстів</w:t>
      </w:r>
      <w:proofErr w:type="spellEnd"/>
      <w:r w:rsidRPr="006E228A">
        <w:rPr>
          <w:lang w:val="ru-RU"/>
        </w:rPr>
        <w:t xml:space="preserve">, баз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публікацій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доступних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джерел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передбачено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можливостями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обраної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системи</w:t>
      </w:r>
      <w:proofErr w:type="spellEnd"/>
      <w:r w:rsidRPr="006E228A">
        <w:rPr>
          <w:lang w:val="ru-RU"/>
        </w:rPr>
        <w:t>.</w:t>
      </w:r>
    </w:p>
    <w:p w14:paraId="2264D367" w14:textId="77777777" w:rsidR="003C216C" w:rsidRPr="006E228A" w:rsidRDefault="00622ACB" w:rsidP="00DA4A15">
      <w:pPr>
        <w:jc w:val="both"/>
        <w:rPr>
          <w:lang w:val="ru-RU"/>
        </w:rPr>
      </w:pPr>
      <w:r w:rsidRPr="006E228A">
        <w:rPr>
          <w:lang w:val="ru-RU"/>
        </w:rPr>
        <w:t xml:space="preserve">7.4. За результатами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формується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звіт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технічний</w:t>
      </w:r>
      <w:proofErr w:type="spellEnd"/>
      <w:r w:rsidRPr="006E228A">
        <w:rPr>
          <w:lang w:val="ru-RU"/>
        </w:rPr>
        <w:t xml:space="preserve"> результат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містить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відомості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текстові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збіги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можливі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джерела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обсяг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виділені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фрагменти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показники</w:t>
      </w:r>
      <w:proofErr w:type="spellEnd"/>
      <w:r w:rsidRPr="006E228A">
        <w:rPr>
          <w:lang w:val="ru-RU"/>
        </w:rPr>
        <w:t>.</w:t>
      </w:r>
    </w:p>
    <w:p w14:paraId="110EDB6E" w14:textId="77777777" w:rsidR="003C216C" w:rsidRPr="006E228A" w:rsidRDefault="00622ACB" w:rsidP="00DA4A15">
      <w:pPr>
        <w:jc w:val="both"/>
        <w:rPr>
          <w:lang w:val="ru-RU"/>
        </w:rPr>
      </w:pPr>
      <w:r w:rsidRPr="006E228A">
        <w:rPr>
          <w:lang w:val="ru-RU"/>
        </w:rPr>
        <w:t xml:space="preserve">7.5. </w:t>
      </w:r>
      <w:proofErr w:type="spellStart"/>
      <w:r w:rsidRPr="006E228A">
        <w:rPr>
          <w:lang w:val="ru-RU"/>
        </w:rPr>
        <w:t>Звіт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є </w:t>
      </w:r>
      <w:proofErr w:type="spellStart"/>
      <w:r w:rsidRPr="006E228A">
        <w:rPr>
          <w:lang w:val="ru-RU"/>
        </w:rPr>
        <w:t>допоміжним</w:t>
      </w:r>
      <w:proofErr w:type="spellEnd"/>
      <w:r w:rsidRPr="006E228A">
        <w:rPr>
          <w:lang w:val="ru-RU"/>
        </w:rPr>
        <w:t xml:space="preserve"> документом. </w:t>
      </w:r>
      <w:proofErr w:type="spellStart"/>
      <w:r w:rsidRPr="006E228A">
        <w:rPr>
          <w:lang w:val="ru-RU"/>
        </w:rPr>
        <w:t>Він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встановлює</w:t>
      </w:r>
      <w:proofErr w:type="spellEnd"/>
      <w:r w:rsidRPr="006E228A">
        <w:rPr>
          <w:lang w:val="ru-RU"/>
        </w:rPr>
        <w:t xml:space="preserve"> автоматично факту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плагіату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самоплагіату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правомірності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неправомірності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запозичень</w:t>
      </w:r>
      <w:proofErr w:type="spellEnd"/>
      <w:r w:rsidRPr="006E228A">
        <w:rPr>
          <w:lang w:val="ru-RU"/>
        </w:rPr>
        <w:t>.</w:t>
      </w:r>
    </w:p>
    <w:p w14:paraId="0204C99B" w14:textId="77777777" w:rsidR="003C216C" w:rsidRPr="006E228A" w:rsidRDefault="00622ACB" w:rsidP="00DA4A15">
      <w:pPr>
        <w:jc w:val="both"/>
        <w:rPr>
          <w:lang w:val="ru-RU"/>
        </w:rPr>
      </w:pPr>
      <w:r w:rsidRPr="006E228A">
        <w:rPr>
          <w:lang w:val="ru-RU"/>
        </w:rPr>
        <w:t xml:space="preserve">7.6. </w:t>
      </w:r>
      <w:proofErr w:type="spellStart"/>
      <w:r w:rsidRPr="006E228A">
        <w:rPr>
          <w:lang w:val="ru-RU"/>
        </w:rPr>
        <w:t>Під</w:t>
      </w:r>
      <w:proofErr w:type="spellEnd"/>
      <w:r w:rsidRPr="006E228A">
        <w:rPr>
          <w:lang w:val="ru-RU"/>
        </w:rPr>
        <w:t xml:space="preserve"> час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звіту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враховуються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можуть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оцінюватися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окремо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такі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елементи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коректно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відповідної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системи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>:</w:t>
      </w:r>
    </w:p>
    <w:p w14:paraId="0CB6ED18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титульні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сторінки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реквізити</w:t>
      </w:r>
      <w:proofErr w:type="spellEnd"/>
      <w:r w:rsidRPr="006E228A">
        <w:rPr>
          <w:lang w:val="ru-RU"/>
        </w:rPr>
        <w:t xml:space="preserve"> установи, </w:t>
      </w:r>
      <w:proofErr w:type="spellStart"/>
      <w:r w:rsidRPr="006E228A">
        <w:rPr>
          <w:lang w:val="ru-RU"/>
        </w:rPr>
        <w:t>стандартні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службові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формули</w:t>
      </w:r>
      <w:proofErr w:type="spellEnd"/>
      <w:r w:rsidRPr="006E228A">
        <w:rPr>
          <w:lang w:val="ru-RU"/>
        </w:rPr>
        <w:t>;</w:t>
      </w:r>
    </w:p>
    <w:p w14:paraId="60B26485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зміст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переліки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скорочень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стандартні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назви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розділів</w:t>
      </w:r>
      <w:proofErr w:type="spellEnd"/>
      <w:r w:rsidRPr="006E228A">
        <w:rPr>
          <w:lang w:val="ru-RU"/>
        </w:rPr>
        <w:t>;</w:t>
      </w:r>
    </w:p>
    <w:p w14:paraId="36C738FF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бібліографічні</w:t>
      </w:r>
      <w:proofErr w:type="spellEnd"/>
      <w:r w:rsidRPr="006E228A">
        <w:rPr>
          <w:lang w:val="ru-RU"/>
        </w:rPr>
        <w:t xml:space="preserve"> списки, правильно </w:t>
      </w:r>
      <w:proofErr w:type="spellStart"/>
      <w:r w:rsidRPr="006E228A">
        <w:rPr>
          <w:lang w:val="ru-RU"/>
        </w:rPr>
        <w:t>оформлені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посилання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цитати</w:t>
      </w:r>
      <w:proofErr w:type="spellEnd"/>
      <w:r w:rsidRPr="006E228A">
        <w:rPr>
          <w:lang w:val="ru-RU"/>
        </w:rPr>
        <w:t>;</w:t>
      </w:r>
    </w:p>
    <w:p w14:paraId="13E24E67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загальновживані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терміни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назви</w:t>
      </w:r>
      <w:proofErr w:type="spellEnd"/>
      <w:r w:rsidRPr="006E228A">
        <w:rPr>
          <w:lang w:val="ru-RU"/>
        </w:rPr>
        <w:t xml:space="preserve"> методик, </w:t>
      </w:r>
      <w:proofErr w:type="spellStart"/>
      <w:r w:rsidRPr="006E228A">
        <w:rPr>
          <w:lang w:val="ru-RU"/>
        </w:rPr>
        <w:t>стандартні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формулювання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протоколів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нормативних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актів</w:t>
      </w:r>
      <w:proofErr w:type="spellEnd"/>
      <w:r w:rsidRPr="006E228A">
        <w:rPr>
          <w:lang w:val="ru-RU"/>
        </w:rPr>
        <w:t>;</w:t>
      </w:r>
    </w:p>
    <w:p w14:paraId="6BE68EFF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фрагменти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які</w:t>
      </w:r>
      <w:proofErr w:type="spellEnd"/>
      <w:r w:rsidRPr="006E228A">
        <w:rPr>
          <w:lang w:val="ru-RU"/>
        </w:rPr>
        <w:t xml:space="preserve"> є </w:t>
      </w:r>
      <w:proofErr w:type="spellStart"/>
      <w:r w:rsidRPr="006E228A">
        <w:rPr>
          <w:lang w:val="ru-RU"/>
        </w:rPr>
        <w:t>частиною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затверджених</w:t>
      </w:r>
      <w:proofErr w:type="spellEnd"/>
      <w:r w:rsidRPr="006E228A">
        <w:rPr>
          <w:lang w:val="ru-RU"/>
        </w:rPr>
        <w:t xml:space="preserve"> форм, </w:t>
      </w:r>
      <w:proofErr w:type="spellStart"/>
      <w:r w:rsidRPr="006E228A">
        <w:rPr>
          <w:lang w:val="ru-RU"/>
        </w:rPr>
        <w:t>шаблонів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інструкцій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обов’язкових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реквізитів</w:t>
      </w:r>
      <w:proofErr w:type="spellEnd"/>
      <w:r w:rsidRPr="006E228A">
        <w:rPr>
          <w:lang w:val="ru-RU"/>
        </w:rPr>
        <w:t>;</w:t>
      </w:r>
    </w:p>
    <w:p w14:paraId="0708B4B7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власні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раніше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оприлюднені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автора за </w:t>
      </w:r>
      <w:proofErr w:type="spellStart"/>
      <w:r w:rsidRPr="006E228A">
        <w:rPr>
          <w:lang w:val="ru-RU"/>
        </w:rPr>
        <w:t>умови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належного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зазначення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попереднього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джерела</w:t>
      </w:r>
      <w:proofErr w:type="spellEnd"/>
      <w:r w:rsidRPr="006E228A">
        <w:rPr>
          <w:lang w:val="ru-RU"/>
        </w:rPr>
        <w:t>.</w:t>
      </w:r>
    </w:p>
    <w:p w14:paraId="74098F7E" w14:textId="77777777" w:rsidR="003C216C" w:rsidRDefault="00622ACB" w:rsidP="005D71F2">
      <w:pPr>
        <w:jc w:val="both"/>
        <w:rPr>
          <w:lang w:val="ru-RU"/>
        </w:rPr>
      </w:pPr>
      <w:r w:rsidRPr="006E228A">
        <w:rPr>
          <w:lang w:val="ru-RU"/>
        </w:rPr>
        <w:t xml:space="preserve">7.7.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</w:t>
      </w:r>
      <w:proofErr w:type="spellEnd"/>
      <w:r w:rsidRPr="006E228A">
        <w:rPr>
          <w:lang w:val="ru-RU"/>
        </w:rPr>
        <w:t xml:space="preserve"> час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виявлено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ознаки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маніпуляції</w:t>
      </w:r>
      <w:proofErr w:type="spellEnd"/>
      <w:r w:rsidRPr="006E228A">
        <w:rPr>
          <w:lang w:val="ru-RU"/>
        </w:rPr>
        <w:t xml:space="preserve"> файлом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спроби</w:t>
      </w:r>
      <w:proofErr w:type="spellEnd"/>
      <w:r w:rsidRPr="006E228A">
        <w:rPr>
          <w:lang w:val="ru-RU"/>
        </w:rPr>
        <w:t xml:space="preserve"> обману </w:t>
      </w:r>
      <w:proofErr w:type="spellStart"/>
      <w:r w:rsidRPr="006E228A">
        <w:rPr>
          <w:lang w:val="ru-RU"/>
        </w:rPr>
        <w:t>системи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уповноважена</w:t>
      </w:r>
      <w:proofErr w:type="spellEnd"/>
      <w:r w:rsidRPr="006E228A">
        <w:rPr>
          <w:lang w:val="ru-RU"/>
        </w:rPr>
        <w:t xml:space="preserve"> особа </w:t>
      </w:r>
      <w:proofErr w:type="spellStart"/>
      <w:r w:rsidRPr="006E228A">
        <w:rPr>
          <w:lang w:val="ru-RU"/>
        </w:rPr>
        <w:t>фіксує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це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довідці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передає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змістовного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розгляду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Комісією</w:t>
      </w:r>
      <w:proofErr w:type="spellEnd"/>
      <w:r w:rsidRPr="006E228A">
        <w:rPr>
          <w:lang w:val="ru-RU"/>
        </w:rPr>
        <w:t>.</w:t>
      </w:r>
    </w:p>
    <w:p w14:paraId="4D972F05" w14:textId="77777777" w:rsidR="005D71F2" w:rsidRPr="006E228A" w:rsidRDefault="005D71F2" w:rsidP="005D71F2">
      <w:pPr>
        <w:jc w:val="both"/>
        <w:rPr>
          <w:lang w:val="ru-RU"/>
        </w:rPr>
      </w:pPr>
    </w:p>
    <w:p w14:paraId="2DD2CBC3" w14:textId="77777777" w:rsidR="003C216C" w:rsidRPr="006E228A" w:rsidRDefault="00622ACB" w:rsidP="005D71F2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lastRenderedPageBreak/>
        <w:t>8. ЗМІСТОВНИЙ АНАЛІЗ РЕЗУЛЬТАТІВ ПЕРЕВІРКИ НА АКАДЕМІЧНИЙ ПЛАГІАТ</w:t>
      </w:r>
    </w:p>
    <w:p w14:paraId="0ADFBC67" w14:textId="77777777" w:rsidR="003C216C" w:rsidRPr="006E228A" w:rsidRDefault="00622ACB" w:rsidP="005D71F2">
      <w:pPr>
        <w:jc w:val="both"/>
        <w:rPr>
          <w:lang w:val="ru-RU"/>
        </w:rPr>
      </w:pPr>
      <w:r w:rsidRPr="006E228A">
        <w:rPr>
          <w:lang w:val="ru-RU"/>
        </w:rPr>
        <w:t xml:space="preserve">8.1. </w:t>
      </w:r>
      <w:proofErr w:type="spellStart"/>
      <w:r w:rsidRPr="006E228A">
        <w:rPr>
          <w:lang w:val="ru-RU"/>
        </w:rPr>
        <w:t>Змістовний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здійснюється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урахуванням</w:t>
      </w:r>
      <w:proofErr w:type="spellEnd"/>
      <w:r w:rsidRPr="006E228A">
        <w:rPr>
          <w:lang w:val="ru-RU"/>
        </w:rPr>
        <w:t xml:space="preserve"> виду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галузі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знань</w:t>
      </w:r>
      <w:proofErr w:type="spellEnd"/>
      <w:r w:rsidRPr="006E228A">
        <w:rPr>
          <w:lang w:val="ru-RU"/>
        </w:rPr>
        <w:t xml:space="preserve">, характеру </w:t>
      </w:r>
      <w:proofErr w:type="spellStart"/>
      <w:r w:rsidRPr="006E228A">
        <w:rPr>
          <w:lang w:val="ru-RU"/>
        </w:rPr>
        <w:t>збігів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коректності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цитування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наявності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посилань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обсягу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розташування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запозичень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ролі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фрагментів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структурі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істотних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обставин</w:t>
      </w:r>
      <w:proofErr w:type="spellEnd"/>
      <w:r w:rsidRPr="006E228A">
        <w:rPr>
          <w:lang w:val="ru-RU"/>
        </w:rPr>
        <w:t>.</w:t>
      </w:r>
    </w:p>
    <w:p w14:paraId="444B769D" w14:textId="77777777" w:rsidR="003C216C" w:rsidRPr="006E228A" w:rsidRDefault="00622ACB" w:rsidP="005D71F2">
      <w:pPr>
        <w:jc w:val="both"/>
        <w:rPr>
          <w:lang w:val="ru-RU"/>
        </w:rPr>
      </w:pPr>
      <w:r w:rsidRPr="006E228A">
        <w:rPr>
          <w:lang w:val="ru-RU"/>
        </w:rPr>
        <w:t xml:space="preserve">8.2. </w:t>
      </w:r>
      <w:proofErr w:type="spellStart"/>
      <w:r w:rsidRPr="006E228A">
        <w:rPr>
          <w:lang w:val="ru-RU"/>
        </w:rPr>
        <w:t>Під</w:t>
      </w:r>
      <w:proofErr w:type="spellEnd"/>
      <w:r w:rsidRPr="006E228A">
        <w:rPr>
          <w:lang w:val="ru-RU"/>
        </w:rPr>
        <w:t xml:space="preserve"> час </w:t>
      </w:r>
      <w:proofErr w:type="spellStart"/>
      <w:r w:rsidRPr="006E228A">
        <w:rPr>
          <w:lang w:val="ru-RU"/>
        </w:rPr>
        <w:t>змістовного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оцінюється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лише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загальний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відсоток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, а </w:t>
      </w:r>
      <w:proofErr w:type="spellStart"/>
      <w:r w:rsidRPr="006E228A">
        <w:rPr>
          <w:lang w:val="ru-RU"/>
        </w:rPr>
        <w:t>передусім</w:t>
      </w:r>
      <w:proofErr w:type="spellEnd"/>
      <w:r w:rsidRPr="006E228A">
        <w:rPr>
          <w:lang w:val="ru-RU"/>
        </w:rPr>
        <w:t xml:space="preserve"> характер </w:t>
      </w:r>
      <w:proofErr w:type="spellStart"/>
      <w:r w:rsidRPr="006E228A">
        <w:rPr>
          <w:lang w:val="ru-RU"/>
        </w:rPr>
        <w:t>збігів</w:t>
      </w:r>
      <w:proofErr w:type="spellEnd"/>
      <w:r w:rsidRPr="006E228A">
        <w:rPr>
          <w:lang w:val="ru-RU"/>
        </w:rPr>
        <w:t>:</w:t>
      </w:r>
    </w:p>
    <w:p w14:paraId="1E122B8C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є </w:t>
      </w:r>
      <w:proofErr w:type="spellStart"/>
      <w:r w:rsidRPr="006E228A">
        <w:rPr>
          <w:lang w:val="ru-RU"/>
        </w:rPr>
        <w:t>фрагменти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належно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оформленими</w:t>
      </w:r>
      <w:proofErr w:type="spellEnd"/>
      <w:r w:rsidRPr="006E228A">
        <w:rPr>
          <w:lang w:val="ru-RU"/>
        </w:rPr>
        <w:t xml:space="preserve"> цитатами;</w:t>
      </w:r>
    </w:p>
    <w:p w14:paraId="3A1D4A6A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наведені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посилання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джерела</w:t>
      </w:r>
      <w:proofErr w:type="spellEnd"/>
      <w:r w:rsidRPr="006E228A">
        <w:rPr>
          <w:lang w:val="ru-RU"/>
        </w:rPr>
        <w:t xml:space="preserve"> при </w:t>
      </w:r>
      <w:proofErr w:type="spellStart"/>
      <w:r w:rsidRPr="006E228A">
        <w:rPr>
          <w:lang w:val="ru-RU"/>
        </w:rPr>
        <w:t>перефразуванні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перекладі</w:t>
      </w:r>
      <w:proofErr w:type="spellEnd"/>
      <w:r w:rsidRPr="006E228A">
        <w:rPr>
          <w:lang w:val="ru-RU"/>
        </w:rPr>
        <w:t xml:space="preserve"> чужих </w:t>
      </w:r>
      <w:proofErr w:type="spellStart"/>
      <w:r w:rsidRPr="006E228A">
        <w:rPr>
          <w:lang w:val="ru-RU"/>
        </w:rPr>
        <w:t>ідей</w:t>
      </w:r>
      <w:proofErr w:type="spellEnd"/>
      <w:r w:rsidRPr="006E228A">
        <w:rPr>
          <w:lang w:val="ru-RU"/>
        </w:rPr>
        <w:t>;</w:t>
      </w:r>
    </w:p>
    <w:p w14:paraId="10BC92F6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не подано </w:t>
      </w:r>
      <w:proofErr w:type="spellStart"/>
      <w:r w:rsidRPr="006E228A">
        <w:rPr>
          <w:lang w:val="ru-RU"/>
        </w:rPr>
        <w:t>чужі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висновки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зображення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таблиці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формули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методики як </w:t>
      </w:r>
      <w:proofErr w:type="spellStart"/>
      <w:r w:rsidRPr="006E228A">
        <w:rPr>
          <w:lang w:val="ru-RU"/>
        </w:rPr>
        <w:t>власні</w:t>
      </w:r>
      <w:proofErr w:type="spellEnd"/>
      <w:r w:rsidRPr="006E228A">
        <w:rPr>
          <w:lang w:val="ru-RU"/>
        </w:rPr>
        <w:t>;</w:t>
      </w:r>
    </w:p>
    <w:p w14:paraId="2D5EA1AA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не повторно подано </w:t>
      </w:r>
      <w:proofErr w:type="spellStart"/>
      <w:r w:rsidRPr="006E228A">
        <w:rPr>
          <w:lang w:val="ru-RU"/>
        </w:rPr>
        <w:t>власні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раніше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оприлюднені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як </w:t>
      </w:r>
      <w:proofErr w:type="spellStart"/>
      <w:r w:rsidRPr="006E228A">
        <w:rPr>
          <w:lang w:val="ru-RU"/>
        </w:rPr>
        <w:t>нові</w:t>
      </w:r>
      <w:proofErr w:type="spellEnd"/>
      <w:r w:rsidRPr="006E228A">
        <w:rPr>
          <w:lang w:val="ru-RU"/>
        </w:rPr>
        <w:t xml:space="preserve"> без </w:t>
      </w:r>
      <w:proofErr w:type="spellStart"/>
      <w:r w:rsidRPr="006E228A">
        <w:rPr>
          <w:lang w:val="ru-RU"/>
        </w:rPr>
        <w:t>зазначення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попереднього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джерела</w:t>
      </w:r>
      <w:proofErr w:type="spellEnd"/>
      <w:r w:rsidRPr="006E228A">
        <w:rPr>
          <w:lang w:val="ru-RU"/>
        </w:rPr>
        <w:t>;</w:t>
      </w:r>
    </w:p>
    <w:p w14:paraId="226CB660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має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місця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компіляція</w:t>
      </w:r>
      <w:proofErr w:type="spellEnd"/>
      <w:r w:rsidRPr="006E228A">
        <w:rPr>
          <w:lang w:val="ru-RU"/>
        </w:rPr>
        <w:t xml:space="preserve"> великих </w:t>
      </w:r>
      <w:proofErr w:type="spellStart"/>
      <w:r w:rsidRPr="006E228A">
        <w:rPr>
          <w:lang w:val="ru-RU"/>
        </w:rPr>
        <w:t>фрагментів</w:t>
      </w:r>
      <w:proofErr w:type="spellEnd"/>
      <w:r w:rsidRPr="006E228A">
        <w:rPr>
          <w:lang w:val="ru-RU"/>
        </w:rPr>
        <w:t xml:space="preserve"> тексту без </w:t>
      </w:r>
      <w:proofErr w:type="spellStart"/>
      <w:r w:rsidRPr="006E228A">
        <w:rPr>
          <w:lang w:val="ru-RU"/>
        </w:rPr>
        <w:t>власного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>;</w:t>
      </w:r>
    </w:p>
    <w:p w14:paraId="3F9D3C85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не створено </w:t>
      </w:r>
      <w:proofErr w:type="spellStart"/>
      <w:r w:rsidRPr="006E228A">
        <w:rPr>
          <w:lang w:val="ru-RU"/>
        </w:rPr>
        <w:t>хибного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уявлення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самостійність</w:t>
      </w:r>
      <w:proofErr w:type="spellEnd"/>
      <w:r w:rsidRPr="006E228A">
        <w:rPr>
          <w:lang w:val="ru-RU"/>
        </w:rPr>
        <w:t xml:space="preserve">, новизну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обсяг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авторського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внеску</w:t>
      </w:r>
      <w:proofErr w:type="spellEnd"/>
      <w:r w:rsidRPr="006E228A">
        <w:rPr>
          <w:lang w:val="ru-RU"/>
        </w:rPr>
        <w:t>.</w:t>
      </w:r>
    </w:p>
    <w:p w14:paraId="0E278446" w14:textId="77777777" w:rsidR="003C216C" w:rsidRPr="006E228A" w:rsidRDefault="00622ACB" w:rsidP="005D71F2">
      <w:pPr>
        <w:jc w:val="both"/>
        <w:rPr>
          <w:lang w:val="ru-RU"/>
        </w:rPr>
      </w:pPr>
      <w:r w:rsidRPr="006E228A">
        <w:rPr>
          <w:lang w:val="ru-RU"/>
        </w:rPr>
        <w:t xml:space="preserve">8.3. </w:t>
      </w:r>
      <w:proofErr w:type="spellStart"/>
      <w:r w:rsidRPr="006E228A">
        <w:rPr>
          <w:lang w:val="ru-RU"/>
        </w:rPr>
        <w:t>Загальний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показник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не є </w:t>
      </w:r>
      <w:proofErr w:type="spellStart"/>
      <w:r w:rsidRPr="006E228A">
        <w:rPr>
          <w:lang w:val="ru-RU"/>
        </w:rPr>
        <w:t>єдиним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критерієм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прийняття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рішення</w:t>
      </w:r>
      <w:proofErr w:type="spellEnd"/>
      <w:r w:rsidRPr="006E228A">
        <w:rPr>
          <w:lang w:val="ru-RU"/>
        </w:rPr>
        <w:t xml:space="preserve">. Невеликий </w:t>
      </w:r>
      <w:proofErr w:type="spellStart"/>
      <w:r w:rsidRPr="006E228A">
        <w:rPr>
          <w:lang w:val="ru-RU"/>
        </w:rPr>
        <w:t>показник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містити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істотне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збіг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стосується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ключових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висновків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даних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авторського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внеску</w:t>
      </w:r>
      <w:proofErr w:type="spellEnd"/>
      <w:r w:rsidRPr="006E228A">
        <w:rPr>
          <w:lang w:val="ru-RU"/>
        </w:rPr>
        <w:t xml:space="preserve">. </w:t>
      </w:r>
      <w:proofErr w:type="spellStart"/>
      <w:r w:rsidRPr="006E228A">
        <w:rPr>
          <w:lang w:val="ru-RU"/>
        </w:rPr>
        <w:t>Високий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показник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бути пояснений </w:t>
      </w:r>
      <w:proofErr w:type="spellStart"/>
      <w:r w:rsidRPr="006E228A">
        <w:rPr>
          <w:lang w:val="ru-RU"/>
        </w:rPr>
        <w:t>правомірними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елементами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збіги</w:t>
      </w:r>
      <w:proofErr w:type="spellEnd"/>
      <w:r w:rsidRPr="006E228A">
        <w:rPr>
          <w:lang w:val="ru-RU"/>
        </w:rPr>
        <w:t xml:space="preserve"> належать до </w:t>
      </w:r>
      <w:proofErr w:type="spellStart"/>
      <w:r w:rsidRPr="006E228A">
        <w:rPr>
          <w:lang w:val="ru-RU"/>
        </w:rPr>
        <w:t>бібліографії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стандартних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формулювань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нормативних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текстів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належно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оформлених</w:t>
      </w:r>
      <w:proofErr w:type="spellEnd"/>
      <w:r w:rsidRPr="006E228A">
        <w:rPr>
          <w:lang w:val="ru-RU"/>
        </w:rPr>
        <w:t xml:space="preserve"> цитат.</w:t>
      </w:r>
    </w:p>
    <w:p w14:paraId="1D0A2F9F" w14:textId="2EBB4A97" w:rsidR="003C216C" w:rsidRPr="006E228A" w:rsidRDefault="00622ACB" w:rsidP="005D71F2">
      <w:pPr>
        <w:jc w:val="both"/>
        <w:rPr>
          <w:lang w:val="ru-RU"/>
        </w:rPr>
      </w:pPr>
      <w:r w:rsidRPr="006E228A">
        <w:rPr>
          <w:lang w:val="ru-RU"/>
        </w:rPr>
        <w:t xml:space="preserve">8.4. </w:t>
      </w:r>
      <w:proofErr w:type="spellStart"/>
      <w:r w:rsidRPr="006E228A">
        <w:rPr>
          <w:lang w:val="ru-RU"/>
        </w:rPr>
        <w:t>Орієнтовно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інше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встановлено</w:t>
      </w:r>
      <w:proofErr w:type="spellEnd"/>
      <w:r w:rsidRPr="006E228A">
        <w:rPr>
          <w:lang w:val="ru-RU"/>
        </w:rPr>
        <w:t xml:space="preserve"> правилами </w:t>
      </w:r>
      <w:proofErr w:type="spellStart"/>
      <w:r w:rsidRPr="006E228A">
        <w:rPr>
          <w:lang w:val="ru-RU"/>
        </w:rPr>
        <w:t>відповідної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редакційною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політикою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технічні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показники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можуть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використовуватися</w:t>
      </w:r>
      <w:proofErr w:type="spellEnd"/>
      <w:r w:rsidRPr="006E228A">
        <w:rPr>
          <w:lang w:val="ru-RU"/>
        </w:rPr>
        <w:t xml:space="preserve"> як </w:t>
      </w:r>
      <w:proofErr w:type="spellStart"/>
      <w:r w:rsidR="005D71F2">
        <w:rPr>
          <w:lang w:val="ru-RU"/>
        </w:rPr>
        <w:t>індикатор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подальшої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роботи</w:t>
      </w:r>
      <w:proofErr w:type="spellEnd"/>
      <w:r w:rsidRPr="006E228A">
        <w:rPr>
          <w:lang w:val="ru-RU"/>
        </w:rPr>
        <w:t>:</w:t>
      </w:r>
    </w:p>
    <w:p w14:paraId="2AD1B776" w14:textId="64CAED62" w:rsidR="003C216C" w:rsidRPr="006E228A" w:rsidRDefault="00622ACB" w:rsidP="005D71F2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низький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рівень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</w:t>
      </w:r>
      <w:r w:rsidR="005D71F2">
        <w:rPr>
          <w:lang w:val="ru-RU"/>
        </w:rPr>
        <w:t>–</w:t>
      </w:r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бути </w:t>
      </w:r>
      <w:proofErr w:type="spellStart"/>
      <w:r w:rsidRPr="006E228A">
        <w:rPr>
          <w:lang w:val="ru-RU"/>
        </w:rPr>
        <w:t>рекомендований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подальшого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розгляду</w:t>
      </w:r>
      <w:proofErr w:type="spellEnd"/>
      <w:r w:rsidRPr="006E228A">
        <w:rPr>
          <w:lang w:val="ru-RU"/>
        </w:rPr>
        <w:t xml:space="preserve"> за </w:t>
      </w:r>
      <w:proofErr w:type="spellStart"/>
      <w:r w:rsidRPr="006E228A">
        <w:rPr>
          <w:lang w:val="ru-RU"/>
        </w:rPr>
        <w:t>відсутності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істотних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некоректних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запозичень</w:t>
      </w:r>
      <w:proofErr w:type="spellEnd"/>
      <w:r w:rsidRPr="006E228A">
        <w:rPr>
          <w:lang w:val="ru-RU"/>
        </w:rPr>
        <w:t>;</w:t>
      </w:r>
    </w:p>
    <w:p w14:paraId="4A77F565" w14:textId="52543420" w:rsidR="003C216C" w:rsidRPr="006E228A" w:rsidRDefault="00622ACB" w:rsidP="005D71F2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помірний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рівень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</w:t>
      </w:r>
      <w:r w:rsidR="005D71F2">
        <w:rPr>
          <w:lang w:val="ru-RU"/>
        </w:rPr>
        <w:t>–</w:t>
      </w:r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потребує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змістовного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уточнення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цитувань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доопрацювання</w:t>
      </w:r>
      <w:proofErr w:type="spellEnd"/>
      <w:r w:rsidRPr="006E228A">
        <w:rPr>
          <w:lang w:val="ru-RU"/>
        </w:rPr>
        <w:t>;</w:t>
      </w:r>
    </w:p>
    <w:p w14:paraId="770E0120" w14:textId="2C74AA26" w:rsidR="003C216C" w:rsidRPr="006E228A" w:rsidRDefault="00622ACB" w:rsidP="005D71F2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високий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рівень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наявність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істотних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некоректних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збігів</w:t>
      </w:r>
      <w:proofErr w:type="spellEnd"/>
      <w:r w:rsidRPr="006E228A">
        <w:rPr>
          <w:lang w:val="ru-RU"/>
        </w:rPr>
        <w:t xml:space="preserve"> </w:t>
      </w:r>
      <w:r w:rsidR="005D71F2">
        <w:rPr>
          <w:lang w:val="ru-RU"/>
        </w:rPr>
        <w:t>–</w:t>
      </w:r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потребує</w:t>
      </w:r>
      <w:proofErr w:type="spellEnd"/>
      <w:r w:rsidRPr="006E228A">
        <w:rPr>
          <w:lang w:val="ru-RU"/>
        </w:rPr>
        <w:t xml:space="preserve"> детального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повторної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після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доопрацювання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передання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>.</w:t>
      </w:r>
    </w:p>
    <w:p w14:paraId="6F4E15DE" w14:textId="77777777" w:rsidR="003C216C" w:rsidRPr="006E228A" w:rsidRDefault="00622ACB" w:rsidP="005D71F2">
      <w:pPr>
        <w:jc w:val="both"/>
        <w:rPr>
          <w:lang w:val="ru-RU"/>
        </w:rPr>
      </w:pPr>
      <w:r w:rsidRPr="006E228A">
        <w:rPr>
          <w:lang w:val="ru-RU"/>
        </w:rPr>
        <w:t xml:space="preserve">8.5. ННЦРМГО не </w:t>
      </w:r>
      <w:proofErr w:type="spellStart"/>
      <w:r w:rsidRPr="006E228A">
        <w:rPr>
          <w:lang w:val="ru-RU"/>
        </w:rPr>
        <w:t>встановлює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автоматичної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відповідальності</w:t>
      </w:r>
      <w:proofErr w:type="spellEnd"/>
      <w:r w:rsidRPr="006E228A">
        <w:rPr>
          <w:lang w:val="ru-RU"/>
        </w:rPr>
        <w:t xml:space="preserve"> за </w:t>
      </w:r>
      <w:proofErr w:type="spellStart"/>
      <w:r w:rsidRPr="006E228A">
        <w:rPr>
          <w:lang w:val="ru-RU"/>
        </w:rPr>
        <w:t>конкретний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відсоток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. </w:t>
      </w:r>
      <w:proofErr w:type="spellStart"/>
      <w:r w:rsidRPr="006E228A">
        <w:rPr>
          <w:lang w:val="ru-RU"/>
        </w:rPr>
        <w:t>Рішення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приймається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урахуванням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, виду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пояснень</w:t>
      </w:r>
      <w:proofErr w:type="spellEnd"/>
      <w:r w:rsidRPr="006E228A">
        <w:rPr>
          <w:lang w:val="ru-RU"/>
        </w:rPr>
        <w:t xml:space="preserve"> автора, </w:t>
      </w:r>
      <w:proofErr w:type="spellStart"/>
      <w:r w:rsidRPr="006E228A">
        <w:rPr>
          <w:lang w:val="ru-RU"/>
        </w:rPr>
        <w:t>звіту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висновку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відповідальної</w:t>
      </w:r>
      <w:proofErr w:type="spellEnd"/>
      <w:r w:rsidRPr="006E228A">
        <w:rPr>
          <w:lang w:val="ru-RU"/>
        </w:rPr>
        <w:t xml:space="preserve"> особи, </w:t>
      </w:r>
      <w:proofErr w:type="spellStart"/>
      <w:r w:rsidRPr="006E228A">
        <w:rPr>
          <w:lang w:val="ru-RU"/>
        </w:rPr>
        <w:t>редакції</w:t>
      </w:r>
      <w:proofErr w:type="spellEnd"/>
      <w:r w:rsidRPr="006E228A">
        <w:rPr>
          <w:lang w:val="ru-RU"/>
        </w:rPr>
        <w:t xml:space="preserve">, ради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всіх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істотних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обставин</w:t>
      </w:r>
      <w:proofErr w:type="spellEnd"/>
      <w:r w:rsidRPr="006E228A">
        <w:rPr>
          <w:lang w:val="ru-RU"/>
        </w:rPr>
        <w:t>.</w:t>
      </w:r>
    </w:p>
    <w:p w14:paraId="21A9DF8F" w14:textId="77777777" w:rsidR="003C216C" w:rsidRPr="006E228A" w:rsidRDefault="00622ACB" w:rsidP="005D71F2">
      <w:pPr>
        <w:jc w:val="both"/>
        <w:rPr>
          <w:lang w:val="ru-RU"/>
        </w:rPr>
      </w:pPr>
      <w:r w:rsidRPr="006E228A">
        <w:rPr>
          <w:lang w:val="ru-RU"/>
        </w:rPr>
        <w:t xml:space="preserve">8.6.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виявлені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недоліки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редакційний</w:t>
      </w:r>
      <w:proofErr w:type="spellEnd"/>
      <w:r w:rsidRPr="006E228A">
        <w:rPr>
          <w:lang w:val="ru-RU"/>
        </w:rPr>
        <w:t xml:space="preserve"> характер і не </w:t>
      </w:r>
      <w:proofErr w:type="spellStart"/>
      <w:r w:rsidRPr="006E228A">
        <w:rPr>
          <w:lang w:val="ru-RU"/>
        </w:rPr>
        <w:t>свідчать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бути </w:t>
      </w:r>
      <w:proofErr w:type="spellStart"/>
      <w:r w:rsidRPr="006E228A">
        <w:rPr>
          <w:lang w:val="ru-RU"/>
        </w:rPr>
        <w:t>повернутий</w:t>
      </w:r>
      <w:proofErr w:type="spellEnd"/>
      <w:r w:rsidRPr="006E228A">
        <w:rPr>
          <w:lang w:val="ru-RU"/>
        </w:rPr>
        <w:t xml:space="preserve"> автору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співавторам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доопрацювання</w:t>
      </w:r>
      <w:proofErr w:type="spellEnd"/>
      <w:r w:rsidRPr="006E228A">
        <w:rPr>
          <w:lang w:val="ru-RU"/>
        </w:rPr>
        <w:t>.</w:t>
      </w:r>
    </w:p>
    <w:p w14:paraId="0CF238CF" w14:textId="77777777" w:rsidR="003C216C" w:rsidRDefault="00622ACB" w:rsidP="005D71F2">
      <w:pPr>
        <w:jc w:val="both"/>
        <w:rPr>
          <w:lang w:val="ru-RU"/>
        </w:rPr>
      </w:pPr>
      <w:r w:rsidRPr="006E228A">
        <w:rPr>
          <w:lang w:val="ru-RU"/>
        </w:rPr>
        <w:t xml:space="preserve">8.7.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виявлено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ознаки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плагіату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самоплагіату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фабрикації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фальсифікації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недоброчесного</w:t>
      </w:r>
      <w:proofErr w:type="spellEnd"/>
      <w:r w:rsidRPr="006E228A">
        <w:rPr>
          <w:lang w:val="ru-RU"/>
        </w:rPr>
        <w:t xml:space="preserve"> авторства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передаються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розгляд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іншого</w:t>
      </w:r>
      <w:proofErr w:type="spellEnd"/>
      <w:r w:rsidRPr="006E228A">
        <w:rPr>
          <w:lang w:val="ru-RU"/>
        </w:rPr>
        <w:t xml:space="preserve"> компетентного органу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посадової</w:t>
      </w:r>
      <w:proofErr w:type="spellEnd"/>
      <w:r w:rsidRPr="006E228A">
        <w:rPr>
          <w:lang w:val="ru-RU"/>
        </w:rPr>
        <w:t xml:space="preserve"> особи.</w:t>
      </w:r>
    </w:p>
    <w:p w14:paraId="63A0E94B" w14:textId="77777777" w:rsidR="00C039B5" w:rsidRPr="006E228A" w:rsidRDefault="00C039B5" w:rsidP="005D71F2">
      <w:pPr>
        <w:jc w:val="both"/>
        <w:rPr>
          <w:lang w:val="ru-RU"/>
        </w:rPr>
      </w:pPr>
    </w:p>
    <w:p w14:paraId="437A1818" w14:textId="77777777" w:rsidR="003C216C" w:rsidRPr="006E228A" w:rsidRDefault="00622ACB" w:rsidP="00C039B5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t>9. ПЕРЕВІРКА ВИКОРИСТАННЯ ТЕХНОЛОГІЙ ШТУЧНОГО ІНТЕЛЕКТУ</w:t>
      </w:r>
    </w:p>
    <w:p w14:paraId="3DFB21B7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9.1. </w:t>
      </w:r>
      <w:proofErr w:type="spellStart"/>
      <w:r w:rsidRPr="006E228A">
        <w:rPr>
          <w:lang w:val="ru-RU"/>
        </w:rPr>
        <w:t>Перевірка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технологій</w:t>
      </w:r>
      <w:proofErr w:type="spellEnd"/>
      <w:r w:rsidRPr="006E228A">
        <w:rPr>
          <w:lang w:val="ru-RU"/>
        </w:rPr>
        <w:t xml:space="preserve"> ШІ </w:t>
      </w:r>
      <w:proofErr w:type="spellStart"/>
      <w:r w:rsidRPr="006E228A">
        <w:rPr>
          <w:lang w:val="ru-RU"/>
        </w:rPr>
        <w:t>здійснюється</w:t>
      </w:r>
      <w:proofErr w:type="spellEnd"/>
      <w:r w:rsidRPr="006E228A">
        <w:rPr>
          <w:lang w:val="ru-RU"/>
        </w:rPr>
        <w:t xml:space="preserve"> з метою </w:t>
      </w:r>
      <w:proofErr w:type="spellStart"/>
      <w:r w:rsidRPr="006E228A">
        <w:rPr>
          <w:lang w:val="ru-RU"/>
        </w:rPr>
        <w:t>з’ясування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було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 </w:t>
      </w:r>
      <w:proofErr w:type="spellStart"/>
      <w:r w:rsidRPr="006E228A">
        <w:rPr>
          <w:lang w:val="ru-RU"/>
        </w:rPr>
        <w:t>доброчесним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прозорим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допустимим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відповідної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належно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задекларованим</w:t>
      </w:r>
      <w:proofErr w:type="spellEnd"/>
      <w:r w:rsidRPr="006E228A">
        <w:rPr>
          <w:lang w:val="ru-RU"/>
        </w:rPr>
        <w:t>.</w:t>
      </w:r>
    </w:p>
    <w:p w14:paraId="664950E1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lastRenderedPageBreak/>
        <w:t xml:space="preserve">9.2. Факт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технологій</w:t>
      </w:r>
      <w:proofErr w:type="spellEnd"/>
      <w:r w:rsidRPr="006E228A">
        <w:rPr>
          <w:lang w:val="ru-RU"/>
        </w:rPr>
        <w:t xml:space="preserve"> ШІ </w:t>
      </w:r>
      <w:proofErr w:type="spellStart"/>
      <w:r w:rsidRPr="006E228A">
        <w:rPr>
          <w:lang w:val="ru-RU"/>
        </w:rPr>
        <w:t>підлягає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зазначенню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таке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вплинуло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зміст</w:t>
      </w:r>
      <w:proofErr w:type="spellEnd"/>
      <w:r w:rsidRPr="006E228A">
        <w:rPr>
          <w:lang w:val="ru-RU"/>
        </w:rPr>
        <w:t xml:space="preserve">, структуру, </w:t>
      </w:r>
      <w:proofErr w:type="spellStart"/>
      <w:r w:rsidRPr="006E228A">
        <w:rPr>
          <w:lang w:val="ru-RU"/>
        </w:rPr>
        <w:t>аналіз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інтерпретацію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висновки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підготовку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даних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таблиць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зображень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перекладів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істотні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елементи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дії</w:t>
      </w:r>
      <w:proofErr w:type="spellEnd"/>
      <w:r w:rsidRPr="006E228A">
        <w:rPr>
          <w:lang w:val="ru-RU"/>
        </w:rPr>
        <w:t>.</w:t>
      </w:r>
    </w:p>
    <w:p w14:paraId="25B0BB0E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9.3.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 для </w:t>
      </w:r>
      <w:proofErr w:type="spellStart"/>
      <w:r w:rsidRPr="006E228A">
        <w:rPr>
          <w:lang w:val="ru-RU"/>
        </w:rPr>
        <w:t>суто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мовних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зокрема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орфографії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граматики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технічного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форматування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стилістичного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редагування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потребувати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окремої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декларації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правила </w:t>
      </w:r>
      <w:proofErr w:type="spellStart"/>
      <w:r w:rsidRPr="006E228A">
        <w:rPr>
          <w:lang w:val="ru-RU"/>
        </w:rPr>
        <w:t>відповідної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редакційна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політика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встановлюють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інше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таке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підміняє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авторський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внесок</w:t>
      </w:r>
      <w:proofErr w:type="spellEnd"/>
      <w:r w:rsidRPr="006E228A">
        <w:rPr>
          <w:lang w:val="ru-RU"/>
        </w:rPr>
        <w:t>.</w:t>
      </w:r>
    </w:p>
    <w:p w14:paraId="0804D078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9.4. </w:t>
      </w:r>
      <w:proofErr w:type="spellStart"/>
      <w:r w:rsidRPr="006E228A">
        <w:rPr>
          <w:lang w:val="ru-RU"/>
        </w:rPr>
        <w:t>Під</w:t>
      </w:r>
      <w:proofErr w:type="spellEnd"/>
      <w:r w:rsidRPr="006E228A">
        <w:rPr>
          <w:lang w:val="ru-RU"/>
        </w:rPr>
        <w:t xml:space="preserve"> час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можливого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недоброчесного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 </w:t>
      </w:r>
      <w:proofErr w:type="spellStart"/>
      <w:r w:rsidRPr="006E228A">
        <w:rPr>
          <w:lang w:val="ru-RU"/>
        </w:rPr>
        <w:t>враховуються</w:t>
      </w:r>
      <w:proofErr w:type="spellEnd"/>
      <w:r w:rsidRPr="006E228A">
        <w:rPr>
          <w:lang w:val="ru-RU"/>
        </w:rPr>
        <w:t>:</w:t>
      </w:r>
    </w:p>
    <w:p w14:paraId="3BBE50E7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наявність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відсутність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декларації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ШІ;</w:t>
      </w:r>
    </w:p>
    <w:p w14:paraId="0F32886F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характер, мета і </w:t>
      </w:r>
      <w:proofErr w:type="spellStart"/>
      <w:r w:rsidRPr="006E228A">
        <w:rPr>
          <w:lang w:val="ru-RU"/>
        </w:rPr>
        <w:t>обсяг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ШІ;</w:t>
      </w:r>
    </w:p>
    <w:p w14:paraId="20A8CDFD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підмінило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 </w:t>
      </w:r>
      <w:proofErr w:type="spellStart"/>
      <w:r w:rsidRPr="006E228A">
        <w:rPr>
          <w:lang w:val="ru-RU"/>
        </w:rPr>
        <w:t>самостійний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інтелектуальний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науковий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експертний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редакційний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внесок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людини</w:t>
      </w:r>
      <w:proofErr w:type="spellEnd"/>
      <w:r w:rsidRPr="006E228A">
        <w:rPr>
          <w:lang w:val="ru-RU"/>
        </w:rPr>
        <w:t>;</w:t>
      </w:r>
    </w:p>
    <w:p w14:paraId="06F31737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містить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вигадані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джерела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фальшиві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цитати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недостовірні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бібліографічні</w:t>
      </w:r>
      <w:proofErr w:type="spellEnd"/>
      <w:r w:rsidRPr="006E228A">
        <w:rPr>
          <w:lang w:val="ru-RU"/>
        </w:rPr>
        <w:t xml:space="preserve"> описи, </w:t>
      </w:r>
      <w:proofErr w:type="spellStart"/>
      <w:r w:rsidRPr="006E228A">
        <w:rPr>
          <w:lang w:val="ru-RU"/>
        </w:rPr>
        <w:t>вигадані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висновки</w:t>
      </w:r>
      <w:proofErr w:type="spellEnd"/>
      <w:r w:rsidRPr="006E228A">
        <w:rPr>
          <w:lang w:val="ru-RU"/>
        </w:rPr>
        <w:t>;</w:t>
      </w:r>
    </w:p>
    <w:p w14:paraId="36CE4437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використовувався</w:t>
      </w:r>
      <w:proofErr w:type="spellEnd"/>
      <w:r w:rsidRPr="006E228A">
        <w:rPr>
          <w:lang w:val="ru-RU"/>
        </w:rPr>
        <w:t xml:space="preserve"> ШІ для </w:t>
      </w:r>
      <w:proofErr w:type="spellStart"/>
      <w:r w:rsidRPr="006E228A">
        <w:rPr>
          <w:lang w:val="ru-RU"/>
        </w:rPr>
        <w:t>приховування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плагіату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самоплагіату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некоректних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запозичень</w:t>
      </w:r>
      <w:proofErr w:type="spellEnd"/>
      <w:r w:rsidRPr="006E228A">
        <w:rPr>
          <w:lang w:val="ru-RU"/>
        </w:rPr>
        <w:t>;</w:t>
      </w:r>
    </w:p>
    <w:p w14:paraId="221BC467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було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завантажено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відкритих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визначених</w:t>
      </w:r>
      <w:proofErr w:type="spellEnd"/>
      <w:r w:rsidRPr="006E228A">
        <w:rPr>
          <w:lang w:val="ru-RU"/>
        </w:rPr>
        <w:t xml:space="preserve"> ННЦРМГО систем ШІ </w:t>
      </w:r>
      <w:proofErr w:type="spellStart"/>
      <w:r w:rsidRPr="006E228A">
        <w:rPr>
          <w:lang w:val="ru-RU"/>
        </w:rPr>
        <w:t>персональні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медичну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інформацію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пацієнтів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первинні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досліджень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неопубліковані</w:t>
      </w:r>
      <w:proofErr w:type="spellEnd"/>
      <w:r w:rsidRPr="006E228A">
        <w:rPr>
          <w:lang w:val="ru-RU"/>
        </w:rPr>
        <w:t xml:space="preserve"> рукописи,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рецензування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інформацію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обмеженим</w:t>
      </w:r>
      <w:proofErr w:type="spellEnd"/>
      <w:r w:rsidRPr="006E228A">
        <w:rPr>
          <w:lang w:val="ru-RU"/>
        </w:rPr>
        <w:t xml:space="preserve"> доступом;</w:t>
      </w:r>
    </w:p>
    <w:p w14:paraId="1E4A75C4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пояснення</w:t>
      </w:r>
      <w:proofErr w:type="spellEnd"/>
      <w:r w:rsidRPr="006E228A">
        <w:rPr>
          <w:lang w:val="ru-RU"/>
        </w:rPr>
        <w:t xml:space="preserve"> автора, </w:t>
      </w:r>
      <w:proofErr w:type="spellStart"/>
      <w:r w:rsidRPr="006E228A">
        <w:rPr>
          <w:lang w:val="ru-RU"/>
        </w:rPr>
        <w:t>здобувача</w:t>
      </w:r>
      <w:proofErr w:type="spellEnd"/>
      <w:r w:rsidRPr="006E228A">
        <w:rPr>
          <w:lang w:val="ru-RU"/>
        </w:rPr>
        <w:t xml:space="preserve">, рецензента, редактора, </w:t>
      </w:r>
      <w:proofErr w:type="spellStart"/>
      <w:r w:rsidRPr="006E228A">
        <w:rPr>
          <w:lang w:val="ru-RU"/>
        </w:rPr>
        <w:t>експерта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відповідальної</w:t>
      </w:r>
      <w:proofErr w:type="spellEnd"/>
      <w:r w:rsidRPr="006E228A">
        <w:rPr>
          <w:lang w:val="ru-RU"/>
        </w:rPr>
        <w:t xml:space="preserve"> особи;</w:t>
      </w:r>
    </w:p>
    <w:p w14:paraId="2994AB95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вимоги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редакційної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політики</w:t>
      </w:r>
      <w:proofErr w:type="spellEnd"/>
      <w:r w:rsidRPr="006E228A">
        <w:rPr>
          <w:lang w:val="ru-RU"/>
        </w:rPr>
        <w:t xml:space="preserve">, гранту, договору, </w:t>
      </w:r>
      <w:proofErr w:type="spellStart"/>
      <w:r w:rsidRPr="006E228A">
        <w:rPr>
          <w:lang w:val="ru-RU"/>
        </w:rPr>
        <w:t>дослідницького</w:t>
      </w:r>
      <w:proofErr w:type="spellEnd"/>
      <w:r w:rsidRPr="006E228A">
        <w:rPr>
          <w:lang w:val="ru-RU"/>
        </w:rPr>
        <w:t xml:space="preserve"> протоколу, </w:t>
      </w:r>
      <w:proofErr w:type="spellStart"/>
      <w:r w:rsidRPr="006E228A">
        <w:rPr>
          <w:lang w:val="ru-RU"/>
        </w:rPr>
        <w:t>етичного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дозволу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>.</w:t>
      </w:r>
    </w:p>
    <w:p w14:paraId="478742A1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9.5.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інструментів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виявлення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можливого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 </w:t>
      </w:r>
      <w:proofErr w:type="spellStart"/>
      <w:r w:rsidRPr="006E228A">
        <w:rPr>
          <w:lang w:val="ru-RU"/>
        </w:rPr>
        <w:t>мають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допоміжний</w:t>
      </w:r>
      <w:proofErr w:type="spellEnd"/>
      <w:r w:rsidRPr="006E228A">
        <w:rPr>
          <w:lang w:val="ru-RU"/>
        </w:rPr>
        <w:t xml:space="preserve"> характер і не </w:t>
      </w:r>
      <w:proofErr w:type="spellStart"/>
      <w:r w:rsidRPr="006E228A">
        <w:rPr>
          <w:lang w:val="ru-RU"/>
        </w:rPr>
        <w:t>можуть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самостійно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вважатися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доказом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>.</w:t>
      </w:r>
    </w:p>
    <w:p w14:paraId="2B13E99D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9.6. У </w:t>
      </w:r>
      <w:proofErr w:type="spellStart"/>
      <w:r w:rsidRPr="006E228A">
        <w:rPr>
          <w:lang w:val="ru-RU"/>
        </w:rPr>
        <w:t>разі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недоліків</w:t>
      </w:r>
      <w:proofErr w:type="spellEnd"/>
      <w:r w:rsidRPr="006E228A">
        <w:rPr>
          <w:lang w:val="ru-RU"/>
        </w:rPr>
        <w:t xml:space="preserve"> без </w:t>
      </w:r>
      <w:proofErr w:type="spellStart"/>
      <w:r w:rsidRPr="006E228A">
        <w:rPr>
          <w:lang w:val="ru-RU"/>
        </w:rPr>
        <w:t>ознак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недоброчесності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перевага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надаватися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доопрацюванню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уточненню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декларації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виправленню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посилань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повторній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перевірці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методичному </w:t>
      </w:r>
      <w:proofErr w:type="spellStart"/>
      <w:r w:rsidRPr="006E228A">
        <w:rPr>
          <w:lang w:val="ru-RU"/>
        </w:rPr>
        <w:t>роз’ясненню</w:t>
      </w:r>
      <w:proofErr w:type="spellEnd"/>
      <w:r w:rsidRPr="006E228A">
        <w:rPr>
          <w:lang w:val="ru-RU"/>
        </w:rPr>
        <w:t>.</w:t>
      </w:r>
    </w:p>
    <w:p w14:paraId="35F5FEAF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9.7. У </w:t>
      </w:r>
      <w:proofErr w:type="spellStart"/>
      <w:r w:rsidRPr="006E228A">
        <w:rPr>
          <w:lang w:val="ru-RU"/>
        </w:rPr>
        <w:t>разі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виявлення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ознак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недоброчесного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передаються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розгляд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іншого</w:t>
      </w:r>
      <w:proofErr w:type="spellEnd"/>
      <w:r w:rsidRPr="006E228A">
        <w:rPr>
          <w:lang w:val="ru-RU"/>
        </w:rPr>
        <w:t xml:space="preserve"> компетентного органу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посадової</w:t>
      </w:r>
      <w:proofErr w:type="spellEnd"/>
      <w:r w:rsidRPr="006E228A">
        <w:rPr>
          <w:lang w:val="ru-RU"/>
        </w:rPr>
        <w:t xml:space="preserve"> особи ННЦРМГО.</w:t>
      </w:r>
    </w:p>
    <w:p w14:paraId="39384076" w14:textId="77777777" w:rsidR="003C216C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9.8. У </w:t>
      </w:r>
      <w:proofErr w:type="spellStart"/>
      <w:r w:rsidRPr="006E228A">
        <w:rPr>
          <w:lang w:val="ru-RU"/>
        </w:rPr>
        <w:t>разі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сумніву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щодо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необхідності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декларування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 </w:t>
      </w:r>
      <w:proofErr w:type="spellStart"/>
      <w:r w:rsidRPr="006E228A">
        <w:rPr>
          <w:lang w:val="ru-RU"/>
        </w:rPr>
        <w:t>перевага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надається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прозорому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зазначенню</w:t>
      </w:r>
      <w:proofErr w:type="spellEnd"/>
      <w:r w:rsidRPr="006E228A">
        <w:rPr>
          <w:lang w:val="ru-RU"/>
        </w:rPr>
        <w:t xml:space="preserve"> такого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зверненню</w:t>
      </w:r>
      <w:proofErr w:type="spellEnd"/>
      <w:r w:rsidRPr="006E228A">
        <w:rPr>
          <w:lang w:val="ru-RU"/>
        </w:rPr>
        <w:t xml:space="preserve"> за </w:t>
      </w:r>
      <w:proofErr w:type="spellStart"/>
      <w:r w:rsidRPr="006E228A">
        <w:rPr>
          <w:lang w:val="ru-RU"/>
        </w:rPr>
        <w:t>роз’ясненням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наукового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керівника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редакції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уповноваженої</w:t>
      </w:r>
      <w:proofErr w:type="spellEnd"/>
      <w:r w:rsidRPr="006E228A">
        <w:rPr>
          <w:lang w:val="ru-RU"/>
        </w:rPr>
        <w:t xml:space="preserve"> особи,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іншого</w:t>
      </w:r>
      <w:proofErr w:type="spellEnd"/>
      <w:r w:rsidRPr="006E228A">
        <w:rPr>
          <w:lang w:val="ru-RU"/>
        </w:rPr>
        <w:t xml:space="preserve"> компетентного органу ННЦРМГО.</w:t>
      </w:r>
    </w:p>
    <w:p w14:paraId="6B3994AF" w14:textId="77777777" w:rsidR="00C039B5" w:rsidRPr="006E228A" w:rsidRDefault="00C039B5" w:rsidP="00C039B5">
      <w:pPr>
        <w:jc w:val="both"/>
        <w:rPr>
          <w:lang w:val="ru-RU"/>
        </w:rPr>
      </w:pPr>
    </w:p>
    <w:p w14:paraId="3E0DD43F" w14:textId="77777777" w:rsidR="003C216C" w:rsidRPr="006E228A" w:rsidRDefault="00622ACB" w:rsidP="00C039B5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t>10. СТРОКИ ПРОВЕДЕННЯ ПЕРЕВІРКИ</w:t>
      </w:r>
    </w:p>
    <w:p w14:paraId="33944583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10.1. Строки </w:t>
      </w:r>
      <w:proofErr w:type="spellStart"/>
      <w:r w:rsidRPr="006E228A">
        <w:rPr>
          <w:lang w:val="ru-RU"/>
        </w:rPr>
        <w:t>проведення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встановлюються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Положенням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інше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передбачено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законодавством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, правилами </w:t>
      </w:r>
      <w:proofErr w:type="spellStart"/>
      <w:r w:rsidRPr="006E228A">
        <w:rPr>
          <w:lang w:val="ru-RU"/>
        </w:rPr>
        <w:t>дисертаційної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редакційною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політикою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умовами</w:t>
      </w:r>
      <w:proofErr w:type="spellEnd"/>
      <w:r w:rsidRPr="006E228A">
        <w:rPr>
          <w:lang w:val="ru-RU"/>
        </w:rPr>
        <w:t xml:space="preserve"> гранту, договору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рішенням</w:t>
      </w:r>
      <w:proofErr w:type="spellEnd"/>
      <w:r w:rsidRPr="006E228A">
        <w:rPr>
          <w:lang w:val="ru-RU"/>
        </w:rPr>
        <w:t xml:space="preserve"> компетентного органу ННЦРМГО.</w:t>
      </w:r>
    </w:p>
    <w:p w14:paraId="5A3B7726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10.2. Строк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обчислюється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робочого</w:t>
      </w:r>
      <w:proofErr w:type="spellEnd"/>
      <w:r w:rsidRPr="006E228A">
        <w:rPr>
          <w:lang w:val="ru-RU"/>
        </w:rPr>
        <w:t xml:space="preserve"> дня, </w:t>
      </w:r>
      <w:proofErr w:type="spellStart"/>
      <w:r w:rsidRPr="006E228A">
        <w:rPr>
          <w:lang w:val="ru-RU"/>
        </w:rPr>
        <w:t>наступного</w:t>
      </w:r>
      <w:proofErr w:type="spellEnd"/>
      <w:r w:rsidRPr="006E228A">
        <w:rPr>
          <w:lang w:val="ru-RU"/>
        </w:rPr>
        <w:t xml:space="preserve"> за днем </w:t>
      </w:r>
      <w:proofErr w:type="spellStart"/>
      <w:r w:rsidRPr="006E228A">
        <w:rPr>
          <w:lang w:val="ru-RU"/>
        </w:rPr>
        <w:t>отримання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повного</w:t>
      </w:r>
      <w:proofErr w:type="spellEnd"/>
      <w:r w:rsidRPr="006E228A">
        <w:rPr>
          <w:lang w:val="ru-RU"/>
        </w:rPr>
        <w:t xml:space="preserve"> комплекту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придатного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>.</w:t>
      </w:r>
    </w:p>
    <w:p w14:paraId="3656CE5D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10.3. </w:t>
      </w:r>
      <w:proofErr w:type="spellStart"/>
      <w:r w:rsidRPr="006E228A">
        <w:rPr>
          <w:lang w:val="ru-RU"/>
        </w:rPr>
        <w:t>Орієнтовні</w:t>
      </w:r>
      <w:proofErr w:type="spellEnd"/>
      <w:r w:rsidRPr="006E228A">
        <w:rPr>
          <w:lang w:val="ru-RU"/>
        </w:rPr>
        <w:t xml:space="preserve"> строки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>:</w:t>
      </w:r>
    </w:p>
    <w:p w14:paraId="3B378C4B" w14:textId="7A581A6B" w:rsidR="003C216C" w:rsidRPr="006E228A" w:rsidRDefault="00622ACB" w:rsidP="00C039B5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рукописи статей, тез,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конференцій</w:t>
      </w:r>
      <w:proofErr w:type="spellEnd"/>
      <w:r w:rsidRPr="006E228A">
        <w:rPr>
          <w:lang w:val="ru-RU"/>
        </w:rPr>
        <w:t xml:space="preserve"> </w:t>
      </w:r>
      <w:r w:rsidR="00C039B5">
        <w:rPr>
          <w:lang w:val="ru-RU"/>
        </w:rPr>
        <w:t>–</w:t>
      </w:r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п’яти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робочих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днів</w:t>
      </w:r>
      <w:proofErr w:type="spellEnd"/>
      <w:r w:rsidRPr="006E228A">
        <w:rPr>
          <w:lang w:val="ru-RU"/>
        </w:rPr>
        <w:t>;</w:t>
      </w:r>
    </w:p>
    <w:p w14:paraId="5D0DF029" w14:textId="6E2B2282" w:rsidR="003C216C" w:rsidRPr="006E228A" w:rsidRDefault="00622ACB" w:rsidP="00C039B5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lastRenderedPageBreak/>
        <w:t xml:space="preserve">• </w:t>
      </w:r>
      <w:proofErr w:type="spellStart"/>
      <w:r w:rsidRPr="006E228A">
        <w:rPr>
          <w:lang w:val="ru-RU"/>
        </w:rPr>
        <w:t>дисертаційні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академічні</w:t>
      </w:r>
      <w:proofErr w:type="spellEnd"/>
      <w:r w:rsidRPr="006E228A">
        <w:rPr>
          <w:lang w:val="ru-RU"/>
        </w:rPr>
        <w:t xml:space="preserve"> твори </w:t>
      </w:r>
      <w:proofErr w:type="spellStart"/>
      <w:r w:rsidRPr="006E228A">
        <w:rPr>
          <w:lang w:val="ru-RU"/>
        </w:rPr>
        <w:t>здобувачів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ступенів</w:t>
      </w:r>
      <w:proofErr w:type="spellEnd"/>
      <w:r w:rsidRPr="006E228A">
        <w:rPr>
          <w:lang w:val="ru-RU"/>
        </w:rPr>
        <w:t xml:space="preserve"> </w:t>
      </w:r>
      <w:r w:rsidR="00C039B5">
        <w:rPr>
          <w:lang w:val="ru-RU"/>
        </w:rPr>
        <w:t>–</w:t>
      </w:r>
      <w:r w:rsidRPr="006E228A">
        <w:rPr>
          <w:lang w:val="ru-RU"/>
        </w:rPr>
        <w:t xml:space="preserve"> до десяти </w:t>
      </w:r>
      <w:proofErr w:type="spellStart"/>
      <w:r w:rsidRPr="006E228A">
        <w:rPr>
          <w:lang w:val="ru-RU"/>
        </w:rPr>
        <w:t>робочих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днів</w:t>
      </w:r>
      <w:proofErr w:type="spellEnd"/>
      <w:r w:rsidRPr="006E228A">
        <w:rPr>
          <w:lang w:val="ru-RU"/>
        </w:rPr>
        <w:t>;</w:t>
      </w:r>
    </w:p>
    <w:p w14:paraId="7AC349B4" w14:textId="4B42DE85" w:rsidR="003C216C" w:rsidRPr="006E228A" w:rsidRDefault="00622ACB" w:rsidP="00C039B5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монографії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розділи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монографій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навчальні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посібники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методичні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рекомендації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звіти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виконання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науково-дослідних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робіт</w:t>
      </w:r>
      <w:proofErr w:type="spellEnd"/>
      <w:r w:rsidRPr="006E228A">
        <w:rPr>
          <w:lang w:val="ru-RU"/>
        </w:rPr>
        <w:t xml:space="preserve"> </w:t>
      </w:r>
      <w:r w:rsidR="00C039B5">
        <w:rPr>
          <w:lang w:val="ru-RU"/>
        </w:rPr>
        <w:t>–</w:t>
      </w:r>
      <w:r w:rsidRPr="006E228A">
        <w:rPr>
          <w:lang w:val="ru-RU"/>
        </w:rPr>
        <w:t xml:space="preserve"> до десяти </w:t>
      </w:r>
      <w:proofErr w:type="spellStart"/>
      <w:r w:rsidRPr="006E228A">
        <w:rPr>
          <w:lang w:val="ru-RU"/>
        </w:rPr>
        <w:t>робочих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днів</w:t>
      </w:r>
      <w:proofErr w:type="spellEnd"/>
      <w:r w:rsidRPr="006E228A">
        <w:rPr>
          <w:lang w:val="ru-RU"/>
        </w:rPr>
        <w:t>;</w:t>
      </w:r>
    </w:p>
    <w:p w14:paraId="30EF856A" w14:textId="51C5DD0C" w:rsidR="003C216C" w:rsidRPr="006E228A" w:rsidRDefault="00622ACB" w:rsidP="00C039B5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повторна </w:t>
      </w:r>
      <w:proofErr w:type="spellStart"/>
      <w:r w:rsidRPr="006E228A">
        <w:rPr>
          <w:lang w:val="ru-RU"/>
        </w:rPr>
        <w:t>технічна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після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доопрацювання</w:t>
      </w:r>
      <w:proofErr w:type="spellEnd"/>
      <w:r w:rsidRPr="006E228A">
        <w:rPr>
          <w:lang w:val="ru-RU"/>
        </w:rPr>
        <w:t xml:space="preserve"> </w:t>
      </w:r>
      <w:r w:rsidR="00C039B5">
        <w:rPr>
          <w:lang w:val="ru-RU"/>
        </w:rPr>
        <w:t>–</w:t>
      </w:r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п’яти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робочих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днів</w:t>
      </w:r>
      <w:proofErr w:type="spellEnd"/>
      <w:r w:rsidRPr="006E228A">
        <w:rPr>
          <w:lang w:val="ru-RU"/>
        </w:rPr>
        <w:t>;</w:t>
      </w:r>
    </w:p>
    <w:p w14:paraId="6FDDF345" w14:textId="180A75CD" w:rsidR="003C216C" w:rsidRPr="006E228A" w:rsidRDefault="00622ACB" w:rsidP="00C039B5">
      <w:pPr>
        <w:ind w:left="397" w:hanging="198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позапланова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перевірка</w:t>
      </w:r>
      <w:proofErr w:type="spellEnd"/>
      <w:r w:rsidRPr="006E228A">
        <w:rPr>
          <w:lang w:val="ru-RU"/>
        </w:rPr>
        <w:t xml:space="preserve"> за </w:t>
      </w:r>
      <w:proofErr w:type="spellStart"/>
      <w:r w:rsidRPr="006E228A">
        <w:rPr>
          <w:lang w:val="ru-RU"/>
        </w:rPr>
        <w:t>повідомленням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можливе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 </w:t>
      </w:r>
      <w:r w:rsidR="00C039B5">
        <w:rPr>
          <w:lang w:val="ru-RU"/>
        </w:rPr>
        <w:t>–</w:t>
      </w:r>
      <w:r w:rsidRPr="006E228A">
        <w:rPr>
          <w:lang w:val="ru-RU"/>
        </w:rPr>
        <w:t xml:space="preserve"> у строк, </w:t>
      </w:r>
      <w:proofErr w:type="spellStart"/>
      <w:r w:rsidRPr="006E228A">
        <w:rPr>
          <w:lang w:val="ru-RU"/>
        </w:rPr>
        <w:t>визначений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Комісією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компетентним</w:t>
      </w:r>
      <w:proofErr w:type="spellEnd"/>
      <w:r w:rsidRPr="006E228A">
        <w:rPr>
          <w:lang w:val="ru-RU"/>
        </w:rPr>
        <w:t xml:space="preserve"> органом, з </w:t>
      </w:r>
      <w:proofErr w:type="spellStart"/>
      <w:r w:rsidRPr="006E228A">
        <w:rPr>
          <w:lang w:val="ru-RU"/>
        </w:rPr>
        <w:t>урахуванням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складності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>.</w:t>
      </w:r>
    </w:p>
    <w:p w14:paraId="30CA8E03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10.4.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значний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обсяг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містить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кілька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мов</w:t>
      </w:r>
      <w:proofErr w:type="spellEnd"/>
      <w:r w:rsidRPr="006E228A">
        <w:rPr>
          <w:lang w:val="ru-RU"/>
        </w:rPr>
        <w:t xml:space="preserve">, велику </w:t>
      </w:r>
      <w:proofErr w:type="spellStart"/>
      <w:r w:rsidRPr="006E228A">
        <w:rPr>
          <w:lang w:val="ru-RU"/>
        </w:rPr>
        <w:t>кількість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таблиць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зображень</w:t>
      </w:r>
      <w:proofErr w:type="spellEnd"/>
      <w:r w:rsidRPr="006E228A">
        <w:rPr>
          <w:lang w:val="ru-RU"/>
        </w:rPr>
        <w:t xml:space="preserve">, формул, </w:t>
      </w:r>
      <w:proofErr w:type="spellStart"/>
      <w:r w:rsidRPr="006E228A">
        <w:rPr>
          <w:lang w:val="ru-RU"/>
        </w:rPr>
        <w:t>додатків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потребує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додаткової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експертизи</w:t>
      </w:r>
      <w:proofErr w:type="spellEnd"/>
      <w:r w:rsidRPr="006E228A">
        <w:rPr>
          <w:lang w:val="ru-RU"/>
        </w:rPr>
        <w:t xml:space="preserve">, строк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бути </w:t>
      </w:r>
      <w:proofErr w:type="spellStart"/>
      <w:r w:rsidRPr="006E228A">
        <w:rPr>
          <w:lang w:val="ru-RU"/>
        </w:rPr>
        <w:t>продовжений</w:t>
      </w:r>
      <w:proofErr w:type="spellEnd"/>
      <w:r w:rsidRPr="006E228A">
        <w:rPr>
          <w:lang w:val="ru-RU"/>
        </w:rPr>
        <w:t xml:space="preserve">, але особа, яка подала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має</w:t>
      </w:r>
      <w:proofErr w:type="spellEnd"/>
      <w:r w:rsidRPr="006E228A">
        <w:rPr>
          <w:lang w:val="ru-RU"/>
        </w:rPr>
        <w:t xml:space="preserve"> бути </w:t>
      </w:r>
      <w:proofErr w:type="spellStart"/>
      <w:r w:rsidRPr="006E228A">
        <w:rPr>
          <w:lang w:val="ru-RU"/>
        </w:rPr>
        <w:t>поінформована</w:t>
      </w:r>
      <w:proofErr w:type="spellEnd"/>
      <w:r w:rsidRPr="006E228A">
        <w:rPr>
          <w:lang w:val="ru-RU"/>
        </w:rPr>
        <w:t xml:space="preserve"> про причини </w:t>
      </w:r>
      <w:proofErr w:type="spellStart"/>
      <w:r w:rsidRPr="006E228A">
        <w:rPr>
          <w:lang w:val="ru-RU"/>
        </w:rPr>
        <w:t>продовження</w:t>
      </w:r>
      <w:proofErr w:type="spellEnd"/>
      <w:r w:rsidRPr="006E228A">
        <w:rPr>
          <w:lang w:val="ru-RU"/>
        </w:rPr>
        <w:t>.</w:t>
      </w:r>
    </w:p>
    <w:p w14:paraId="65B6CAF3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10.5. Строк </w:t>
      </w:r>
      <w:proofErr w:type="spellStart"/>
      <w:r w:rsidRPr="006E228A">
        <w:rPr>
          <w:lang w:val="ru-RU"/>
        </w:rPr>
        <w:t>змістовного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такий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</w:t>
      </w:r>
      <w:proofErr w:type="spellEnd"/>
      <w:r w:rsidRPr="006E228A">
        <w:rPr>
          <w:lang w:val="ru-RU"/>
        </w:rPr>
        <w:t xml:space="preserve"> проводиться </w:t>
      </w:r>
      <w:proofErr w:type="spellStart"/>
      <w:r w:rsidRPr="006E228A">
        <w:rPr>
          <w:lang w:val="ru-RU"/>
        </w:rPr>
        <w:t>окремо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, становить до десяти </w:t>
      </w:r>
      <w:proofErr w:type="spellStart"/>
      <w:r w:rsidRPr="006E228A">
        <w:rPr>
          <w:lang w:val="ru-RU"/>
        </w:rPr>
        <w:t>робочих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днів</w:t>
      </w:r>
      <w:proofErr w:type="spellEnd"/>
      <w:r w:rsidRPr="006E228A">
        <w:rPr>
          <w:lang w:val="ru-RU"/>
        </w:rPr>
        <w:t xml:space="preserve"> з дня </w:t>
      </w:r>
      <w:proofErr w:type="spellStart"/>
      <w:r w:rsidRPr="006E228A">
        <w:rPr>
          <w:lang w:val="ru-RU"/>
        </w:rPr>
        <w:t>отримання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звіту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супровідних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інше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визначено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відповідною</w:t>
      </w:r>
      <w:proofErr w:type="spellEnd"/>
      <w:r w:rsidRPr="006E228A">
        <w:rPr>
          <w:lang w:val="ru-RU"/>
        </w:rPr>
        <w:t xml:space="preserve"> процедурою.</w:t>
      </w:r>
    </w:p>
    <w:p w14:paraId="3094BF85" w14:textId="77777777" w:rsidR="003C216C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10.6.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передаються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, строки </w:t>
      </w:r>
      <w:proofErr w:type="spellStart"/>
      <w:r w:rsidRPr="006E228A">
        <w:rPr>
          <w:lang w:val="ru-RU"/>
        </w:rPr>
        <w:t>розгляду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визначаються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Положенням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Комісію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питань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ННЦРМГО та </w:t>
      </w:r>
      <w:proofErr w:type="spellStart"/>
      <w:r w:rsidRPr="006E228A">
        <w:rPr>
          <w:lang w:val="ru-RU"/>
        </w:rPr>
        <w:t>іншими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внутрішніми</w:t>
      </w:r>
      <w:proofErr w:type="spellEnd"/>
      <w:r w:rsidRPr="006E228A">
        <w:rPr>
          <w:lang w:val="ru-RU"/>
        </w:rPr>
        <w:t xml:space="preserve"> актами ННЦРМГО.</w:t>
      </w:r>
    </w:p>
    <w:p w14:paraId="4150DC1B" w14:textId="77777777" w:rsidR="00C039B5" w:rsidRPr="006E228A" w:rsidRDefault="00C039B5" w:rsidP="00C039B5">
      <w:pPr>
        <w:jc w:val="both"/>
        <w:rPr>
          <w:lang w:val="ru-RU"/>
        </w:rPr>
      </w:pPr>
    </w:p>
    <w:p w14:paraId="558412BA" w14:textId="77777777" w:rsidR="003C216C" w:rsidRPr="006E228A" w:rsidRDefault="00622ACB" w:rsidP="00C039B5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t>11. РЕЗУЛЬТАТИ ПЕРЕВІРКИ ТА ДОКУМЕНТИ, ЩО ОФОРМЛЮЮТЬСЯ</w:t>
      </w:r>
    </w:p>
    <w:p w14:paraId="46CF595D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11.1. За результатами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формується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звіт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технічний</w:t>
      </w:r>
      <w:proofErr w:type="spellEnd"/>
      <w:r w:rsidRPr="006E228A">
        <w:rPr>
          <w:lang w:val="ru-RU"/>
        </w:rPr>
        <w:t xml:space="preserve"> результат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, а </w:t>
      </w:r>
      <w:proofErr w:type="spellStart"/>
      <w:r w:rsidRPr="006E228A">
        <w:rPr>
          <w:lang w:val="ru-RU"/>
        </w:rPr>
        <w:t>також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довідка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за формою, </w:t>
      </w:r>
      <w:proofErr w:type="spellStart"/>
      <w:r w:rsidRPr="006E228A">
        <w:rPr>
          <w:lang w:val="ru-RU"/>
        </w:rPr>
        <w:t>наведеною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додатку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цього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>.</w:t>
      </w:r>
    </w:p>
    <w:p w14:paraId="1BA41EED" w14:textId="77777777" w:rsidR="003C216C" w:rsidRPr="006E228A" w:rsidRDefault="00622ACB">
      <w:pPr>
        <w:rPr>
          <w:lang w:val="ru-RU"/>
        </w:rPr>
      </w:pPr>
      <w:r w:rsidRPr="006E228A">
        <w:rPr>
          <w:lang w:val="ru-RU"/>
        </w:rPr>
        <w:t xml:space="preserve">11.2. </w:t>
      </w:r>
      <w:proofErr w:type="spellStart"/>
      <w:r w:rsidRPr="006E228A">
        <w:rPr>
          <w:lang w:val="ru-RU"/>
        </w:rPr>
        <w:t>Довідка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містити</w:t>
      </w:r>
      <w:proofErr w:type="spellEnd"/>
      <w:r w:rsidRPr="006E228A">
        <w:rPr>
          <w:lang w:val="ru-RU"/>
        </w:rPr>
        <w:t>:</w:t>
      </w:r>
    </w:p>
    <w:p w14:paraId="02433149" w14:textId="77777777" w:rsidR="003C216C" w:rsidRPr="006E228A" w:rsidRDefault="00622ACB" w:rsidP="00C039B5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відомості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, автора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співавторів</w:t>
      </w:r>
      <w:proofErr w:type="spellEnd"/>
      <w:r w:rsidRPr="006E228A">
        <w:rPr>
          <w:lang w:val="ru-RU"/>
        </w:rPr>
        <w:t>;</w:t>
      </w:r>
    </w:p>
    <w:p w14:paraId="66C6600F" w14:textId="77777777" w:rsidR="003C216C" w:rsidRPr="006E228A" w:rsidRDefault="00622ACB" w:rsidP="00C039B5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дату </w:t>
      </w:r>
      <w:proofErr w:type="spellStart"/>
      <w:r w:rsidRPr="006E228A">
        <w:rPr>
          <w:lang w:val="ru-RU"/>
        </w:rPr>
        <w:t>подання</w:t>
      </w:r>
      <w:proofErr w:type="spellEnd"/>
      <w:r w:rsidRPr="006E228A">
        <w:rPr>
          <w:lang w:val="ru-RU"/>
        </w:rPr>
        <w:t xml:space="preserve"> і дату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>;</w:t>
      </w:r>
    </w:p>
    <w:p w14:paraId="63601589" w14:textId="77777777" w:rsidR="003C216C" w:rsidRPr="006E228A" w:rsidRDefault="00622ACB" w:rsidP="00C039B5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назву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програмного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засобу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способу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>;</w:t>
      </w:r>
    </w:p>
    <w:p w14:paraId="782723CC" w14:textId="77777777" w:rsidR="003C216C" w:rsidRPr="006E228A" w:rsidRDefault="00622ACB" w:rsidP="00C039B5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технічні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показники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вони </w:t>
      </w:r>
      <w:proofErr w:type="spellStart"/>
      <w:r w:rsidRPr="006E228A">
        <w:rPr>
          <w:lang w:val="ru-RU"/>
        </w:rPr>
        <w:t>сформовані</w:t>
      </w:r>
      <w:proofErr w:type="spellEnd"/>
      <w:r w:rsidRPr="006E228A">
        <w:rPr>
          <w:lang w:val="ru-RU"/>
        </w:rPr>
        <w:t xml:space="preserve"> системою;</w:t>
      </w:r>
    </w:p>
    <w:p w14:paraId="1095530E" w14:textId="77777777" w:rsidR="003C216C" w:rsidRPr="006E228A" w:rsidRDefault="00622ACB" w:rsidP="00C039B5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короткий </w:t>
      </w:r>
      <w:proofErr w:type="spellStart"/>
      <w:r w:rsidRPr="006E228A">
        <w:rPr>
          <w:lang w:val="ru-RU"/>
        </w:rPr>
        <w:t>опис</w:t>
      </w:r>
      <w:proofErr w:type="spellEnd"/>
      <w:r w:rsidRPr="006E228A">
        <w:rPr>
          <w:lang w:val="ru-RU"/>
        </w:rPr>
        <w:t xml:space="preserve"> характеру </w:t>
      </w:r>
      <w:proofErr w:type="spellStart"/>
      <w:r w:rsidRPr="006E228A">
        <w:rPr>
          <w:lang w:val="ru-RU"/>
        </w:rPr>
        <w:t>виявлених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збігів</w:t>
      </w:r>
      <w:proofErr w:type="spellEnd"/>
      <w:r w:rsidRPr="006E228A">
        <w:rPr>
          <w:lang w:val="ru-RU"/>
        </w:rPr>
        <w:t>;</w:t>
      </w:r>
    </w:p>
    <w:p w14:paraId="4BA002FF" w14:textId="77777777" w:rsidR="003C216C" w:rsidRPr="006E228A" w:rsidRDefault="00622ACB" w:rsidP="00C039B5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інформацію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наявність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відсутність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ознак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маніпуляції</w:t>
      </w:r>
      <w:proofErr w:type="spellEnd"/>
      <w:r w:rsidRPr="006E228A">
        <w:rPr>
          <w:lang w:val="ru-RU"/>
        </w:rPr>
        <w:t xml:space="preserve"> файлом;</w:t>
      </w:r>
    </w:p>
    <w:p w14:paraId="549FD258" w14:textId="77777777" w:rsidR="003C216C" w:rsidRPr="006E228A" w:rsidRDefault="00622ACB" w:rsidP="00C039B5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рекомендацію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щодо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подальших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дій</w:t>
      </w:r>
      <w:proofErr w:type="spellEnd"/>
      <w:r w:rsidRPr="006E228A">
        <w:rPr>
          <w:lang w:val="ru-RU"/>
        </w:rPr>
        <w:t xml:space="preserve">: </w:t>
      </w:r>
      <w:proofErr w:type="spellStart"/>
      <w:r w:rsidRPr="006E228A">
        <w:rPr>
          <w:lang w:val="ru-RU"/>
        </w:rPr>
        <w:t>передати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подальшого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розгляду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повернути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доопрацювання</w:t>
      </w:r>
      <w:proofErr w:type="spellEnd"/>
      <w:r w:rsidRPr="006E228A">
        <w:rPr>
          <w:lang w:val="ru-RU"/>
        </w:rPr>
        <w:t xml:space="preserve">, провести </w:t>
      </w:r>
      <w:proofErr w:type="spellStart"/>
      <w:r w:rsidRPr="006E228A">
        <w:rPr>
          <w:lang w:val="ru-RU"/>
        </w:rPr>
        <w:t>повторну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передати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змістовний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>.</w:t>
      </w:r>
    </w:p>
    <w:p w14:paraId="12554E6B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11.3.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за результатами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потрібен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змістовний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оформлюється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висновок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змістовного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>.</w:t>
      </w:r>
    </w:p>
    <w:p w14:paraId="6DAE072E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11.4. </w:t>
      </w:r>
      <w:proofErr w:type="spellStart"/>
      <w:r w:rsidRPr="006E228A">
        <w:rPr>
          <w:lang w:val="ru-RU"/>
        </w:rPr>
        <w:t>Висновок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змістовного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містити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оцінку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правомірності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цитувань</w:t>
      </w:r>
      <w:proofErr w:type="spellEnd"/>
      <w:r w:rsidRPr="006E228A">
        <w:rPr>
          <w:lang w:val="ru-RU"/>
        </w:rPr>
        <w:t xml:space="preserve">, характеру </w:t>
      </w:r>
      <w:proofErr w:type="spellStart"/>
      <w:r w:rsidRPr="006E228A">
        <w:rPr>
          <w:lang w:val="ru-RU"/>
        </w:rPr>
        <w:t>запозичень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наявності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відсутності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ознак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плагіату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самоплагіату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недоброчесного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порушень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>.</w:t>
      </w:r>
    </w:p>
    <w:p w14:paraId="48566546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11.5.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розглядає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Комісія</w:t>
      </w:r>
      <w:proofErr w:type="spellEnd"/>
      <w:r w:rsidRPr="006E228A">
        <w:rPr>
          <w:lang w:val="ru-RU"/>
        </w:rPr>
        <w:t xml:space="preserve">, результат </w:t>
      </w:r>
      <w:proofErr w:type="spellStart"/>
      <w:r w:rsidRPr="006E228A">
        <w:rPr>
          <w:lang w:val="ru-RU"/>
        </w:rPr>
        <w:t>оформлюється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висновком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відповідно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Комісію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питань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ННЦРМГО.</w:t>
      </w:r>
    </w:p>
    <w:p w14:paraId="3578081F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11.6. </w:t>
      </w:r>
      <w:proofErr w:type="spellStart"/>
      <w:r w:rsidRPr="006E228A">
        <w:rPr>
          <w:lang w:val="ru-RU"/>
        </w:rPr>
        <w:t>Документи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оформлюються</w:t>
      </w:r>
      <w:proofErr w:type="spellEnd"/>
      <w:r w:rsidRPr="006E228A">
        <w:rPr>
          <w:lang w:val="ru-RU"/>
        </w:rPr>
        <w:t xml:space="preserve"> за результатами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, не </w:t>
      </w:r>
      <w:proofErr w:type="spellStart"/>
      <w:r w:rsidRPr="006E228A">
        <w:rPr>
          <w:lang w:val="ru-RU"/>
        </w:rPr>
        <w:t>повинні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містити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оціночних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формулювань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виходять</w:t>
      </w:r>
      <w:proofErr w:type="spellEnd"/>
      <w:r w:rsidRPr="006E228A">
        <w:rPr>
          <w:lang w:val="ru-RU"/>
        </w:rPr>
        <w:t xml:space="preserve"> за </w:t>
      </w:r>
      <w:proofErr w:type="spellStart"/>
      <w:r w:rsidRPr="006E228A">
        <w:rPr>
          <w:lang w:val="ru-RU"/>
        </w:rPr>
        <w:t>межі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компетенції</w:t>
      </w:r>
      <w:proofErr w:type="spellEnd"/>
      <w:r w:rsidRPr="006E228A">
        <w:rPr>
          <w:lang w:val="ru-RU"/>
        </w:rPr>
        <w:t xml:space="preserve"> особи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органу,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їх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готує</w:t>
      </w:r>
      <w:proofErr w:type="spellEnd"/>
      <w:r w:rsidRPr="006E228A">
        <w:rPr>
          <w:lang w:val="ru-RU"/>
        </w:rPr>
        <w:t xml:space="preserve">. </w:t>
      </w:r>
      <w:proofErr w:type="spellStart"/>
      <w:r w:rsidRPr="006E228A">
        <w:rPr>
          <w:lang w:val="ru-RU"/>
        </w:rPr>
        <w:t>Уповноважена</w:t>
      </w:r>
      <w:proofErr w:type="spellEnd"/>
      <w:r w:rsidRPr="006E228A">
        <w:rPr>
          <w:lang w:val="ru-RU"/>
        </w:rPr>
        <w:t xml:space="preserve"> особа </w:t>
      </w:r>
      <w:proofErr w:type="spellStart"/>
      <w:r w:rsidRPr="006E228A">
        <w:rPr>
          <w:lang w:val="ru-RU"/>
        </w:rPr>
        <w:t>фіксує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, але не </w:t>
      </w:r>
      <w:proofErr w:type="spellStart"/>
      <w:r w:rsidRPr="006E228A">
        <w:rPr>
          <w:lang w:val="ru-RU"/>
        </w:rPr>
        <w:t>встановлює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самостійно</w:t>
      </w:r>
      <w:proofErr w:type="spellEnd"/>
      <w:r w:rsidRPr="006E228A">
        <w:rPr>
          <w:lang w:val="ru-RU"/>
        </w:rPr>
        <w:t xml:space="preserve"> факт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lastRenderedPageBreak/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інше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передбачено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законодавством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внутрішнім</w:t>
      </w:r>
      <w:proofErr w:type="spellEnd"/>
      <w:r w:rsidRPr="006E228A">
        <w:rPr>
          <w:lang w:val="ru-RU"/>
        </w:rPr>
        <w:t xml:space="preserve"> актом ННЦРМГО.</w:t>
      </w:r>
    </w:p>
    <w:p w14:paraId="58DC50FF" w14:textId="77777777" w:rsidR="003C216C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11.7. Для </w:t>
      </w:r>
      <w:proofErr w:type="spellStart"/>
      <w:r w:rsidRPr="006E228A">
        <w:rPr>
          <w:lang w:val="ru-RU"/>
        </w:rPr>
        <w:t>обліку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ведеться</w:t>
      </w:r>
      <w:proofErr w:type="spellEnd"/>
      <w:r w:rsidRPr="006E228A">
        <w:rPr>
          <w:lang w:val="ru-RU"/>
        </w:rPr>
        <w:t xml:space="preserve"> журнал </w:t>
      </w:r>
      <w:proofErr w:type="spellStart"/>
      <w:r w:rsidRPr="006E228A">
        <w:rPr>
          <w:lang w:val="ru-RU"/>
        </w:rPr>
        <w:t>реєстрації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творів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паперовій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електронній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формі</w:t>
      </w:r>
      <w:proofErr w:type="spellEnd"/>
      <w:r w:rsidRPr="006E228A">
        <w:rPr>
          <w:lang w:val="ru-RU"/>
        </w:rPr>
        <w:t>.</w:t>
      </w:r>
    </w:p>
    <w:p w14:paraId="0D0352C9" w14:textId="77777777" w:rsidR="00C039B5" w:rsidRPr="006E228A" w:rsidRDefault="00C039B5" w:rsidP="00C039B5">
      <w:pPr>
        <w:jc w:val="both"/>
        <w:rPr>
          <w:lang w:val="ru-RU"/>
        </w:rPr>
      </w:pPr>
    </w:p>
    <w:p w14:paraId="171C2845" w14:textId="77777777" w:rsidR="003C216C" w:rsidRPr="006E228A" w:rsidRDefault="00622ACB" w:rsidP="00C039B5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t>12. РІШЕННЯ ЗА РЕЗУЛЬТАТАМИ ПЕРЕВІРКИ</w:t>
      </w:r>
    </w:p>
    <w:p w14:paraId="2E41AC8B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12.1. За результатами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змістовного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можуть</w:t>
      </w:r>
      <w:proofErr w:type="spellEnd"/>
      <w:r w:rsidRPr="006E228A">
        <w:rPr>
          <w:lang w:val="ru-RU"/>
        </w:rPr>
        <w:t xml:space="preserve"> бути </w:t>
      </w:r>
      <w:proofErr w:type="spellStart"/>
      <w:r w:rsidRPr="006E228A">
        <w:rPr>
          <w:lang w:val="ru-RU"/>
        </w:rPr>
        <w:t>прийняті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такі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рішення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рекомендації</w:t>
      </w:r>
      <w:proofErr w:type="spellEnd"/>
      <w:r w:rsidRPr="006E228A">
        <w:rPr>
          <w:lang w:val="ru-RU"/>
        </w:rPr>
        <w:t>:</w:t>
      </w:r>
    </w:p>
    <w:p w14:paraId="2885234B" w14:textId="77777777" w:rsidR="003C216C" w:rsidRPr="006E228A" w:rsidRDefault="00622ACB" w:rsidP="00005A19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допустити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подальшого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розгляду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рецензування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захисту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оприлюднення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рекомендації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друку</w:t>
      </w:r>
      <w:proofErr w:type="spellEnd"/>
      <w:r w:rsidRPr="006E228A">
        <w:rPr>
          <w:lang w:val="ru-RU"/>
        </w:rPr>
        <w:t>;</w:t>
      </w:r>
    </w:p>
    <w:p w14:paraId="16A7C313" w14:textId="77777777" w:rsidR="003C216C" w:rsidRPr="006E228A" w:rsidRDefault="00622ACB" w:rsidP="00005A19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повернути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 автору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співавторам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технічного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редакційного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доопрацювання</w:t>
      </w:r>
      <w:proofErr w:type="spellEnd"/>
      <w:r w:rsidRPr="006E228A">
        <w:rPr>
          <w:lang w:val="ru-RU"/>
        </w:rPr>
        <w:t>;</w:t>
      </w:r>
    </w:p>
    <w:p w14:paraId="3CF366AD" w14:textId="77777777" w:rsidR="003C216C" w:rsidRPr="006E228A" w:rsidRDefault="00622ACB" w:rsidP="00005A19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повернути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доопрацювання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цитувань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посилань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декларації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ШІ, </w:t>
      </w:r>
      <w:proofErr w:type="spellStart"/>
      <w:r w:rsidRPr="006E228A">
        <w:rPr>
          <w:lang w:val="ru-RU"/>
        </w:rPr>
        <w:t>відомостей</w:t>
      </w:r>
      <w:proofErr w:type="spellEnd"/>
      <w:r w:rsidRPr="006E228A">
        <w:rPr>
          <w:lang w:val="ru-RU"/>
        </w:rPr>
        <w:t xml:space="preserve"> про авторство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супровідних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>;</w:t>
      </w:r>
    </w:p>
    <w:p w14:paraId="60B6CC38" w14:textId="77777777" w:rsidR="003C216C" w:rsidRPr="006E228A" w:rsidRDefault="00622ACB" w:rsidP="00005A19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провести </w:t>
      </w:r>
      <w:proofErr w:type="spellStart"/>
      <w:r w:rsidRPr="006E228A">
        <w:rPr>
          <w:lang w:val="ru-RU"/>
        </w:rPr>
        <w:t>повторну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після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доопрацювання</w:t>
      </w:r>
      <w:proofErr w:type="spellEnd"/>
      <w:r w:rsidRPr="006E228A">
        <w:rPr>
          <w:lang w:val="ru-RU"/>
        </w:rPr>
        <w:t>;</w:t>
      </w:r>
    </w:p>
    <w:p w14:paraId="5FC56439" w14:textId="77777777" w:rsidR="003C216C" w:rsidRPr="006E228A" w:rsidRDefault="00622ACB" w:rsidP="00005A19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передати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додатковий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змістовний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експертизу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рецензування</w:t>
      </w:r>
      <w:proofErr w:type="spellEnd"/>
      <w:r w:rsidRPr="006E228A">
        <w:rPr>
          <w:lang w:val="ru-RU"/>
        </w:rPr>
        <w:t>;</w:t>
      </w:r>
    </w:p>
    <w:p w14:paraId="32A2BD6B" w14:textId="77777777" w:rsidR="003C216C" w:rsidRPr="006E228A" w:rsidRDefault="00622ACB" w:rsidP="00005A19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передати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питань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ННЦРМГО;</w:t>
      </w:r>
    </w:p>
    <w:p w14:paraId="28497C20" w14:textId="77777777" w:rsidR="003C216C" w:rsidRPr="006E228A" w:rsidRDefault="00622ACB" w:rsidP="00005A19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рекомендувати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відмову</w:t>
      </w:r>
      <w:proofErr w:type="spellEnd"/>
      <w:r w:rsidRPr="006E228A">
        <w:rPr>
          <w:lang w:val="ru-RU"/>
        </w:rPr>
        <w:t xml:space="preserve"> в </w:t>
      </w:r>
      <w:proofErr w:type="spellStart"/>
      <w:r w:rsidRPr="006E228A">
        <w:rPr>
          <w:lang w:val="ru-RU"/>
        </w:rPr>
        <w:t>рекомендації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друку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захисту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оприлюднення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відповідній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компетентний</w:t>
      </w:r>
      <w:proofErr w:type="spellEnd"/>
      <w:r w:rsidRPr="006E228A">
        <w:rPr>
          <w:lang w:val="ru-RU"/>
        </w:rPr>
        <w:t xml:space="preserve"> орган </w:t>
      </w:r>
      <w:proofErr w:type="spellStart"/>
      <w:r w:rsidRPr="006E228A">
        <w:rPr>
          <w:lang w:val="ru-RU"/>
        </w:rPr>
        <w:t>має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цього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підстави</w:t>
      </w:r>
      <w:proofErr w:type="spellEnd"/>
      <w:r w:rsidRPr="006E228A">
        <w:rPr>
          <w:lang w:val="ru-RU"/>
        </w:rPr>
        <w:t>;</w:t>
      </w:r>
    </w:p>
    <w:p w14:paraId="262BB1B1" w14:textId="77777777" w:rsidR="003C216C" w:rsidRPr="006E228A" w:rsidRDefault="00622ACB" w:rsidP="00005A19">
      <w:pPr>
        <w:ind w:left="567" w:hanging="141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передати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іншому</w:t>
      </w:r>
      <w:proofErr w:type="spellEnd"/>
      <w:r w:rsidRPr="006E228A">
        <w:rPr>
          <w:lang w:val="ru-RU"/>
        </w:rPr>
        <w:t xml:space="preserve"> компетентному органу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посадовій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особі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питання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виходить</w:t>
      </w:r>
      <w:proofErr w:type="spellEnd"/>
      <w:r w:rsidRPr="006E228A">
        <w:rPr>
          <w:lang w:val="ru-RU"/>
        </w:rPr>
        <w:t xml:space="preserve"> за </w:t>
      </w:r>
      <w:proofErr w:type="spellStart"/>
      <w:r w:rsidRPr="006E228A">
        <w:rPr>
          <w:lang w:val="ru-RU"/>
        </w:rPr>
        <w:t>межі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повноважень</w:t>
      </w:r>
      <w:proofErr w:type="spellEnd"/>
      <w:r w:rsidRPr="006E228A">
        <w:rPr>
          <w:lang w:val="ru-RU"/>
        </w:rPr>
        <w:t xml:space="preserve"> особи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органу, </w:t>
      </w:r>
      <w:proofErr w:type="spellStart"/>
      <w:r w:rsidRPr="006E228A">
        <w:rPr>
          <w:lang w:val="ru-RU"/>
        </w:rPr>
        <w:t>який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здійснював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>.</w:t>
      </w:r>
    </w:p>
    <w:p w14:paraId="754C9383" w14:textId="0E7E610A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12.2. </w:t>
      </w:r>
      <w:proofErr w:type="spellStart"/>
      <w:r w:rsidRPr="006E228A">
        <w:rPr>
          <w:lang w:val="ru-RU"/>
        </w:rPr>
        <w:t>Рішення</w:t>
      </w:r>
      <w:proofErr w:type="spellEnd"/>
      <w:r w:rsidRPr="006E228A">
        <w:rPr>
          <w:lang w:val="ru-RU"/>
        </w:rPr>
        <w:t xml:space="preserve"> про допуск, </w:t>
      </w:r>
      <w:proofErr w:type="spellStart"/>
      <w:r w:rsidRPr="006E228A">
        <w:rPr>
          <w:lang w:val="ru-RU"/>
        </w:rPr>
        <w:t>відмову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повернення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доопрацювання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приймається</w:t>
      </w:r>
      <w:proofErr w:type="spellEnd"/>
      <w:r w:rsidRPr="006E228A">
        <w:rPr>
          <w:lang w:val="ru-RU"/>
        </w:rPr>
        <w:t xml:space="preserve"> органом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посадовою</w:t>
      </w:r>
      <w:proofErr w:type="spellEnd"/>
      <w:r w:rsidRPr="006E228A">
        <w:rPr>
          <w:lang w:val="ru-RU"/>
        </w:rPr>
        <w:t xml:space="preserve"> особою, </w:t>
      </w:r>
      <w:proofErr w:type="spellStart"/>
      <w:r w:rsidRPr="006E228A">
        <w:rPr>
          <w:lang w:val="ru-RU"/>
        </w:rPr>
        <w:t>компетентними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відповідній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процедурі</w:t>
      </w:r>
      <w:proofErr w:type="spellEnd"/>
      <w:r w:rsidRPr="006E228A">
        <w:rPr>
          <w:lang w:val="ru-RU"/>
        </w:rPr>
        <w:t xml:space="preserve">: </w:t>
      </w:r>
      <w:proofErr w:type="spellStart"/>
      <w:r w:rsidRPr="006E228A">
        <w:rPr>
          <w:lang w:val="ru-RU"/>
        </w:rPr>
        <w:t>редакцією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="00005A19">
        <w:rPr>
          <w:lang w:val="ru-RU"/>
        </w:rPr>
        <w:t>в</w:t>
      </w:r>
      <w:r w:rsidRPr="006E228A">
        <w:rPr>
          <w:lang w:val="ru-RU"/>
        </w:rPr>
        <w:t>ченою</w:t>
      </w:r>
      <w:proofErr w:type="spellEnd"/>
      <w:r w:rsidRPr="006E228A">
        <w:rPr>
          <w:lang w:val="ru-RU"/>
        </w:rPr>
        <w:t xml:space="preserve"> радою ННЦРМГО, разовою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спеціалізованою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вченою</w:t>
      </w:r>
      <w:proofErr w:type="spellEnd"/>
      <w:r w:rsidRPr="006E228A">
        <w:rPr>
          <w:lang w:val="ru-RU"/>
        </w:rPr>
        <w:t xml:space="preserve"> радою, </w:t>
      </w:r>
      <w:proofErr w:type="spellStart"/>
      <w:r w:rsidRPr="006E228A">
        <w:rPr>
          <w:lang w:val="ru-RU"/>
        </w:rPr>
        <w:t>генеральним</w:t>
      </w:r>
      <w:proofErr w:type="spellEnd"/>
      <w:r w:rsidRPr="006E228A">
        <w:rPr>
          <w:lang w:val="ru-RU"/>
        </w:rPr>
        <w:t xml:space="preserve"> директором ННЦРМГО, </w:t>
      </w:r>
      <w:proofErr w:type="spellStart"/>
      <w:r w:rsidRPr="006E228A">
        <w:rPr>
          <w:lang w:val="ru-RU"/>
        </w:rPr>
        <w:t>керівником</w:t>
      </w:r>
      <w:proofErr w:type="spellEnd"/>
      <w:r w:rsidRPr="006E228A">
        <w:rPr>
          <w:lang w:val="ru-RU"/>
        </w:rPr>
        <w:t xml:space="preserve"> структурного </w:t>
      </w:r>
      <w:proofErr w:type="spellStart"/>
      <w:r w:rsidRPr="006E228A">
        <w:rPr>
          <w:lang w:val="ru-RU"/>
        </w:rPr>
        <w:t>підрозділу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Комісією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визначеним</w:t>
      </w:r>
      <w:proofErr w:type="spellEnd"/>
      <w:r w:rsidRPr="006E228A">
        <w:rPr>
          <w:lang w:val="ru-RU"/>
        </w:rPr>
        <w:t xml:space="preserve"> органом.</w:t>
      </w:r>
    </w:p>
    <w:p w14:paraId="15C3FBFB" w14:textId="77777777" w:rsidR="003C216C" w:rsidRPr="006E228A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12.3. Особа, </w:t>
      </w:r>
      <w:proofErr w:type="spellStart"/>
      <w:r w:rsidRPr="006E228A">
        <w:rPr>
          <w:lang w:val="ru-RU"/>
        </w:rPr>
        <w:t>щодо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якої</w:t>
      </w:r>
      <w:proofErr w:type="spellEnd"/>
      <w:r w:rsidRPr="006E228A">
        <w:rPr>
          <w:lang w:val="ru-RU"/>
        </w:rPr>
        <w:t xml:space="preserve"> за результатами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можуть</w:t>
      </w:r>
      <w:proofErr w:type="spellEnd"/>
      <w:r w:rsidRPr="006E228A">
        <w:rPr>
          <w:lang w:val="ru-RU"/>
        </w:rPr>
        <w:t xml:space="preserve"> бути </w:t>
      </w:r>
      <w:proofErr w:type="spellStart"/>
      <w:r w:rsidRPr="006E228A">
        <w:rPr>
          <w:lang w:val="ru-RU"/>
        </w:rPr>
        <w:t>зроблені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висновки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має</w:t>
      </w:r>
      <w:proofErr w:type="spellEnd"/>
      <w:r w:rsidRPr="006E228A">
        <w:rPr>
          <w:lang w:val="ru-RU"/>
        </w:rPr>
        <w:t xml:space="preserve"> право </w:t>
      </w:r>
      <w:proofErr w:type="spellStart"/>
      <w:r w:rsidRPr="006E228A">
        <w:rPr>
          <w:lang w:val="ru-RU"/>
        </w:rPr>
        <w:t>надати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пояснення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докази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заперечення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відповідно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внутрішніх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актів</w:t>
      </w:r>
      <w:proofErr w:type="spellEnd"/>
      <w:r w:rsidRPr="006E228A">
        <w:rPr>
          <w:lang w:val="ru-RU"/>
        </w:rPr>
        <w:t xml:space="preserve"> ННЦРМГО.</w:t>
      </w:r>
    </w:p>
    <w:p w14:paraId="1AA69B89" w14:textId="77777777" w:rsidR="003C216C" w:rsidRDefault="00622ACB" w:rsidP="00C039B5">
      <w:pPr>
        <w:jc w:val="both"/>
        <w:rPr>
          <w:lang w:val="ru-RU"/>
        </w:rPr>
      </w:pPr>
      <w:r w:rsidRPr="006E228A">
        <w:rPr>
          <w:lang w:val="ru-RU"/>
        </w:rPr>
        <w:t xml:space="preserve">12.4. Заходи </w:t>
      </w:r>
      <w:proofErr w:type="spellStart"/>
      <w:r w:rsidRPr="006E228A">
        <w:rPr>
          <w:lang w:val="ru-RU"/>
        </w:rPr>
        <w:t>реагування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мають</w:t>
      </w:r>
      <w:proofErr w:type="spellEnd"/>
      <w:r w:rsidRPr="006E228A">
        <w:rPr>
          <w:lang w:val="ru-RU"/>
        </w:rPr>
        <w:t xml:space="preserve"> бути </w:t>
      </w:r>
      <w:proofErr w:type="spellStart"/>
      <w:r w:rsidRPr="006E228A">
        <w:rPr>
          <w:lang w:val="ru-RU"/>
        </w:rPr>
        <w:t>пропорційними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обґрунтованими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документованими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прийматися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урахуванням</w:t>
      </w:r>
      <w:proofErr w:type="spellEnd"/>
      <w:r w:rsidRPr="006E228A">
        <w:rPr>
          <w:lang w:val="ru-RU"/>
        </w:rPr>
        <w:t xml:space="preserve"> виду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його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істотності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наслідків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ролі</w:t>
      </w:r>
      <w:proofErr w:type="spellEnd"/>
      <w:r w:rsidRPr="006E228A">
        <w:rPr>
          <w:lang w:val="ru-RU"/>
        </w:rPr>
        <w:t xml:space="preserve"> особи, </w:t>
      </w:r>
      <w:proofErr w:type="spellStart"/>
      <w:r w:rsidRPr="006E228A">
        <w:rPr>
          <w:lang w:val="ru-RU"/>
        </w:rPr>
        <w:t>пояснень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учасників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обставин</w:t>
      </w:r>
      <w:proofErr w:type="spellEnd"/>
      <w:r w:rsidRPr="006E228A">
        <w:rPr>
          <w:lang w:val="ru-RU"/>
        </w:rPr>
        <w:t>.</w:t>
      </w:r>
    </w:p>
    <w:p w14:paraId="7BB73284" w14:textId="77777777" w:rsidR="00005A19" w:rsidRPr="006E228A" w:rsidRDefault="00005A19" w:rsidP="00C039B5">
      <w:pPr>
        <w:jc w:val="both"/>
        <w:rPr>
          <w:lang w:val="ru-RU"/>
        </w:rPr>
      </w:pPr>
    </w:p>
    <w:p w14:paraId="04A997F6" w14:textId="77777777" w:rsidR="003C216C" w:rsidRPr="006E228A" w:rsidRDefault="00622ACB" w:rsidP="00005A19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t>13. ОСОБЛИВОСТІ ПЕРЕВІРКИ ОКРЕМИХ ВИДІВ АКАДЕМІЧНИХ ТВОРІВ</w:t>
      </w:r>
    </w:p>
    <w:p w14:paraId="79376CE4" w14:textId="77777777" w:rsidR="003C216C" w:rsidRPr="006E228A" w:rsidRDefault="00622ACB">
      <w:pPr>
        <w:pStyle w:val="Heading2Custom"/>
        <w:spacing w:line="259" w:lineRule="auto"/>
        <w:rPr>
          <w:lang w:val="ru-RU"/>
        </w:rPr>
      </w:pPr>
      <w:r w:rsidRPr="006E228A">
        <w:rPr>
          <w:lang w:val="ru-RU"/>
        </w:rPr>
        <w:t xml:space="preserve">13.1. </w:t>
      </w:r>
      <w:proofErr w:type="spellStart"/>
      <w:r w:rsidRPr="006E228A">
        <w:rPr>
          <w:lang w:val="ru-RU"/>
        </w:rPr>
        <w:t>Дисертаційні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</w:p>
    <w:p w14:paraId="5E594D54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13.1.1. </w:t>
      </w:r>
      <w:proofErr w:type="spellStart"/>
      <w:r w:rsidRPr="006E228A">
        <w:rPr>
          <w:lang w:val="ru-RU"/>
        </w:rPr>
        <w:t>Дисертаційні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перевіряються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їх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подання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офіційний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розгляд</w:t>
      </w:r>
      <w:proofErr w:type="spellEnd"/>
      <w:r w:rsidRPr="006E228A">
        <w:rPr>
          <w:lang w:val="ru-RU"/>
        </w:rPr>
        <w:t xml:space="preserve"> у межах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захисту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етапі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визначеному</w:t>
      </w:r>
      <w:proofErr w:type="spellEnd"/>
      <w:r w:rsidRPr="006E228A">
        <w:rPr>
          <w:lang w:val="ru-RU"/>
        </w:rPr>
        <w:t xml:space="preserve"> правилами </w:t>
      </w:r>
      <w:proofErr w:type="spellStart"/>
      <w:r w:rsidRPr="006E228A">
        <w:rPr>
          <w:lang w:val="ru-RU"/>
        </w:rPr>
        <w:t>відповідної</w:t>
      </w:r>
      <w:proofErr w:type="spellEnd"/>
      <w:r w:rsidRPr="006E228A">
        <w:rPr>
          <w:lang w:val="ru-RU"/>
        </w:rPr>
        <w:t xml:space="preserve"> ради та </w:t>
      </w:r>
      <w:proofErr w:type="spellStart"/>
      <w:r w:rsidRPr="006E228A">
        <w:rPr>
          <w:lang w:val="ru-RU"/>
        </w:rPr>
        <w:t>внутрішніми</w:t>
      </w:r>
      <w:proofErr w:type="spellEnd"/>
      <w:r w:rsidRPr="006E228A">
        <w:rPr>
          <w:lang w:val="ru-RU"/>
        </w:rPr>
        <w:t xml:space="preserve"> актами ННЦРМГО.</w:t>
      </w:r>
    </w:p>
    <w:p w14:paraId="22F87BF0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13.1.2. До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подаються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рукопис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дисертації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їх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передбачена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відповідною</w:t>
      </w:r>
      <w:proofErr w:type="spellEnd"/>
      <w:r w:rsidRPr="006E228A">
        <w:rPr>
          <w:lang w:val="ru-RU"/>
        </w:rPr>
        <w:t xml:space="preserve"> процедурою. За потреби </w:t>
      </w:r>
      <w:proofErr w:type="spellStart"/>
      <w:r w:rsidRPr="006E228A">
        <w:rPr>
          <w:lang w:val="ru-RU"/>
        </w:rPr>
        <w:t>можуть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перевірятися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публікації</w:t>
      </w:r>
      <w:proofErr w:type="spellEnd"/>
      <w:r w:rsidRPr="006E228A">
        <w:rPr>
          <w:lang w:val="ru-RU"/>
        </w:rPr>
        <w:t xml:space="preserve">, в </w:t>
      </w:r>
      <w:proofErr w:type="spellStart"/>
      <w:r w:rsidRPr="006E228A">
        <w:rPr>
          <w:lang w:val="ru-RU"/>
        </w:rPr>
        <w:t>яких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оприлюднені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основні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дисертації</w:t>
      </w:r>
      <w:proofErr w:type="spellEnd"/>
      <w:r w:rsidRPr="006E228A">
        <w:rPr>
          <w:lang w:val="ru-RU"/>
        </w:rPr>
        <w:t>.</w:t>
      </w:r>
    </w:p>
    <w:p w14:paraId="31B779A9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lastRenderedPageBreak/>
        <w:t xml:space="preserve">13.1.3. </w:t>
      </w:r>
      <w:proofErr w:type="spellStart"/>
      <w:r w:rsidRPr="006E228A">
        <w:rPr>
          <w:lang w:val="ru-RU"/>
        </w:rPr>
        <w:t>Звіт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довідка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долучаються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передбачено</w:t>
      </w:r>
      <w:proofErr w:type="spellEnd"/>
      <w:r w:rsidRPr="006E228A">
        <w:rPr>
          <w:lang w:val="ru-RU"/>
        </w:rPr>
        <w:t xml:space="preserve"> правилами </w:t>
      </w:r>
      <w:proofErr w:type="spellStart"/>
      <w:r w:rsidRPr="006E228A">
        <w:rPr>
          <w:lang w:val="ru-RU"/>
        </w:rPr>
        <w:t>відповідної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>.</w:t>
      </w:r>
    </w:p>
    <w:p w14:paraId="66C30935" w14:textId="77777777" w:rsidR="003C216C" w:rsidRPr="006E228A" w:rsidRDefault="00622ACB">
      <w:pPr>
        <w:pStyle w:val="Heading2Custom"/>
        <w:spacing w:line="259" w:lineRule="auto"/>
        <w:rPr>
          <w:lang w:val="ru-RU"/>
        </w:rPr>
      </w:pPr>
      <w:r w:rsidRPr="006E228A">
        <w:rPr>
          <w:lang w:val="ru-RU"/>
        </w:rPr>
        <w:t xml:space="preserve">13.2. </w:t>
      </w:r>
      <w:proofErr w:type="spellStart"/>
      <w:r w:rsidRPr="006E228A">
        <w:rPr>
          <w:lang w:val="ru-RU"/>
        </w:rPr>
        <w:t>Наукові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статті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видань</w:t>
      </w:r>
      <w:proofErr w:type="spellEnd"/>
      <w:r w:rsidRPr="006E228A">
        <w:rPr>
          <w:lang w:val="ru-RU"/>
        </w:rPr>
        <w:t xml:space="preserve"> ННЦРМГО</w:t>
      </w:r>
    </w:p>
    <w:p w14:paraId="634514A9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13.2.1. Рукописи, </w:t>
      </w:r>
      <w:proofErr w:type="spellStart"/>
      <w:r w:rsidRPr="006E228A">
        <w:rPr>
          <w:lang w:val="ru-RU"/>
        </w:rPr>
        <w:t>подані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видань</w:t>
      </w:r>
      <w:proofErr w:type="spellEnd"/>
      <w:r w:rsidRPr="006E228A">
        <w:rPr>
          <w:lang w:val="ru-RU"/>
        </w:rPr>
        <w:t xml:space="preserve"> ННЦРМГО, </w:t>
      </w:r>
      <w:proofErr w:type="spellStart"/>
      <w:r w:rsidRPr="006E228A">
        <w:rPr>
          <w:lang w:val="ru-RU"/>
        </w:rPr>
        <w:t>перевіряються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етапі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первинного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редакційного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опрацювання</w:t>
      </w:r>
      <w:proofErr w:type="spellEnd"/>
      <w:r w:rsidRPr="006E228A">
        <w:rPr>
          <w:lang w:val="ru-RU"/>
        </w:rPr>
        <w:t xml:space="preserve">, до </w:t>
      </w:r>
      <w:proofErr w:type="spellStart"/>
      <w:r w:rsidRPr="006E228A">
        <w:rPr>
          <w:lang w:val="ru-RU"/>
        </w:rPr>
        <w:t>направлення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рецензування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іншому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етапі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визначеному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редакційною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політикою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видання</w:t>
      </w:r>
      <w:proofErr w:type="spellEnd"/>
      <w:r w:rsidRPr="006E228A">
        <w:rPr>
          <w:lang w:val="ru-RU"/>
        </w:rPr>
        <w:t>.</w:t>
      </w:r>
    </w:p>
    <w:p w14:paraId="6C369280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13.2.2. </w:t>
      </w:r>
      <w:proofErr w:type="spellStart"/>
      <w:r w:rsidRPr="006E228A">
        <w:rPr>
          <w:lang w:val="ru-RU"/>
        </w:rPr>
        <w:t>Редакція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повернути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рукопис</w:t>
      </w:r>
      <w:proofErr w:type="spellEnd"/>
      <w:r w:rsidRPr="006E228A">
        <w:rPr>
          <w:lang w:val="ru-RU"/>
        </w:rPr>
        <w:t xml:space="preserve"> автору для </w:t>
      </w:r>
      <w:proofErr w:type="spellStart"/>
      <w:r w:rsidRPr="006E228A">
        <w:rPr>
          <w:lang w:val="ru-RU"/>
        </w:rPr>
        <w:t>доопрацювання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виявлені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недоліки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некоректні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посилання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неповна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декларація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недоліки</w:t>
      </w:r>
      <w:proofErr w:type="spellEnd"/>
      <w:r w:rsidRPr="006E228A">
        <w:rPr>
          <w:lang w:val="ru-RU"/>
        </w:rPr>
        <w:t xml:space="preserve"> без </w:t>
      </w:r>
      <w:proofErr w:type="spellStart"/>
      <w:r w:rsidRPr="006E228A">
        <w:rPr>
          <w:lang w:val="ru-RU"/>
        </w:rPr>
        <w:t>ознак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істотного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>.</w:t>
      </w:r>
    </w:p>
    <w:p w14:paraId="049F230D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13.2.3.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виявлено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ознаки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плагіату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самоплагіату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фабрикації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фальсифікації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дублювання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недоброчесного</w:t>
      </w:r>
      <w:proofErr w:type="spellEnd"/>
      <w:r w:rsidRPr="006E228A">
        <w:rPr>
          <w:lang w:val="ru-RU"/>
        </w:rPr>
        <w:t xml:space="preserve"> авторства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недоброчесного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ШІ, </w:t>
      </w:r>
      <w:proofErr w:type="spellStart"/>
      <w:r w:rsidRPr="006E228A">
        <w:rPr>
          <w:lang w:val="ru-RU"/>
        </w:rPr>
        <w:t>редакція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відповідно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редакційної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політики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видання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передати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>.</w:t>
      </w:r>
    </w:p>
    <w:p w14:paraId="68106896" w14:textId="1A7FDE61" w:rsidR="003C216C" w:rsidRPr="006E228A" w:rsidRDefault="00622ACB" w:rsidP="00005A19">
      <w:pPr>
        <w:pStyle w:val="Heading2Custom"/>
        <w:spacing w:line="259" w:lineRule="auto"/>
        <w:jc w:val="both"/>
        <w:rPr>
          <w:lang w:val="ru-RU"/>
        </w:rPr>
      </w:pPr>
      <w:r w:rsidRPr="006E228A">
        <w:rPr>
          <w:lang w:val="ru-RU"/>
        </w:rPr>
        <w:t xml:space="preserve">13.3. </w:t>
      </w:r>
      <w:proofErr w:type="spellStart"/>
      <w:r w:rsidRPr="006E228A">
        <w:rPr>
          <w:lang w:val="ru-RU"/>
        </w:rPr>
        <w:t>Монографії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методичні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видання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рекомендуються</w:t>
      </w:r>
      <w:proofErr w:type="spellEnd"/>
      <w:r w:rsidRPr="006E228A">
        <w:rPr>
          <w:lang w:val="ru-RU"/>
        </w:rPr>
        <w:t xml:space="preserve"> </w:t>
      </w:r>
      <w:proofErr w:type="spellStart"/>
      <w:r w:rsidR="00005A19">
        <w:rPr>
          <w:lang w:val="ru-RU"/>
        </w:rPr>
        <w:t>в</w:t>
      </w:r>
      <w:r w:rsidRPr="006E228A">
        <w:rPr>
          <w:lang w:val="ru-RU"/>
        </w:rPr>
        <w:t>ченою</w:t>
      </w:r>
      <w:proofErr w:type="spellEnd"/>
      <w:r w:rsidRPr="006E228A">
        <w:rPr>
          <w:lang w:val="ru-RU"/>
        </w:rPr>
        <w:t xml:space="preserve"> радою</w:t>
      </w:r>
    </w:p>
    <w:p w14:paraId="58892B8A" w14:textId="2088B166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13.3.1. </w:t>
      </w:r>
      <w:proofErr w:type="spellStart"/>
      <w:r w:rsidRPr="006E228A">
        <w:rPr>
          <w:lang w:val="ru-RU"/>
        </w:rPr>
        <w:t>Монографії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розділи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монографій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навчальні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посібники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методичні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рекомендації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подаються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рекомендацію</w:t>
      </w:r>
      <w:proofErr w:type="spellEnd"/>
      <w:r w:rsidRPr="006E228A">
        <w:rPr>
          <w:lang w:val="ru-RU"/>
        </w:rPr>
        <w:t xml:space="preserve"> </w:t>
      </w:r>
      <w:proofErr w:type="spellStart"/>
      <w:r w:rsidR="00005A19">
        <w:rPr>
          <w:lang w:val="ru-RU"/>
        </w:rPr>
        <w:t>в</w:t>
      </w:r>
      <w:r w:rsidRPr="006E228A">
        <w:rPr>
          <w:lang w:val="ru-RU"/>
        </w:rPr>
        <w:t>ченої</w:t>
      </w:r>
      <w:proofErr w:type="spellEnd"/>
      <w:r w:rsidRPr="006E228A">
        <w:rPr>
          <w:lang w:val="ru-RU"/>
        </w:rPr>
        <w:t xml:space="preserve"> ради ННЦРМГО, </w:t>
      </w:r>
      <w:proofErr w:type="spellStart"/>
      <w:r w:rsidRPr="006E228A">
        <w:rPr>
          <w:lang w:val="ru-RU"/>
        </w:rPr>
        <w:t>перевіряються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розгляду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питання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="00005A19">
        <w:rPr>
          <w:lang w:val="ru-RU"/>
        </w:rPr>
        <w:t>в</w:t>
      </w:r>
      <w:r w:rsidRPr="006E228A">
        <w:rPr>
          <w:lang w:val="ru-RU"/>
        </w:rPr>
        <w:t>ченою</w:t>
      </w:r>
      <w:proofErr w:type="spellEnd"/>
      <w:r w:rsidRPr="006E228A">
        <w:rPr>
          <w:lang w:val="ru-RU"/>
        </w:rPr>
        <w:t xml:space="preserve"> радою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етапі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попереднього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розгляду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структурним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підрозділом</w:t>
      </w:r>
      <w:proofErr w:type="spellEnd"/>
      <w:r w:rsidRPr="006E228A">
        <w:rPr>
          <w:lang w:val="ru-RU"/>
        </w:rPr>
        <w:t>.</w:t>
      </w:r>
    </w:p>
    <w:p w14:paraId="2158404D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13.3.2.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кількох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авторів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подається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авторів</w:t>
      </w:r>
      <w:proofErr w:type="spellEnd"/>
      <w:r w:rsidRPr="006E228A">
        <w:rPr>
          <w:lang w:val="ru-RU"/>
        </w:rPr>
        <w:t xml:space="preserve"> і, за потреби, про </w:t>
      </w:r>
      <w:proofErr w:type="spellStart"/>
      <w:r w:rsidRPr="006E228A">
        <w:rPr>
          <w:lang w:val="ru-RU"/>
        </w:rPr>
        <w:t>внесок</w:t>
      </w:r>
      <w:proofErr w:type="spellEnd"/>
      <w:r w:rsidRPr="006E228A">
        <w:rPr>
          <w:lang w:val="ru-RU"/>
        </w:rPr>
        <w:t xml:space="preserve"> кожного автора.</w:t>
      </w:r>
    </w:p>
    <w:p w14:paraId="51A7846A" w14:textId="77777777" w:rsidR="003C216C" w:rsidRPr="006E228A" w:rsidRDefault="00622ACB" w:rsidP="00005A19">
      <w:pPr>
        <w:pStyle w:val="Heading2Custom"/>
        <w:spacing w:line="259" w:lineRule="auto"/>
        <w:jc w:val="both"/>
        <w:rPr>
          <w:lang w:val="ru-RU"/>
        </w:rPr>
      </w:pPr>
      <w:r w:rsidRPr="006E228A">
        <w:rPr>
          <w:lang w:val="ru-RU"/>
        </w:rPr>
        <w:t xml:space="preserve">13.4. </w:t>
      </w:r>
      <w:proofErr w:type="spellStart"/>
      <w:r w:rsidRPr="006E228A">
        <w:rPr>
          <w:lang w:val="ru-RU"/>
        </w:rPr>
        <w:t>Звіти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виконання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науково-дослідних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робіт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експертні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</w:p>
    <w:p w14:paraId="228FCA6D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13.4.1. </w:t>
      </w:r>
      <w:proofErr w:type="spellStart"/>
      <w:r w:rsidRPr="006E228A">
        <w:rPr>
          <w:lang w:val="ru-RU"/>
        </w:rPr>
        <w:t>Звіти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виконання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науково-дослідних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робіт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експертні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висновки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аналітичні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довідки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перевіряються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урахуванням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конфіденційності</w:t>
      </w:r>
      <w:proofErr w:type="spellEnd"/>
      <w:r w:rsidRPr="006E228A">
        <w:rPr>
          <w:lang w:val="ru-RU"/>
        </w:rPr>
        <w:t xml:space="preserve">, умов </w:t>
      </w:r>
      <w:proofErr w:type="spellStart"/>
      <w:r w:rsidRPr="006E228A">
        <w:rPr>
          <w:lang w:val="ru-RU"/>
        </w:rPr>
        <w:t>договорів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грантів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дослідницьких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протоколів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захисту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персональних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даних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медичної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інформації</w:t>
      </w:r>
      <w:proofErr w:type="spellEnd"/>
      <w:r w:rsidRPr="006E228A">
        <w:rPr>
          <w:lang w:val="ru-RU"/>
        </w:rPr>
        <w:t>.</w:t>
      </w:r>
    </w:p>
    <w:p w14:paraId="01556B01" w14:textId="77777777" w:rsidR="003C216C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13.4.2.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містять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інформацію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обмеженим</w:t>
      </w:r>
      <w:proofErr w:type="spellEnd"/>
      <w:r w:rsidRPr="006E228A">
        <w:rPr>
          <w:lang w:val="ru-RU"/>
        </w:rPr>
        <w:t xml:space="preserve"> доступом, </w:t>
      </w:r>
      <w:proofErr w:type="spellStart"/>
      <w:r w:rsidRPr="006E228A">
        <w:rPr>
          <w:lang w:val="ru-RU"/>
        </w:rPr>
        <w:t>їх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перевірка</w:t>
      </w:r>
      <w:proofErr w:type="spellEnd"/>
      <w:r w:rsidRPr="006E228A">
        <w:rPr>
          <w:lang w:val="ru-RU"/>
        </w:rPr>
        <w:t xml:space="preserve"> проводиться </w:t>
      </w:r>
      <w:proofErr w:type="spellStart"/>
      <w:r w:rsidRPr="006E228A">
        <w:rPr>
          <w:lang w:val="ru-RU"/>
        </w:rPr>
        <w:t>лише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із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застосуванням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засобів</w:t>
      </w:r>
      <w:proofErr w:type="spellEnd"/>
      <w:r w:rsidRPr="006E228A">
        <w:rPr>
          <w:lang w:val="ru-RU"/>
        </w:rPr>
        <w:t xml:space="preserve"> і процедур, </w:t>
      </w:r>
      <w:proofErr w:type="spellStart"/>
      <w:r w:rsidRPr="006E228A">
        <w:rPr>
          <w:lang w:val="ru-RU"/>
        </w:rPr>
        <w:t>які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порушують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вимог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щодо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захисту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такої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інформації</w:t>
      </w:r>
      <w:proofErr w:type="spellEnd"/>
      <w:r w:rsidRPr="006E228A">
        <w:rPr>
          <w:lang w:val="ru-RU"/>
        </w:rPr>
        <w:t>.</w:t>
      </w:r>
    </w:p>
    <w:p w14:paraId="632AE8D0" w14:textId="77777777" w:rsidR="00005A19" w:rsidRPr="006E228A" w:rsidRDefault="00005A19" w:rsidP="00005A19">
      <w:pPr>
        <w:jc w:val="both"/>
        <w:rPr>
          <w:lang w:val="ru-RU"/>
        </w:rPr>
      </w:pPr>
    </w:p>
    <w:p w14:paraId="44F6A9B4" w14:textId="77777777" w:rsidR="003C216C" w:rsidRPr="006E228A" w:rsidRDefault="00622ACB" w:rsidP="00005A19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t>14. ПОВТОРНА ПЕРЕВІРКА, АПЕЛЯЦІЯ ТА ПЕРЕДАННЯ МАТЕРІАЛІВ ДО КОМІСІЇ</w:t>
      </w:r>
    </w:p>
    <w:p w14:paraId="45D93BE7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14.1. Повторна </w:t>
      </w:r>
      <w:proofErr w:type="spellStart"/>
      <w:r w:rsidRPr="006E228A">
        <w:rPr>
          <w:lang w:val="ru-RU"/>
        </w:rPr>
        <w:t>перевірка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проводитися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після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доопрацювання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уточнення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посилань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виправлення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недоліків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подання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уточнення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декларації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ШІ, </w:t>
      </w:r>
      <w:proofErr w:type="spellStart"/>
      <w:r w:rsidRPr="006E228A">
        <w:rPr>
          <w:lang w:val="ru-RU"/>
        </w:rPr>
        <w:t>зміни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редакції</w:t>
      </w:r>
      <w:proofErr w:type="spellEnd"/>
      <w:r w:rsidRPr="006E228A">
        <w:rPr>
          <w:lang w:val="ru-RU"/>
        </w:rPr>
        <w:t xml:space="preserve"> тексту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за </w:t>
      </w:r>
      <w:proofErr w:type="spellStart"/>
      <w:r w:rsidRPr="006E228A">
        <w:rPr>
          <w:lang w:val="ru-RU"/>
        </w:rPr>
        <w:t>рішенням</w:t>
      </w:r>
      <w:proofErr w:type="spellEnd"/>
      <w:r w:rsidRPr="006E228A">
        <w:rPr>
          <w:lang w:val="ru-RU"/>
        </w:rPr>
        <w:t xml:space="preserve"> компетентного органу.</w:t>
      </w:r>
    </w:p>
    <w:p w14:paraId="39DBE63C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14.2. Повторна </w:t>
      </w:r>
      <w:proofErr w:type="spellStart"/>
      <w:r w:rsidRPr="006E228A">
        <w:rPr>
          <w:lang w:val="ru-RU"/>
        </w:rPr>
        <w:t>перевірка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здійснюється</w:t>
      </w:r>
      <w:proofErr w:type="spellEnd"/>
      <w:r w:rsidRPr="006E228A">
        <w:rPr>
          <w:lang w:val="ru-RU"/>
        </w:rPr>
        <w:t xml:space="preserve"> за </w:t>
      </w:r>
      <w:proofErr w:type="spellStart"/>
      <w:r w:rsidRPr="006E228A">
        <w:rPr>
          <w:lang w:val="ru-RU"/>
        </w:rPr>
        <w:t>тією</w:t>
      </w:r>
      <w:proofErr w:type="spellEnd"/>
      <w:r w:rsidRPr="006E228A">
        <w:rPr>
          <w:lang w:val="ru-RU"/>
        </w:rPr>
        <w:t xml:space="preserve"> самою процедурою,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й </w:t>
      </w:r>
      <w:proofErr w:type="spellStart"/>
      <w:r w:rsidRPr="006E228A">
        <w:rPr>
          <w:lang w:val="ru-RU"/>
        </w:rPr>
        <w:t>первинна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інше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встановлено</w:t>
      </w:r>
      <w:proofErr w:type="spellEnd"/>
      <w:r w:rsidRPr="006E228A">
        <w:rPr>
          <w:lang w:val="ru-RU"/>
        </w:rPr>
        <w:t xml:space="preserve"> правилами </w:t>
      </w:r>
      <w:proofErr w:type="spellStart"/>
      <w:r w:rsidRPr="006E228A">
        <w:rPr>
          <w:lang w:val="ru-RU"/>
        </w:rPr>
        <w:t>відповідної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>.</w:t>
      </w:r>
    </w:p>
    <w:p w14:paraId="441C530E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14.3. Автор, </w:t>
      </w:r>
      <w:proofErr w:type="spellStart"/>
      <w:r w:rsidRPr="006E228A">
        <w:rPr>
          <w:lang w:val="ru-RU"/>
        </w:rPr>
        <w:t>співавтори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інша</w:t>
      </w:r>
      <w:proofErr w:type="spellEnd"/>
      <w:r w:rsidRPr="006E228A">
        <w:rPr>
          <w:lang w:val="ru-RU"/>
        </w:rPr>
        <w:t xml:space="preserve"> особа, права </w:t>
      </w:r>
      <w:proofErr w:type="spellStart"/>
      <w:r w:rsidRPr="006E228A">
        <w:rPr>
          <w:lang w:val="ru-RU"/>
        </w:rPr>
        <w:t>чи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інтереси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якої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зачіпаються</w:t>
      </w:r>
      <w:proofErr w:type="spellEnd"/>
      <w:r w:rsidRPr="006E228A">
        <w:rPr>
          <w:lang w:val="ru-RU"/>
        </w:rPr>
        <w:t xml:space="preserve"> результатами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подати </w:t>
      </w:r>
      <w:proofErr w:type="spellStart"/>
      <w:r w:rsidRPr="006E228A">
        <w:rPr>
          <w:lang w:val="ru-RU"/>
        </w:rPr>
        <w:t>мотивоване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заперечення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звернення</w:t>
      </w:r>
      <w:proofErr w:type="spellEnd"/>
      <w:r w:rsidRPr="006E228A">
        <w:rPr>
          <w:lang w:val="ru-RU"/>
        </w:rPr>
        <w:t xml:space="preserve"> про перегляд </w:t>
      </w:r>
      <w:proofErr w:type="spellStart"/>
      <w:r w:rsidRPr="006E228A">
        <w:rPr>
          <w:lang w:val="ru-RU"/>
        </w:rPr>
        <w:t>результатів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відповідно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внутрішніх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актів</w:t>
      </w:r>
      <w:proofErr w:type="spellEnd"/>
      <w:r w:rsidRPr="006E228A">
        <w:rPr>
          <w:lang w:val="ru-RU"/>
        </w:rPr>
        <w:t xml:space="preserve"> ННЦРМГО.</w:t>
      </w:r>
    </w:p>
    <w:p w14:paraId="0DAB0FF7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14.4. </w:t>
      </w:r>
      <w:proofErr w:type="spellStart"/>
      <w:r w:rsidRPr="006E228A">
        <w:rPr>
          <w:lang w:val="ru-RU"/>
        </w:rPr>
        <w:t>Звернення</w:t>
      </w:r>
      <w:proofErr w:type="spellEnd"/>
      <w:r w:rsidRPr="006E228A">
        <w:rPr>
          <w:lang w:val="ru-RU"/>
        </w:rPr>
        <w:t xml:space="preserve"> про перегляд </w:t>
      </w:r>
      <w:proofErr w:type="spellStart"/>
      <w:r w:rsidRPr="006E228A">
        <w:rPr>
          <w:lang w:val="ru-RU"/>
        </w:rPr>
        <w:t>результатів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містити</w:t>
      </w:r>
      <w:proofErr w:type="spellEnd"/>
      <w:r w:rsidRPr="006E228A">
        <w:rPr>
          <w:lang w:val="ru-RU"/>
        </w:rPr>
        <w:t>:</w:t>
      </w:r>
    </w:p>
    <w:p w14:paraId="76901BF8" w14:textId="77777777" w:rsidR="003C216C" w:rsidRPr="006E228A" w:rsidRDefault="00622ACB" w:rsidP="00005A19">
      <w:pPr>
        <w:ind w:left="397" w:firstLine="170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відомості</w:t>
      </w:r>
      <w:proofErr w:type="spellEnd"/>
      <w:r w:rsidRPr="006E228A">
        <w:rPr>
          <w:lang w:val="ru-RU"/>
        </w:rPr>
        <w:t xml:space="preserve"> про особу, яка </w:t>
      </w:r>
      <w:proofErr w:type="spellStart"/>
      <w:r w:rsidRPr="006E228A">
        <w:rPr>
          <w:lang w:val="ru-RU"/>
        </w:rPr>
        <w:t>подає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звернення</w:t>
      </w:r>
      <w:proofErr w:type="spellEnd"/>
      <w:r w:rsidRPr="006E228A">
        <w:rPr>
          <w:lang w:val="ru-RU"/>
        </w:rPr>
        <w:t>;</w:t>
      </w:r>
    </w:p>
    <w:p w14:paraId="118DDD80" w14:textId="77777777" w:rsidR="003C216C" w:rsidRPr="006E228A" w:rsidRDefault="00622ACB" w:rsidP="00005A19">
      <w:pPr>
        <w:ind w:left="397" w:firstLine="170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назву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>;</w:t>
      </w:r>
    </w:p>
    <w:p w14:paraId="0A773A44" w14:textId="77777777" w:rsidR="003C216C" w:rsidRPr="006E228A" w:rsidRDefault="00622ACB" w:rsidP="00005A19">
      <w:pPr>
        <w:ind w:left="397" w:firstLine="170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реквізити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довідки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висновку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рішення</w:t>
      </w:r>
      <w:proofErr w:type="spellEnd"/>
      <w:r w:rsidRPr="006E228A">
        <w:rPr>
          <w:lang w:val="ru-RU"/>
        </w:rPr>
        <w:t xml:space="preserve">, з </w:t>
      </w:r>
      <w:proofErr w:type="spellStart"/>
      <w:r w:rsidRPr="006E228A">
        <w:rPr>
          <w:lang w:val="ru-RU"/>
        </w:rPr>
        <w:t>яким</w:t>
      </w:r>
      <w:proofErr w:type="spellEnd"/>
      <w:r w:rsidRPr="006E228A">
        <w:rPr>
          <w:lang w:val="ru-RU"/>
        </w:rPr>
        <w:t xml:space="preserve"> особа не </w:t>
      </w:r>
      <w:proofErr w:type="spellStart"/>
      <w:r w:rsidRPr="006E228A">
        <w:rPr>
          <w:lang w:val="ru-RU"/>
        </w:rPr>
        <w:t>погоджується</w:t>
      </w:r>
      <w:proofErr w:type="spellEnd"/>
      <w:r w:rsidRPr="006E228A">
        <w:rPr>
          <w:lang w:val="ru-RU"/>
        </w:rPr>
        <w:t>;</w:t>
      </w:r>
    </w:p>
    <w:p w14:paraId="1B02F01D" w14:textId="77777777" w:rsidR="003C216C" w:rsidRPr="006E228A" w:rsidRDefault="00622ACB" w:rsidP="00005A19">
      <w:pPr>
        <w:ind w:left="397" w:firstLine="170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аргументи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щодо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незгоди</w:t>
      </w:r>
      <w:proofErr w:type="spellEnd"/>
      <w:r w:rsidRPr="006E228A">
        <w:rPr>
          <w:lang w:val="ru-RU"/>
        </w:rPr>
        <w:t xml:space="preserve"> з результатами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>;</w:t>
      </w:r>
    </w:p>
    <w:p w14:paraId="5AC23EDB" w14:textId="77777777" w:rsidR="003C216C" w:rsidRPr="006E228A" w:rsidRDefault="00622ACB" w:rsidP="00005A19">
      <w:pPr>
        <w:ind w:left="397" w:firstLine="170"/>
        <w:rPr>
          <w:lang w:val="ru-RU"/>
        </w:rPr>
      </w:pPr>
      <w:r w:rsidRPr="006E228A">
        <w:rPr>
          <w:lang w:val="ru-RU"/>
        </w:rPr>
        <w:lastRenderedPageBreak/>
        <w:t xml:space="preserve">• </w:t>
      </w:r>
      <w:proofErr w:type="spellStart"/>
      <w:r w:rsidRPr="006E228A">
        <w:rPr>
          <w:lang w:val="ru-RU"/>
        </w:rPr>
        <w:t>додаткові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пояснення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джерела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докази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підтверджують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позицію</w:t>
      </w:r>
      <w:proofErr w:type="spellEnd"/>
      <w:r w:rsidRPr="006E228A">
        <w:rPr>
          <w:lang w:val="ru-RU"/>
        </w:rPr>
        <w:t xml:space="preserve"> особи.</w:t>
      </w:r>
    </w:p>
    <w:p w14:paraId="68F24BD8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14.5.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звернення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містить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питання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належать до </w:t>
      </w:r>
      <w:proofErr w:type="spellStart"/>
      <w:r w:rsidRPr="006E228A">
        <w:rPr>
          <w:lang w:val="ru-RU"/>
        </w:rPr>
        <w:t>компетенції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передаються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питань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ННЦРМГО.</w:t>
      </w:r>
    </w:p>
    <w:p w14:paraId="32549A13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14.6.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передаються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зокрема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>:</w:t>
      </w:r>
    </w:p>
    <w:p w14:paraId="72A7A75C" w14:textId="77777777" w:rsidR="003C216C" w:rsidRPr="006E228A" w:rsidRDefault="00622ACB" w:rsidP="00005A19">
      <w:pPr>
        <w:ind w:left="709" w:hanging="142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наявні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ознаки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плагіату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самоплагіату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фабрикації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фальсифікації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недоброчесного</w:t>
      </w:r>
      <w:proofErr w:type="spellEnd"/>
      <w:r w:rsidRPr="006E228A">
        <w:rPr>
          <w:lang w:val="ru-RU"/>
        </w:rPr>
        <w:t xml:space="preserve"> авторства;</w:t>
      </w:r>
    </w:p>
    <w:p w14:paraId="24CC7A2C" w14:textId="77777777" w:rsidR="003C216C" w:rsidRPr="006E228A" w:rsidRDefault="00622ACB" w:rsidP="00005A19">
      <w:pPr>
        <w:ind w:left="709" w:hanging="142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наявні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ознаки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недоброчесного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ШІ;</w:t>
      </w:r>
    </w:p>
    <w:p w14:paraId="5377A64D" w14:textId="77777777" w:rsidR="003C216C" w:rsidRPr="006E228A" w:rsidRDefault="00622ACB" w:rsidP="00005A19">
      <w:pPr>
        <w:ind w:left="709" w:hanging="142"/>
        <w:jc w:val="both"/>
        <w:rPr>
          <w:lang w:val="ru-RU"/>
        </w:rPr>
      </w:pPr>
      <w:r w:rsidRPr="006E228A">
        <w:rPr>
          <w:lang w:val="ru-RU"/>
        </w:rPr>
        <w:t xml:space="preserve">• є </w:t>
      </w:r>
      <w:proofErr w:type="spellStart"/>
      <w:r w:rsidRPr="006E228A">
        <w:rPr>
          <w:lang w:val="ru-RU"/>
        </w:rPr>
        <w:t>спір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щодо</w:t>
      </w:r>
      <w:proofErr w:type="spellEnd"/>
      <w:r w:rsidRPr="006E228A">
        <w:rPr>
          <w:lang w:val="ru-RU"/>
        </w:rPr>
        <w:t xml:space="preserve"> авторства, </w:t>
      </w:r>
      <w:proofErr w:type="spellStart"/>
      <w:r w:rsidRPr="006E228A">
        <w:rPr>
          <w:lang w:val="ru-RU"/>
        </w:rPr>
        <w:t>співавторства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внеску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авторів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добросовісності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>;</w:t>
      </w:r>
    </w:p>
    <w:p w14:paraId="3033BA48" w14:textId="77777777" w:rsidR="003C216C" w:rsidRPr="006E228A" w:rsidRDefault="00622ACB" w:rsidP="00005A19">
      <w:pPr>
        <w:ind w:left="709" w:hanging="142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перевірка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стосується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оприлюдненого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може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потребувати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редакційного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повідомлення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виправлення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уточнення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відкликання</w:t>
      </w:r>
      <w:proofErr w:type="spellEnd"/>
      <w:r w:rsidRPr="006E228A">
        <w:rPr>
          <w:lang w:val="ru-RU"/>
        </w:rPr>
        <w:t>;</w:t>
      </w:r>
    </w:p>
    <w:p w14:paraId="4B7E1B9F" w14:textId="77777777" w:rsidR="003C216C" w:rsidRPr="006E228A" w:rsidRDefault="00622ACB" w:rsidP="00005A19">
      <w:pPr>
        <w:ind w:left="709" w:hanging="142"/>
        <w:jc w:val="both"/>
        <w:rPr>
          <w:lang w:val="ru-RU"/>
        </w:rPr>
      </w:pPr>
      <w:r w:rsidRPr="006E228A">
        <w:rPr>
          <w:lang w:val="ru-RU"/>
        </w:rPr>
        <w:t xml:space="preserve">• </w:t>
      </w:r>
      <w:proofErr w:type="spellStart"/>
      <w:r w:rsidRPr="006E228A">
        <w:rPr>
          <w:lang w:val="ru-RU"/>
        </w:rPr>
        <w:t>питання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істотне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значення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репутації</w:t>
      </w:r>
      <w:proofErr w:type="spellEnd"/>
      <w:r w:rsidRPr="006E228A">
        <w:rPr>
          <w:lang w:val="ru-RU"/>
        </w:rPr>
        <w:t xml:space="preserve"> ННЦРМГО, </w:t>
      </w:r>
      <w:proofErr w:type="spellStart"/>
      <w:r w:rsidRPr="006E228A">
        <w:rPr>
          <w:lang w:val="ru-RU"/>
        </w:rPr>
        <w:t>наукового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дисертаційної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науково-дослідної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роботи</w:t>
      </w:r>
      <w:proofErr w:type="spellEnd"/>
      <w:r w:rsidRPr="006E228A">
        <w:rPr>
          <w:lang w:val="ru-RU"/>
        </w:rPr>
        <w:t>.</w:t>
      </w:r>
    </w:p>
    <w:p w14:paraId="3FF676D5" w14:textId="77777777" w:rsidR="003C216C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14.7. </w:t>
      </w:r>
      <w:proofErr w:type="spellStart"/>
      <w:r w:rsidRPr="006E228A">
        <w:rPr>
          <w:lang w:val="ru-RU"/>
        </w:rPr>
        <w:t>Комісія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розглядає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відповідно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Комісію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питань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ННЦРМГО. </w:t>
      </w:r>
      <w:proofErr w:type="spellStart"/>
      <w:r w:rsidRPr="006E228A">
        <w:rPr>
          <w:lang w:val="ru-RU"/>
        </w:rPr>
        <w:t>Висновок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передається</w:t>
      </w:r>
      <w:proofErr w:type="spellEnd"/>
      <w:r w:rsidRPr="006E228A">
        <w:rPr>
          <w:lang w:val="ru-RU"/>
        </w:rPr>
        <w:t xml:space="preserve"> органу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посадовій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особі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уповноваженим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приймати</w:t>
      </w:r>
      <w:proofErr w:type="spellEnd"/>
      <w:r w:rsidRPr="006E228A">
        <w:rPr>
          <w:lang w:val="ru-RU"/>
        </w:rPr>
        <w:t xml:space="preserve"> подальше </w:t>
      </w:r>
      <w:proofErr w:type="spellStart"/>
      <w:r w:rsidRPr="006E228A">
        <w:rPr>
          <w:lang w:val="ru-RU"/>
        </w:rPr>
        <w:t>рішення</w:t>
      </w:r>
      <w:proofErr w:type="spellEnd"/>
      <w:r w:rsidRPr="006E228A">
        <w:rPr>
          <w:lang w:val="ru-RU"/>
        </w:rPr>
        <w:t>.</w:t>
      </w:r>
    </w:p>
    <w:p w14:paraId="11CD6DC8" w14:textId="77777777" w:rsidR="00005A19" w:rsidRPr="006E228A" w:rsidRDefault="00005A19" w:rsidP="00005A19">
      <w:pPr>
        <w:jc w:val="both"/>
        <w:rPr>
          <w:lang w:val="ru-RU"/>
        </w:rPr>
      </w:pPr>
    </w:p>
    <w:p w14:paraId="6D399B93" w14:textId="77777777" w:rsidR="003C216C" w:rsidRPr="006E228A" w:rsidRDefault="00622ACB" w:rsidP="00005A19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t>15. ЗБЕРІГАННЯ МАТЕРІАЛІВ, КОНФІДЕНЦІЙНІСТЬ І ЗАХИСТ ІНФОРМАЦІЇ</w:t>
      </w:r>
    </w:p>
    <w:p w14:paraId="56123A35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15.1.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зберігаються</w:t>
      </w:r>
      <w:proofErr w:type="spellEnd"/>
      <w:r w:rsidRPr="006E228A">
        <w:rPr>
          <w:lang w:val="ru-RU"/>
        </w:rPr>
        <w:t xml:space="preserve"> у порядку, </w:t>
      </w:r>
      <w:proofErr w:type="spellStart"/>
      <w:r w:rsidRPr="006E228A">
        <w:rPr>
          <w:lang w:val="ru-RU"/>
        </w:rPr>
        <w:t>визначеному</w:t>
      </w:r>
      <w:proofErr w:type="spellEnd"/>
      <w:r w:rsidRPr="006E228A">
        <w:rPr>
          <w:lang w:val="ru-RU"/>
        </w:rPr>
        <w:t xml:space="preserve"> ННЦРМГО, з </w:t>
      </w:r>
      <w:proofErr w:type="spellStart"/>
      <w:r w:rsidRPr="006E228A">
        <w:rPr>
          <w:lang w:val="ru-RU"/>
        </w:rPr>
        <w:t>дотриманням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вимог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законодавства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внутрішніх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актів</w:t>
      </w:r>
      <w:proofErr w:type="spellEnd"/>
      <w:r w:rsidRPr="006E228A">
        <w:rPr>
          <w:lang w:val="ru-RU"/>
        </w:rPr>
        <w:t xml:space="preserve"> ННЦРМГО, </w:t>
      </w:r>
      <w:proofErr w:type="spellStart"/>
      <w:r w:rsidRPr="006E228A">
        <w:rPr>
          <w:lang w:val="ru-RU"/>
        </w:rPr>
        <w:t>редакційних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політик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видань</w:t>
      </w:r>
      <w:proofErr w:type="spellEnd"/>
      <w:r w:rsidRPr="006E228A">
        <w:rPr>
          <w:lang w:val="ru-RU"/>
        </w:rPr>
        <w:t xml:space="preserve">, правил </w:t>
      </w:r>
      <w:proofErr w:type="spellStart"/>
      <w:r w:rsidRPr="006E228A">
        <w:rPr>
          <w:lang w:val="ru-RU"/>
        </w:rPr>
        <w:t>дисертаційних</w:t>
      </w:r>
      <w:proofErr w:type="spellEnd"/>
      <w:r w:rsidRPr="006E228A">
        <w:rPr>
          <w:lang w:val="ru-RU"/>
        </w:rPr>
        <w:t xml:space="preserve"> процедур, умов </w:t>
      </w:r>
      <w:proofErr w:type="spellStart"/>
      <w:r w:rsidRPr="006E228A">
        <w:rPr>
          <w:lang w:val="ru-RU"/>
        </w:rPr>
        <w:t>договорів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грантів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дослідницьких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протоколів</w:t>
      </w:r>
      <w:proofErr w:type="spellEnd"/>
      <w:r w:rsidRPr="006E228A">
        <w:rPr>
          <w:lang w:val="ru-RU"/>
        </w:rPr>
        <w:t>.</w:t>
      </w:r>
    </w:p>
    <w:p w14:paraId="144FDAFF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15.2. До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можуть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належати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супровідна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заява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декларації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звіт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довідка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технічну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висновок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змістовного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пояснення</w:t>
      </w:r>
      <w:proofErr w:type="spellEnd"/>
      <w:r w:rsidRPr="006E228A">
        <w:rPr>
          <w:lang w:val="ru-RU"/>
        </w:rPr>
        <w:t xml:space="preserve"> автора, </w:t>
      </w:r>
      <w:proofErr w:type="spellStart"/>
      <w:r w:rsidRPr="006E228A">
        <w:rPr>
          <w:lang w:val="ru-RU"/>
        </w:rPr>
        <w:t>протоколи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висновки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Комісії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листування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додаткові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>.</w:t>
      </w:r>
    </w:p>
    <w:p w14:paraId="56913703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15.3. Доступ до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надається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лише</w:t>
      </w:r>
      <w:proofErr w:type="spellEnd"/>
      <w:r w:rsidRPr="006E228A">
        <w:rPr>
          <w:lang w:val="ru-RU"/>
        </w:rPr>
        <w:t xml:space="preserve"> особам, </w:t>
      </w:r>
      <w:proofErr w:type="spellStart"/>
      <w:r w:rsidRPr="006E228A">
        <w:rPr>
          <w:lang w:val="ru-RU"/>
        </w:rPr>
        <w:t>які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службову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процедурну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правову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підставу</w:t>
      </w:r>
      <w:proofErr w:type="spellEnd"/>
      <w:r w:rsidRPr="006E228A">
        <w:rPr>
          <w:lang w:val="ru-RU"/>
        </w:rPr>
        <w:t xml:space="preserve"> для такого доступу.</w:t>
      </w:r>
    </w:p>
    <w:p w14:paraId="1BF847C8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15.4. </w:t>
      </w:r>
      <w:proofErr w:type="spellStart"/>
      <w:r w:rsidRPr="006E228A">
        <w:rPr>
          <w:lang w:val="ru-RU"/>
        </w:rPr>
        <w:t>Під</w:t>
      </w:r>
      <w:proofErr w:type="spellEnd"/>
      <w:r w:rsidRPr="006E228A">
        <w:rPr>
          <w:lang w:val="ru-RU"/>
        </w:rPr>
        <w:t xml:space="preserve"> час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забороняється</w:t>
      </w:r>
      <w:proofErr w:type="spellEnd"/>
      <w:r w:rsidRPr="006E228A">
        <w:rPr>
          <w:lang w:val="ru-RU"/>
        </w:rPr>
        <w:t xml:space="preserve"> без </w:t>
      </w:r>
      <w:proofErr w:type="spellStart"/>
      <w:r w:rsidRPr="006E228A">
        <w:rPr>
          <w:lang w:val="ru-RU"/>
        </w:rPr>
        <w:t>належних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правових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підстав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розголошувати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персональні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медичну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інформацію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пацієнтів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первинні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досліджень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неопубліковані</w:t>
      </w:r>
      <w:proofErr w:type="spellEnd"/>
      <w:r w:rsidRPr="006E228A">
        <w:rPr>
          <w:lang w:val="ru-RU"/>
        </w:rPr>
        <w:t xml:space="preserve"> рукописи,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рецензування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експертні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висновки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службові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документи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інформацію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обмеженим</w:t>
      </w:r>
      <w:proofErr w:type="spellEnd"/>
      <w:r w:rsidRPr="006E228A">
        <w:rPr>
          <w:lang w:val="ru-RU"/>
        </w:rPr>
        <w:t xml:space="preserve"> доступом.</w:t>
      </w:r>
    </w:p>
    <w:p w14:paraId="1EE68765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15.5. </w:t>
      </w:r>
      <w:proofErr w:type="spellStart"/>
      <w:r w:rsidRPr="006E228A">
        <w:rPr>
          <w:lang w:val="ru-RU"/>
        </w:rPr>
        <w:t>Забороняється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завантажувати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персональні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медичну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інформацію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пацієнтів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первинні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досліджень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неопубліковані</w:t>
      </w:r>
      <w:proofErr w:type="spellEnd"/>
      <w:r w:rsidRPr="006E228A">
        <w:rPr>
          <w:lang w:val="ru-RU"/>
        </w:rPr>
        <w:t xml:space="preserve"> рукописи, </w:t>
      </w:r>
      <w:proofErr w:type="spellStart"/>
      <w:r w:rsidRPr="006E228A">
        <w:rPr>
          <w:lang w:val="ru-RU"/>
        </w:rPr>
        <w:t>дисертаційні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рецензування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експертні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висновки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інформацію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обмеженим</w:t>
      </w:r>
      <w:proofErr w:type="spellEnd"/>
      <w:r w:rsidRPr="006E228A">
        <w:rPr>
          <w:lang w:val="ru-RU"/>
        </w:rPr>
        <w:t xml:space="preserve"> доступом до </w:t>
      </w:r>
      <w:proofErr w:type="spellStart"/>
      <w:r w:rsidRPr="006E228A">
        <w:rPr>
          <w:lang w:val="ru-RU"/>
        </w:rPr>
        <w:t>відкритих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визначених</w:t>
      </w:r>
      <w:proofErr w:type="spellEnd"/>
      <w:r w:rsidRPr="006E228A">
        <w:rPr>
          <w:lang w:val="ru-RU"/>
        </w:rPr>
        <w:t xml:space="preserve"> ННЦРМГО систем ШІ без </w:t>
      </w:r>
      <w:proofErr w:type="spellStart"/>
      <w:r w:rsidRPr="006E228A">
        <w:rPr>
          <w:lang w:val="ru-RU"/>
        </w:rPr>
        <w:t>належних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правових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підстав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дозволів</w:t>
      </w:r>
      <w:proofErr w:type="spellEnd"/>
      <w:r w:rsidRPr="006E228A">
        <w:rPr>
          <w:lang w:val="ru-RU"/>
        </w:rPr>
        <w:t>.</w:t>
      </w:r>
    </w:p>
    <w:p w14:paraId="0CE4E8F7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15.6. У </w:t>
      </w:r>
      <w:proofErr w:type="spellStart"/>
      <w:r w:rsidRPr="006E228A">
        <w:rPr>
          <w:lang w:val="ru-RU"/>
        </w:rPr>
        <w:t>разі</w:t>
      </w:r>
      <w:proofErr w:type="spellEnd"/>
      <w:r w:rsidRPr="006E228A">
        <w:rPr>
          <w:lang w:val="ru-RU"/>
        </w:rPr>
        <w:t xml:space="preserve"> потреби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зовнішнього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програмного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засобу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містять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інформацію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обмеженим</w:t>
      </w:r>
      <w:proofErr w:type="spellEnd"/>
      <w:r w:rsidRPr="006E228A">
        <w:rPr>
          <w:lang w:val="ru-RU"/>
        </w:rPr>
        <w:t xml:space="preserve"> доступом, </w:t>
      </w:r>
      <w:proofErr w:type="spellStart"/>
      <w:r w:rsidRPr="006E228A">
        <w:rPr>
          <w:lang w:val="ru-RU"/>
        </w:rPr>
        <w:t>відповідальна</w:t>
      </w:r>
      <w:proofErr w:type="spellEnd"/>
      <w:r w:rsidRPr="006E228A">
        <w:rPr>
          <w:lang w:val="ru-RU"/>
        </w:rPr>
        <w:t xml:space="preserve"> особа </w:t>
      </w:r>
      <w:proofErr w:type="spellStart"/>
      <w:r w:rsidRPr="006E228A">
        <w:rPr>
          <w:lang w:val="ru-RU"/>
        </w:rPr>
        <w:t>має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переконатися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таке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порушує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вимог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законодавства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договорів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етичних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дозволів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дослідницьких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протоколів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редакційної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політики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внутрішніх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актів</w:t>
      </w:r>
      <w:proofErr w:type="spellEnd"/>
      <w:r w:rsidRPr="006E228A">
        <w:rPr>
          <w:lang w:val="ru-RU"/>
        </w:rPr>
        <w:t xml:space="preserve"> ННЦРМГО.</w:t>
      </w:r>
    </w:p>
    <w:p w14:paraId="44C9F2D8" w14:textId="77777777" w:rsidR="003C216C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15.7. Строк </w:t>
      </w:r>
      <w:proofErr w:type="spellStart"/>
      <w:r w:rsidRPr="006E228A">
        <w:rPr>
          <w:lang w:val="ru-RU"/>
        </w:rPr>
        <w:t>зберігання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визначається</w:t>
      </w:r>
      <w:proofErr w:type="spellEnd"/>
      <w:r w:rsidRPr="006E228A">
        <w:rPr>
          <w:lang w:val="ru-RU"/>
        </w:rPr>
        <w:t xml:space="preserve"> номенклатурою справ, правилами </w:t>
      </w:r>
      <w:proofErr w:type="spellStart"/>
      <w:r w:rsidRPr="006E228A">
        <w:rPr>
          <w:lang w:val="ru-RU"/>
        </w:rPr>
        <w:t>діловодства</w:t>
      </w:r>
      <w:proofErr w:type="spellEnd"/>
      <w:r w:rsidRPr="006E228A">
        <w:rPr>
          <w:lang w:val="ru-RU"/>
        </w:rPr>
        <w:t xml:space="preserve"> ННЦРМГО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внутрішнім</w:t>
      </w:r>
      <w:proofErr w:type="spellEnd"/>
      <w:r w:rsidRPr="006E228A">
        <w:rPr>
          <w:lang w:val="ru-RU"/>
        </w:rPr>
        <w:t xml:space="preserve"> актом,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спеціальна</w:t>
      </w:r>
      <w:proofErr w:type="spellEnd"/>
      <w:r w:rsidRPr="006E228A">
        <w:rPr>
          <w:lang w:val="ru-RU"/>
        </w:rPr>
        <w:t xml:space="preserve"> процедура не </w:t>
      </w:r>
      <w:proofErr w:type="spellStart"/>
      <w:r w:rsidRPr="006E228A">
        <w:rPr>
          <w:lang w:val="ru-RU"/>
        </w:rPr>
        <w:t>встановлює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інше</w:t>
      </w:r>
      <w:proofErr w:type="spellEnd"/>
      <w:r w:rsidRPr="006E228A">
        <w:rPr>
          <w:lang w:val="ru-RU"/>
        </w:rPr>
        <w:t>.</w:t>
      </w:r>
    </w:p>
    <w:p w14:paraId="7A5F4170" w14:textId="77777777" w:rsidR="00005A19" w:rsidRPr="006E228A" w:rsidRDefault="00005A19" w:rsidP="00005A19">
      <w:pPr>
        <w:jc w:val="both"/>
        <w:rPr>
          <w:lang w:val="ru-RU"/>
        </w:rPr>
      </w:pPr>
    </w:p>
    <w:p w14:paraId="12761B45" w14:textId="77777777" w:rsidR="003C216C" w:rsidRPr="006E228A" w:rsidRDefault="00622ACB" w:rsidP="00005A19">
      <w:pPr>
        <w:pStyle w:val="Heading1Custom"/>
        <w:spacing w:after="240" w:line="259" w:lineRule="auto"/>
        <w:jc w:val="center"/>
        <w:rPr>
          <w:lang w:val="ru-RU"/>
        </w:rPr>
      </w:pPr>
      <w:r w:rsidRPr="006E228A">
        <w:rPr>
          <w:lang w:val="ru-RU"/>
        </w:rPr>
        <w:lastRenderedPageBreak/>
        <w:t>16. ПРИКІНЦЕВІ ПОЛОЖЕННЯ</w:t>
      </w:r>
    </w:p>
    <w:p w14:paraId="5800CE87" w14:textId="225D24F1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16.1. </w:t>
      </w:r>
      <w:proofErr w:type="spellStart"/>
      <w:r w:rsidRPr="006E228A">
        <w:rPr>
          <w:lang w:val="ru-RU"/>
        </w:rPr>
        <w:t>Це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затверджується</w:t>
      </w:r>
      <w:proofErr w:type="spellEnd"/>
      <w:r w:rsidRPr="006E228A">
        <w:rPr>
          <w:lang w:val="ru-RU"/>
        </w:rPr>
        <w:t xml:space="preserve"> </w:t>
      </w:r>
      <w:proofErr w:type="spellStart"/>
      <w:r w:rsidR="00005A19">
        <w:rPr>
          <w:lang w:val="ru-RU"/>
        </w:rPr>
        <w:t>в</w:t>
      </w:r>
      <w:r w:rsidRPr="006E228A">
        <w:rPr>
          <w:lang w:val="ru-RU"/>
        </w:rPr>
        <w:t>ченою</w:t>
      </w:r>
      <w:proofErr w:type="spellEnd"/>
      <w:r w:rsidRPr="006E228A">
        <w:rPr>
          <w:lang w:val="ru-RU"/>
        </w:rPr>
        <w:t xml:space="preserve"> радою ННЦРМГО та вводиться в </w:t>
      </w:r>
      <w:proofErr w:type="spellStart"/>
      <w:r w:rsidRPr="006E228A">
        <w:rPr>
          <w:lang w:val="ru-RU"/>
        </w:rPr>
        <w:t>дію</w:t>
      </w:r>
      <w:proofErr w:type="spellEnd"/>
      <w:r w:rsidRPr="006E228A">
        <w:rPr>
          <w:lang w:val="ru-RU"/>
        </w:rPr>
        <w:t xml:space="preserve"> наказом генерального директора ННЦРМГО.</w:t>
      </w:r>
    </w:p>
    <w:p w14:paraId="31FFEE2E" w14:textId="56094944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16.2. </w:t>
      </w:r>
      <w:proofErr w:type="spellStart"/>
      <w:r w:rsidRPr="006E228A">
        <w:rPr>
          <w:lang w:val="ru-RU"/>
        </w:rPr>
        <w:t>Зміни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доповнення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цього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вносяться</w:t>
      </w:r>
      <w:proofErr w:type="spellEnd"/>
      <w:r w:rsidRPr="006E228A">
        <w:rPr>
          <w:lang w:val="ru-RU"/>
        </w:rPr>
        <w:t xml:space="preserve"> за </w:t>
      </w:r>
      <w:proofErr w:type="spellStart"/>
      <w:r w:rsidRPr="006E228A">
        <w:rPr>
          <w:lang w:val="ru-RU"/>
        </w:rPr>
        <w:t>рішенням</w:t>
      </w:r>
      <w:proofErr w:type="spellEnd"/>
      <w:r w:rsidRPr="006E228A">
        <w:rPr>
          <w:lang w:val="ru-RU"/>
        </w:rPr>
        <w:t xml:space="preserve"> </w:t>
      </w:r>
      <w:proofErr w:type="spellStart"/>
      <w:r w:rsidR="00005A19">
        <w:rPr>
          <w:lang w:val="ru-RU"/>
        </w:rPr>
        <w:t>в</w:t>
      </w:r>
      <w:r w:rsidRPr="006E228A">
        <w:rPr>
          <w:lang w:val="ru-RU"/>
        </w:rPr>
        <w:t>ченої</w:t>
      </w:r>
      <w:proofErr w:type="spellEnd"/>
      <w:r w:rsidRPr="006E228A">
        <w:rPr>
          <w:lang w:val="ru-RU"/>
        </w:rPr>
        <w:t xml:space="preserve"> ради ННЦРМГО та </w:t>
      </w:r>
      <w:proofErr w:type="spellStart"/>
      <w:r w:rsidRPr="006E228A">
        <w:rPr>
          <w:lang w:val="ru-RU"/>
        </w:rPr>
        <w:t>вводяться</w:t>
      </w:r>
      <w:proofErr w:type="spellEnd"/>
      <w:r w:rsidRPr="006E228A">
        <w:rPr>
          <w:lang w:val="ru-RU"/>
        </w:rPr>
        <w:t xml:space="preserve"> в </w:t>
      </w:r>
      <w:proofErr w:type="spellStart"/>
      <w:r w:rsidRPr="006E228A">
        <w:rPr>
          <w:lang w:val="ru-RU"/>
        </w:rPr>
        <w:t>дію</w:t>
      </w:r>
      <w:proofErr w:type="spellEnd"/>
      <w:r w:rsidRPr="006E228A">
        <w:rPr>
          <w:lang w:val="ru-RU"/>
        </w:rPr>
        <w:t xml:space="preserve"> наказом генерального директора ННЦРМГО,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інше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передбачено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законодавством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внутрішніми</w:t>
      </w:r>
      <w:proofErr w:type="spellEnd"/>
      <w:r w:rsidRPr="006E228A">
        <w:rPr>
          <w:lang w:val="ru-RU"/>
        </w:rPr>
        <w:t xml:space="preserve"> актами ННЦРМГО.</w:t>
      </w:r>
    </w:p>
    <w:p w14:paraId="42612C15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16.3. </w:t>
      </w:r>
      <w:proofErr w:type="spellStart"/>
      <w:r w:rsidRPr="006E228A">
        <w:rPr>
          <w:lang w:val="ru-RU"/>
        </w:rPr>
        <w:t>Це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підлягає</w:t>
      </w:r>
      <w:proofErr w:type="spellEnd"/>
      <w:r w:rsidRPr="006E228A">
        <w:rPr>
          <w:lang w:val="ru-RU"/>
        </w:rPr>
        <w:t xml:space="preserve"> перегляду у </w:t>
      </w:r>
      <w:proofErr w:type="spellStart"/>
      <w:r w:rsidRPr="006E228A">
        <w:rPr>
          <w:lang w:val="ru-RU"/>
        </w:rPr>
        <w:t>разі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зміни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законодавства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внутрішніх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актів</w:t>
      </w:r>
      <w:proofErr w:type="spellEnd"/>
      <w:r w:rsidRPr="006E228A">
        <w:rPr>
          <w:lang w:val="ru-RU"/>
        </w:rPr>
        <w:t xml:space="preserve"> ННЦРМГО, </w:t>
      </w:r>
      <w:proofErr w:type="spellStart"/>
      <w:r w:rsidRPr="006E228A">
        <w:rPr>
          <w:lang w:val="ru-RU"/>
        </w:rPr>
        <w:t>редакційних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політик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наукових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видань</w:t>
      </w:r>
      <w:proofErr w:type="spellEnd"/>
      <w:r w:rsidRPr="006E228A">
        <w:rPr>
          <w:lang w:val="ru-RU"/>
        </w:rPr>
        <w:t xml:space="preserve">, правил </w:t>
      </w:r>
      <w:proofErr w:type="spellStart"/>
      <w:r w:rsidRPr="006E228A">
        <w:rPr>
          <w:lang w:val="ru-RU"/>
        </w:rPr>
        <w:t>дисертаційних</w:t>
      </w:r>
      <w:proofErr w:type="spellEnd"/>
      <w:r w:rsidRPr="006E228A">
        <w:rPr>
          <w:lang w:val="ru-RU"/>
        </w:rPr>
        <w:t xml:space="preserve"> процедур, </w:t>
      </w:r>
      <w:proofErr w:type="spellStart"/>
      <w:r w:rsidRPr="006E228A">
        <w:rPr>
          <w:lang w:val="ru-RU"/>
        </w:rPr>
        <w:t>рекомендацій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уповноважених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органів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міжнародної</w:t>
      </w:r>
      <w:proofErr w:type="spellEnd"/>
      <w:r w:rsidRPr="006E228A">
        <w:rPr>
          <w:lang w:val="ru-RU"/>
        </w:rPr>
        <w:t xml:space="preserve"> практики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публікаційної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етики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розвитку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технологій</w:t>
      </w:r>
      <w:proofErr w:type="spellEnd"/>
      <w:r w:rsidRPr="006E228A">
        <w:rPr>
          <w:lang w:val="ru-RU"/>
        </w:rPr>
        <w:t xml:space="preserve"> ШІ.</w:t>
      </w:r>
    </w:p>
    <w:p w14:paraId="24E50583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16.4. </w:t>
      </w:r>
      <w:proofErr w:type="spellStart"/>
      <w:r w:rsidRPr="006E228A">
        <w:rPr>
          <w:lang w:val="ru-RU"/>
        </w:rPr>
        <w:t>Питання</w:t>
      </w:r>
      <w:proofErr w:type="spellEnd"/>
      <w:r w:rsidRPr="006E228A">
        <w:rPr>
          <w:lang w:val="ru-RU"/>
        </w:rPr>
        <w:t xml:space="preserve">, не </w:t>
      </w:r>
      <w:proofErr w:type="spellStart"/>
      <w:r w:rsidRPr="006E228A">
        <w:rPr>
          <w:lang w:val="ru-RU"/>
        </w:rPr>
        <w:t>врегульовані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цим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Положенням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вирішуються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відповідно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законодавства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України</w:t>
      </w:r>
      <w:proofErr w:type="spellEnd"/>
      <w:r w:rsidRPr="006E228A">
        <w:rPr>
          <w:lang w:val="ru-RU"/>
        </w:rPr>
        <w:t xml:space="preserve">, Статуту ННЦРМГО,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академічну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доброчесність</w:t>
      </w:r>
      <w:proofErr w:type="spellEnd"/>
      <w:r w:rsidRPr="006E228A">
        <w:rPr>
          <w:lang w:val="ru-RU"/>
        </w:rPr>
        <w:t xml:space="preserve"> у ННЦРМГО,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Комісію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питань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ННЦРМГО,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технологій</w:t>
      </w:r>
      <w:proofErr w:type="spellEnd"/>
      <w:r w:rsidRPr="006E228A">
        <w:rPr>
          <w:lang w:val="ru-RU"/>
        </w:rPr>
        <w:t xml:space="preserve"> штучного </w:t>
      </w:r>
      <w:proofErr w:type="spellStart"/>
      <w:r w:rsidRPr="006E228A">
        <w:rPr>
          <w:lang w:val="ru-RU"/>
        </w:rPr>
        <w:t>інтелекту</w:t>
      </w:r>
      <w:proofErr w:type="spellEnd"/>
      <w:r w:rsidRPr="006E228A">
        <w:rPr>
          <w:lang w:val="ru-RU"/>
        </w:rPr>
        <w:t xml:space="preserve"> в </w:t>
      </w:r>
      <w:proofErr w:type="spellStart"/>
      <w:r w:rsidRPr="006E228A">
        <w:rPr>
          <w:lang w:val="ru-RU"/>
        </w:rPr>
        <w:t>освітній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науковій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редакційній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експертній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діяльності</w:t>
      </w:r>
      <w:proofErr w:type="spellEnd"/>
      <w:r w:rsidRPr="006E228A">
        <w:rPr>
          <w:lang w:val="ru-RU"/>
        </w:rPr>
        <w:t xml:space="preserve"> ННЦРМГО та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внутрішніх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актів</w:t>
      </w:r>
      <w:proofErr w:type="spellEnd"/>
      <w:r w:rsidRPr="006E228A">
        <w:rPr>
          <w:lang w:val="ru-RU"/>
        </w:rPr>
        <w:t xml:space="preserve"> ННЦРМГО.</w:t>
      </w:r>
    </w:p>
    <w:p w14:paraId="01112AF1" w14:textId="77777777" w:rsidR="003C216C" w:rsidRPr="006E228A" w:rsidRDefault="00622ACB" w:rsidP="00005A19">
      <w:pPr>
        <w:jc w:val="both"/>
        <w:rPr>
          <w:lang w:val="ru-RU"/>
        </w:rPr>
      </w:pPr>
      <w:r w:rsidRPr="006E228A">
        <w:rPr>
          <w:lang w:val="ru-RU"/>
        </w:rPr>
        <w:t xml:space="preserve">16.5. </w:t>
      </w:r>
      <w:proofErr w:type="spellStart"/>
      <w:r w:rsidRPr="006E228A">
        <w:rPr>
          <w:lang w:val="ru-RU"/>
        </w:rPr>
        <w:t>Додатки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цього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Положення</w:t>
      </w:r>
      <w:proofErr w:type="spellEnd"/>
      <w:r w:rsidRPr="006E228A">
        <w:rPr>
          <w:lang w:val="ru-RU"/>
        </w:rPr>
        <w:t xml:space="preserve"> є </w:t>
      </w:r>
      <w:proofErr w:type="spellStart"/>
      <w:r w:rsidRPr="006E228A">
        <w:rPr>
          <w:lang w:val="ru-RU"/>
        </w:rPr>
        <w:t>його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складовою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частиною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можуть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використовуватися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паперовій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електронній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формі</w:t>
      </w:r>
      <w:proofErr w:type="spellEnd"/>
      <w:r w:rsidRPr="006E228A">
        <w:rPr>
          <w:lang w:val="ru-RU"/>
        </w:rPr>
        <w:t>.</w:t>
      </w:r>
    </w:p>
    <w:p w14:paraId="0AA90372" w14:textId="77777777" w:rsidR="003C216C" w:rsidRPr="006E228A" w:rsidRDefault="00622ACB">
      <w:pPr>
        <w:rPr>
          <w:lang w:val="ru-RU"/>
        </w:rPr>
      </w:pPr>
      <w:r w:rsidRPr="006E228A">
        <w:rPr>
          <w:lang w:val="ru-RU"/>
        </w:rPr>
        <w:br/>
      </w:r>
    </w:p>
    <w:p w14:paraId="10F5E01E" w14:textId="77777777" w:rsidR="006E228A" w:rsidRDefault="006E228A">
      <w:pPr>
        <w:spacing w:after="200" w:line="276" w:lineRule="auto"/>
        <w:rPr>
          <w:b/>
          <w:lang w:val="ru-RU"/>
        </w:rPr>
      </w:pPr>
      <w:r>
        <w:rPr>
          <w:lang w:val="ru-RU"/>
        </w:rPr>
        <w:br w:type="page"/>
      </w:r>
    </w:p>
    <w:p w14:paraId="43A3AA9D" w14:textId="5DB388F5" w:rsidR="003C216C" w:rsidRPr="006E228A" w:rsidRDefault="00622ACB">
      <w:pPr>
        <w:pStyle w:val="Heading1Custom"/>
        <w:spacing w:line="259" w:lineRule="auto"/>
        <w:jc w:val="center"/>
        <w:rPr>
          <w:lang w:val="ru-RU"/>
        </w:rPr>
      </w:pPr>
      <w:r w:rsidRPr="006E228A">
        <w:rPr>
          <w:lang w:val="ru-RU"/>
        </w:rPr>
        <w:lastRenderedPageBreak/>
        <w:t>ДОДАТКИ</w:t>
      </w:r>
    </w:p>
    <w:p w14:paraId="78D524B5" w14:textId="77777777" w:rsidR="003C216C" w:rsidRPr="006E228A" w:rsidRDefault="00622ACB">
      <w:pPr>
        <w:jc w:val="right"/>
        <w:rPr>
          <w:lang w:val="ru-RU"/>
        </w:rPr>
      </w:pPr>
      <w:proofErr w:type="spellStart"/>
      <w:r w:rsidRPr="006E228A">
        <w:rPr>
          <w:b/>
          <w:lang w:val="ru-RU"/>
        </w:rPr>
        <w:t>Додаток</w:t>
      </w:r>
      <w:proofErr w:type="spellEnd"/>
      <w:r w:rsidRPr="006E228A">
        <w:rPr>
          <w:b/>
          <w:lang w:val="ru-RU"/>
        </w:rPr>
        <w:t xml:space="preserve"> 1</w:t>
      </w:r>
    </w:p>
    <w:p w14:paraId="23EE29D8" w14:textId="70171B39" w:rsidR="003C216C" w:rsidRPr="006E228A" w:rsidRDefault="00622ACB">
      <w:pPr>
        <w:jc w:val="right"/>
        <w:rPr>
          <w:lang w:val="ru-RU"/>
        </w:rPr>
      </w:pPr>
      <w:r w:rsidRPr="006E228A">
        <w:rPr>
          <w:sz w:val="20"/>
          <w:lang w:val="ru-RU"/>
        </w:rPr>
        <w:t xml:space="preserve">до </w:t>
      </w:r>
      <w:proofErr w:type="spellStart"/>
      <w:r w:rsidRPr="006E228A">
        <w:rPr>
          <w:sz w:val="20"/>
          <w:lang w:val="ru-RU"/>
        </w:rPr>
        <w:t>Положення</w:t>
      </w:r>
      <w:proofErr w:type="spellEnd"/>
      <w:r w:rsidRPr="006E228A">
        <w:rPr>
          <w:sz w:val="20"/>
          <w:lang w:val="ru-RU"/>
        </w:rPr>
        <w:t xml:space="preserve"> про порядок </w:t>
      </w:r>
      <w:proofErr w:type="spellStart"/>
      <w:r w:rsidRPr="006E228A">
        <w:rPr>
          <w:sz w:val="20"/>
          <w:lang w:val="ru-RU"/>
        </w:rPr>
        <w:t>перевірки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академічних</w:t>
      </w:r>
      <w:proofErr w:type="spellEnd"/>
      <w:r w:rsidRPr="006E228A">
        <w:rPr>
          <w:sz w:val="20"/>
          <w:lang w:val="ru-RU"/>
        </w:rPr>
        <w:t xml:space="preserve"> </w:t>
      </w:r>
      <w:r w:rsidR="00CC28D6">
        <w:rPr>
          <w:sz w:val="20"/>
          <w:lang w:val="ru-RU"/>
        </w:rPr>
        <w:br/>
      </w:r>
      <w:proofErr w:type="spellStart"/>
      <w:r w:rsidRPr="006E228A">
        <w:rPr>
          <w:sz w:val="20"/>
          <w:lang w:val="ru-RU"/>
        </w:rPr>
        <w:t>творів</w:t>
      </w:r>
      <w:proofErr w:type="spellEnd"/>
      <w:r w:rsidRPr="006E228A">
        <w:rPr>
          <w:sz w:val="20"/>
          <w:lang w:val="ru-RU"/>
        </w:rPr>
        <w:t xml:space="preserve"> на </w:t>
      </w:r>
      <w:proofErr w:type="spellStart"/>
      <w:r w:rsidRPr="006E228A">
        <w:rPr>
          <w:sz w:val="20"/>
          <w:lang w:val="ru-RU"/>
        </w:rPr>
        <w:t>наявність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ознак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плагіату</w:t>
      </w:r>
      <w:proofErr w:type="spellEnd"/>
      <w:r w:rsidRPr="006E228A">
        <w:rPr>
          <w:sz w:val="20"/>
          <w:lang w:val="ru-RU"/>
        </w:rPr>
        <w:t xml:space="preserve"> </w:t>
      </w:r>
      <w:r w:rsidR="00CC28D6"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та </w:t>
      </w:r>
      <w:proofErr w:type="spellStart"/>
      <w:r w:rsidRPr="006E228A">
        <w:rPr>
          <w:sz w:val="20"/>
          <w:lang w:val="ru-RU"/>
        </w:rPr>
        <w:t>недоброчесного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використання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технологій</w:t>
      </w:r>
      <w:proofErr w:type="spellEnd"/>
      <w:r w:rsidRPr="006E228A">
        <w:rPr>
          <w:sz w:val="20"/>
          <w:lang w:val="ru-RU"/>
        </w:rPr>
        <w:t xml:space="preserve"> </w:t>
      </w:r>
      <w:r w:rsidR="00CC28D6"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штучного </w:t>
      </w:r>
      <w:proofErr w:type="spellStart"/>
      <w:r w:rsidRPr="006E228A">
        <w:rPr>
          <w:sz w:val="20"/>
          <w:lang w:val="ru-RU"/>
        </w:rPr>
        <w:t>інтелекту</w:t>
      </w:r>
      <w:proofErr w:type="spellEnd"/>
      <w:r w:rsidRPr="006E228A">
        <w:rPr>
          <w:sz w:val="20"/>
          <w:lang w:val="ru-RU"/>
        </w:rPr>
        <w:t xml:space="preserve"> в ННЦРМГО</w:t>
      </w:r>
    </w:p>
    <w:p w14:paraId="708CBE5E" w14:textId="77777777" w:rsidR="00CC28D6" w:rsidRDefault="00CC28D6">
      <w:pPr>
        <w:jc w:val="center"/>
        <w:rPr>
          <w:b/>
          <w:lang w:val="ru-RU"/>
        </w:rPr>
      </w:pPr>
    </w:p>
    <w:p w14:paraId="02C80124" w14:textId="4B9A110B" w:rsidR="003C216C" w:rsidRPr="006E228A" w:rsidRDefault="00622ACB">
      <w:pPr>
        <w:jc w:val="center"/>
        <w:rPr>
          <w:lang w:val="ru-RU"/>
        </w:rPr>
      </w:pPr>
      <w:r w:rsidRPr="006E228A">
        <w:rPr>
          <w:b/>
          <w:lang w:val="ru-RU"/>
        </w:rPr>
        <w:t>ФОРМА СУПРОВІДНОЇ ЗАЯВИ</w:t>
      </w:r>
      <w:r w:rsidRPr="006E228A">
        <w:rPr>
          <w:b/>
          <w:lang w:val="ru-RU"/>
        </w:rPr>
        <w:br/>
        <w:t xml:space="preserve">на </w:t>
      </w:r>
      <w:proofErr w:type="spellStart"/>
      <w:r w:rsidRPr="006E228A">
        <w:rPr>
          <w:b/>
          <w:lang w:val="ru-RU"/>
        </w:rPr>
        <w:t>перевірку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академічного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твору</w:t>
      </w:r>
      <w:proofErr w:type="spellEnd"/>
    </w:p>
    <w:p w14:paraId="4DE061FF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 xml:space="preserve">ПІБ автора / </w:t>
      </w:r>
      <w:proofErr w:type="spellStart"/>
      <w:r w:rsidRPr="006E228A">
        <w:rPr>
          <w:sz w:val="22"/>
          <w:lang w:val="ru-RU"/>
        </w:rPr>
        <w:t>відповідального</w:t>
      </w:r>
      <w:proofErr w:type="spellEnd"/>
      <w:r w:rsidRPr="006E228A">
        <w:rPr>
          <w:sz w:val="22"/>
          <w:lang w:val="ru-RU"/>
        </w:rPr>
        <w:t xml:space="preserve"> автора: _____________________________________________________________________________________</w:t>
      </w:r>
    </w:p>
    <w:p w14:paraId="341C5C04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>Посада / статус: _____________________________________________________________________________________</w:t>
      </w:r>
    </w:p>
    <w:p w14:paraId="3F02D0E8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Структурний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підрозділ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6A152ABF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Контактні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дані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4915D2C1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Назва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академічного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твору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65430922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 xml:space="preserve">Вид </w:t>
      </w:r>
      <w:proofErr w:type="spellStart"/>
      <w:r w:rsidRPr="006E228A">
        <w:rPr>
          <w:sz w:val="22"/>
          <w:lang w:val="ru-RU"/>
        </w:rPr>
        <w:t>академічного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твору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57C24114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 xml:space="preserve">Мета </w:t>
      </w:r>
      <w:proofErr w:type="spellStart"/>
      <w:r w:rsidRPr="006E228A">
        <w:rPr>
          <w:sz w:val="22"/>
          <w:lang w:val="ru-RU"/>
        </w:rPr>
        <w:t>подання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52479367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подання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наукового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видання</w:t>
      </w:r>
      <w:proofErr w:type="spellEnd"/>
    </w:p>
    <w:p w14:paraId="1EEEA8EB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рекомендація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друку</w:t>
      </w:r>
      <w:proofErr w:type="spellEnd"/>
    </w:p>
    <w:p w14:paraId="44D2F253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дисертаційна</w:t>
      </w:r>
      <w:proofErr w:type="spellEnd"/>
      <w:r w:rsidRPr="006E228A">
        <w:rPr>
          <w:lang w:val="ru-RU"/>
        </w:rPr>
        <w:t xml:space="preserve"> процедура</w:t>
      </w:r>
    </w:p>
    <w:p w14:paraId="6BA72168" w14:textId="3D709611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розгляд</w:t>
      </w:r>
      <w:proofErr w:type="spellEnd"/>
      <w:r w:rsidRPr="006E228A">
        <w:rPr>
          <w:lang w:val="ru-RU"/>
        </w:rPr>
        <w:t xml:space="preserve"> </w:t>
      </w:r>
      <w:proofErr w:type="spellStart"/>
      <w:r w:rsidR="00005A19">
        <w:rPr>
          <w:lang w:val="ru-RU"/>
        </w:rPr>
        <w:t>в</w:t>
      </w:r>
      <w:r w:rsidRPr="006E228A">
        <w:rPr>
          <w:lang w:val="ru-RU"/>
        </w:rPr>
        <w:t>ченою</w:t>
      </w:r>
      <w:proofErr w:type="spellEnd"/>
      <w:r w:rsidRPr="006E228A">
        <w:rPr>
          <w:lang w:val="ru-RU"/>
        </w:rPr>
        <w:t xml:space="preserve"> радою</w:t>
      </w:r>
    </w:p>
    <w:p w14:paraId="05B98906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звіт</w:t>
      </w:r>
      <w:proofErr w:type="spellEnd"/>
      <w:r w:rsidRPr="006E228A">
        <w:rPr>
          <w:lang w:val="ru-RU"/>
        </w:rPr>
        <w:t xml:space="preserve"> про </w:t>
      </w:r>
      <w:proofErr w:type="spellStart"/>
      <w:r w:rsidRPr="006E228A">
        <w:rPr>
          <w:lang w:val="ru-RU"/>
        </w:rPr>
        <w:t>виконання</w:t>
      </w:r>
      <w:proofErr w:type="spellEnd"/>
      <w:r w:rsidRPr="006E228A">
        <w:rPr>
          <w:lang w:val="ru-RU"/>
        </w:rPr>
        <w:t xml:space="preserve"> НДР</w:t>
      </w:r>
    </w:p>
    <w:p w14:paraId="39CA5092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інше</w:t>
      </w:r>
      <w:proofErr w:type="spellEnd"/>
    </w:p>
    <w:p w14:paraId="2181BD05" w14:textId="77777777" w:rsidR="003C216C" w:rsidRPr="006E228A" w:rsidRDefault="00622ACB">
      <w:pPr>
        <w:rPr>
          <w:lang w:val="ru-RU"/>
        </w:rPr>
      </w:pPr>
      <w:r w:rsidRPr="006E228A">
        <w:rPr>
          <w:lang w:val="ru-RU"/>
        </w:rPr>
        <w:t xml:space="preserve">Прошу провести </w:t>
      </w:r>
      <w:proofErr w:type="spellStart"/>
      <w:r w:rsidRPr="006E228A">
        <w:rPr>
          <w:lang w:val="ru-RU"/>
        </w:rPr>
        <w:t>перевірку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наявність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текстових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збігів</w:t>
      </w:r>
      <w:proofErr w:type="spellEnd"/>
      <w:r w:rsidRPr="006E228A">
        <w:rPr>
          <w:lang w:val="ru-RU"/>
        </w:rPr>
        <w:t xml:space="preserve"> / </w:t>
      </w:r>
      <w:proofErr w:type="spellStart"/>
      <w:r w:rsidRPr="006E228A">
        <w:rPr>
          <w:lang w:val="ru-RU"/>
        </w:rPr>
        <w:t>ідентичності</w:t>
      </w:r>
      <w:proofErr w:type="spellEnd"/>
      <w:r w:rsidRPr="006E228A">
        <w:rPr>
          <w:lang w:val="ru-RU"/>
        </w:rPr>
        <w:t xml:space="preserve"> / </w:t>
      </w:r>
      <w:proofErr w:type="spellStart"/>
      <w:r w:rsidRPr="006E228A">
        <w:rPr>
          <w:lang w:val="ru-RU"/>
        </w:rPr>
        <w:t>схожості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ознак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плагіату</w:t>
      </w:r>
      <w:proofErr w:type="spellEnd"/>
      <w:r w:rsidRPr="006E228A">
        <w:rPr>
          <w:lang w:val="ru-RU"/>
        </w:rPr>
        <w:t xml:space="preserve"> та, за потреби, </w:t>
      </w:r>
      <w:proofErr w:type="spellStart"/>
      <w:r w:rsidRPr="006E228A">
        <w:rPr>
          <w:lang w:val="ru-RU"/>
        </w:rPr>
        <w:t>ознак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недоброчесного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технологій</w:t>
      </w:r>
      <w:proofErr w:type="spellEnd"/>
      <w:r w:rsidRPr="006E228A">
        <w:rPr>
          <w:lang w:val="ru-RU"/>
        </w:rPr>
        <w:t xml:space="preserve"> штучного </w:t>
      </w:r>
      <w:proofErr w:type="spellStart"/>
      <w:r w:rsidRPr="006E228A">
        <w:rPr>
          <w:lang w:val="ru-RU"/>
        </w:rPr>
        <w:t>інтелекту</w:t>
      </w:r>
      <w:proofErr w:type="spellEnd"/>
      <w:r w:rsidRPr="006E228A">
        <w:rPr>
          <w:lang w:val="ru-RU"/>
        </w:rPr>
        <w:t>.</w:t>
      </w:r>
    </w:p>
    <w:p w14:paraId="093D2357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lang w:val="ru-RU"/>
        </w:rPr>
        <w:t>Підтверджую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поданий</w:t>
      </w:r>
      <w:proofErr w:type="spellEnd"/>
      <w:r w:rsidRPr="006E228A">
        <w:rPr>
          <w:lang w:val="ru-RU"/>
        </w:rPr>
        <w:t xml:space="preserve"> файл </w:t>
      </w:r>
      <w:proofErr w:type="spellStart"/>
      <w:r w:rsidRPr="006E228A">
        <w:rPr>
          <w:lang w:val="ru-RU"/>
        </w:rPr>
        <w:t>відповідає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редакції</w:t>
      </w:r>
      <w:proofErr w:type="spellEnd"/>
      <w:r w:rsidRPr="006E228A">
        <w:rPr>
          <w:lang w:val="ru-RU"/>
        </w:rPr>
        <w:t xml:space="preserve">, яка </w:t>
      </w:r>
      <w:proofErr w:type="spellStart"/>
      <w:r w:rsidRPr="006E228A">
        <w:rPr>
          <w:lang w:val="ru-RU"/>
        </w:rPr>
        <w:t>подається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відповідної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процедури</w:t>
      </w:r>
      <w:proofErr w:type="spellEnd"/>
      <w:r w:rsidRPr="006E228A">
        <w:rPr>
          <w:lang w:val="ru-RU"/>
        </w:rPr>
        <w:t xml:space="preserve">, і не </w:t>
      </w:r>
      <w:proofErr w:type="spellStart"/>
      <w:r w:rsidRPr="006E228A">
        <w:rPr>
          <w:lang w:val="ru-RU"/>
        </w:rPr>
        <w:t>містить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засобів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приховування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текстових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збігів</w:t>
      </w:r>
      <w:proofErr w:type="spellEnd"/>
      <w:r w:rsidRPr="006E228A">
        <w:rPr>
          <w:lang w:val="ru-RU"/>
        </w:rPr>
        <w:t>.</w:t>
      </w:r>
    </w:p>
    <w:p w14:paraId="09816EC4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Перелік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доданих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файлів</w:t>
      </w:r>
      <w:proofErr w:type="spellEnd"/>
      <w:r w:rsidRPr="006E228A">
        <w:rPr>
          <w:sz w:val="22"/>
          <w:lang w:val="ru-RU"/>
        </w:rPr>
        <w:t xml:space="preserve"> / </w:t>
      </w:r>
      <w:proofErr w:type="spellStart"/>
      <w:r w:rsidRPr="006E228A">
        <w:rPr>
          <w:sz w:val="22"/>
          <w:lang w:val="ru-RU"/>
        </w:rPr>
        <w:t>матеріалів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4583047C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>Дата: ___________________________________</w:t>
      </w:r>
    </w:p>
    <w:p w14:paraId="4E4FD420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Підпис</w:t>
      </w:r>
      <w:proofErr w:type="spellEnd"/>
      <w:r w:rsidRPr="006E228A">
        <w:rPr>
          <w:sz w:val="22"/>
          <w:lang w:val="ru-RU"/>
        </w:rPr>
        <w:t>: ___________________________________</w:t>
      </w:r>
    </w:p>
    <w:p w14:paraId="6789A99D" w14:textId="77777777" w:rsidR="003C216C" w:rsidRPr="006E228A" w:rsidRDefault="00622ACB">
      <w:pPr>
        <w:rPr>
          <w:lang w:val="ru-RU"/>
        </w:rPr>
      </w:pPr>
      <w:r w:rsidRPr="006E228A">
        <w:rPr>
          <w:lang w:val="ru-RU"/>
        </w:rPr>
        <w:br/>
      </w:r>
    </w:p>
    <w:p w14:paraId="273CCBA5" w14:textId="77777777" w:rsidR="006E228A" w:rsidRDefault="006E228A">
      <w:pPr>
        <w:spacing w:after="200" w:line="276" w:lineRule="auto"/>
        <w:rPr>
          <w:b/>
          <w:lang w:val="ru-RU"/>
        </w:rPr>
      </w:pPr>
      <w:r>
        <w:rPr>
          <w:b/>
          <w:lang w:val="ru-RU"/>
        </w:rPr>
        <w:br w:type="page"/>
      </w:r>
    </w:p>
    <w:p w14:paraId="625D4A16" w14:textId="77777777" w:rsidR="003C216C" w:rsidRPr="006E228A" w:rsidRDefault="00622ACB">
      <w:pPr>
        <w:jc w:val="right"/>
        <w:rPr>
          <w:lang w:val="ru-RU"/>
        </w:rPr>
      </w:pPr>
      <w:proofErr w:type="spellStart"/>
      <w:r w:rsidRPr="006E228A">
        <w:rPr>
          <w:b/>
          <w:lang w:val="ru-RU"/>
        </w:rPr>
        <w:lastRenderedPageBreak/>
        <w:t>Додаток</w:t>
      </w:r>
      <w:proofErr w:type="spellEnd"/>
      <w:r w:rsidRPr="006E228A">
        <w:rPr>
          <w:b/>
          <w:lang w:val="ru-RU"/>
        </w:rPr>
        <w:t xml:space="preserve"> 2</w:t>
      </w:r>
    </w:p>
    <w:p w14:paraId="41037F43" w14:textId="77777777" w:rsidR="00CC28D6" w:rsidRPr="006E228A" w:rsidRDefault="00CC28D6" w:rsidP="00CC28D6">
      <w:pPr>
        <w:jc w:val="right"/>
        <w:rPr>
          <w:lang w:val="ru-RU"/>
        </w:rPr>
      </w:pPr>
      <w:r w:rsidRPr="006E228A">
        <w:rPr>
          <w:sz w:val="20"/>
          <w:lang w:val="ru-RU"/>
        </w:rPr>
        <w:t xml:space="preserve">до </w:t>
      </w:r>
      <w:proofErr w:type="spellStart"/>
      <w:r w:rsidRPr="006E228A">
        <w:rPr>
          <w:sz w:val="20"/>
          <w:lang w:val="ru-RU"/>
        </w:rPr>
        <w:t>Положення</w:t>
      </w:r>
      <w:proofErr w:type="spellEnd"/>
      <w:r w:rsidRPr="006E228A">
        <w:rPr>
          <w:sz w:val="20"/>
          <w:lang w:val="ru-RU"/>
        </w:rPr>
        <w:t xml:space="preserve"> про порядок </w:t>
      </w:r>
      <w:proofErr w:type="spellStart"/>
      <w:r w:rsidRPr="006E228A">
        <w:rPr>
          <w:sz w:val="20"/>
          <w:lang w:val="ru-RU"/>
        </w:rPr>
        <w:t>перевірки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академічних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proofErr w:type="spellStart"/>
      <w:r w:rsidRPr="006E228A">
        <w:rPr>
          <w:sz w:val="20"/>
          <w:lang w:val="ru-RU"/>
        </w:rPr>
        <w:t>творів</w:t>
      </w:r>
      <w:proofErr w:type="spellEnd"/>
      <w:r w:rsidRPr="006E228A">
        <w:rPr>
          <w:sz w:val="20"/>
          <w:lang w:val="ru-RU"/>
        </w:rPr>
        <w:t xml:space="preserve"> на </w:t>
      </w:r>
      <w:proofErr w:type="spellStart"/>
      <w:r w:rsidRPr="006E228A">
        <w:rPr>
          <w:sz w:val="20"/>
          <w:lang w:val="ru-RU"/>
        </w:rPr>
        <w:t>наявність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ознак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плагіату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та </w:t>
      </w:r>
      <w:proofErr w:type="spellStart"/>
      <w:r w:rsidRPr="006E228A">
        <w:rPr>
          <w:sz w:val="20"/>
          <w:lang w:val="ru-RU"/>
        </w:rPr>
        <w:t>недоброчесного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використання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технологій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штучного </w:t>
      </w:r>
      <w:proofErr w:type="spellStart"/>
      <w:r w:rsidRPr="006E228A">
        <w:rPr>
          <w:sz w:val="20"/>
          <w:lang w:val="ru-RU"/>
        </w:rPr>
        <w:t>інтелекту</w:t>
      </w:r>
      <w:proofErr w:type="spellEnd"/>
      <w:r w:rsidRPr="006E228A">
        <w:rPr>
          <w:sz w:val="20"/>
          <w:lang w:val="ru-RU"/>
        </w:rPr>
        <w:t xml:space="preserve"> в ННЦРМГО</w:t>
      </w:r>
    </w:p>
    <w:p w14:paraId="3B760D99" w14:textId="77777777" w:rsidR="00CC28D6" w:rsidRDefault="00CC28D6">
      <w:pPr>
        <w:jc w:val="center"/>
        <w:rPr>
          <w:b/>
          <w:lang w:val="ru-RU"/>
        </w:rPr>
      </w:pPr>
    </w:p>
    <w:p w14:paraId="2A883897" w14:textId="3E3612A5" w:rsidR="003C216C" w:rsidRPr="006E228A" w:rsidRDefault="00622ACB">
      <w:pPr>
        <w:jc w:val="center"/>
        <w:rPr>
          <w:lang w:val="ru-RU"/>
        </w:rPr>
      </w:pPr>
      <w:r w:rsidRPr="006E228A">
        <w:rPr>
          <w:b/>
          <w:lang w:val="ru-RU"/>
        </w:rPr>
        <w:t>ДЕКЛАРАЦІЯ</w:t>
      </w:r>
      <w:r w:rsidRPr="006E228A">
        <w:rPr>
          <w:b/>
          <w:lang w:val="ru-RU"/>
        </w:rPr>
        <w:br/>
        <w:t xml:space="preserve">автора / </w:t>
      </w:r>
      <w:proofErr w:type="spellStart"/>
      <w:r w:rsidRPr="006E228A">
        <w:rPr>
          <w:b/>
          <w:lang w:val="ru-RU"/>
        </w:rPr>
        <w:t>співавторів</w:t>
      </w:r>
      <w:proofErr w:type="spellEnd"/>
      <w:r w:rsidRPr="006E228A">
        <w:rPr>
          <w:b/>
          <w:lang w:val="ru-RU"/>
        </w:rPr>
        <w:t xml:space="preserve"> про </w:t>
      </w:r>
      <w:proofErr w:type="spellStart"/>
      <w:r w:rsidRPr="006E228A">
        <w:rPr>
          <w:b/>
          <w:lang w:val="ru-RU"/>
        </w:rPr>
        <w:t>дотримання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академічної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доброчесності</w:t>
      </w:r>
      <w:proofErr w:type="spellEnd"/>
      <w:r w:rsidRPr="006E228A">
        <w:rPr>
          <w:b/>
          <w:lang w:val="ru-RU"/>
        </w:rPr>
        <w:t xml:space="preserve"> та </w:t>
      </w:r>
      <w:proofErr w:type="spellStart"/>
      <w:r w:rsidRPr="006E228A">
        <w:rPr>
          <w:b/>
          <w:lang w:val="ru-RU"/>
        </w:rPr>
        <w:t>використання</w:t>
      </w:r>
      <w:proofErr w:type="spellEnd"/>
      <w:r w:rsidRPr="006E228A">
        <w:rPr>
          <w:b/>
          <w:lang w:val="ru-RU"/>
        </w:rPr>
        <w:t xml:space="preserve"> ШІ</w:t>
      </w:r>
    </w:p>
    <w:p w14:paraId="46EFC1FC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 xml:space="preserve">ПІБ автора / </w:t>
      </w:r>
      <w:proofErr w:type="spellStart"/>
      <w:r w:rsidRPr="006E228A">
        <w:rPr>
          <w:sz w:val="22"/>
          <w:lang w:val="ru-RU"/>
        </w:rPr>
        <w:t>відповідального</w:t>
      </w:r>
      <w:proofErr w:type="spellEnd"/>
      <w:r w:rsidRPr="006E228A">
        <w:rPr>
          <w:sz w:val="22"/>
          <w:lang w:val="ru-RU"/>
        </w:rPr>
        <w:t xml:space="preserve"> автора: _____________________________________________________________________________________</w:t>
      </w:r>
    </w:p>
    <w:p w14:paraId="76F1C52C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Назва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академічного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твору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34262704" w14:textId="77777777" w:rsidR="003C216C" w:rsidRPr="006E228A" w:rsidRDefault="00622ACB">
      <w:pPr>
        <w:rPr>
          <w:lang w:val="ru-RU"/>
        </w:rPr>
      </w:pPr>
      <w:r w:rsidRPr="006E228A">
        <w:rPr>
          <w:lang w:val="ru-RU"/>
        </w:rPr>
        <w:t xml:space="preserve">Я </w:t>
      </w:r>
      <w:proofErr w:type="spellStart"/>
      <w:r w:rsidRPr="006E228A">
        <w:rPr>
          <w:lang w:val="ru-RU"/>
        </w:rPr>
        <w:t>підтверджую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>:</w:t>
      </w:r>
    </w:p>
    <w:p w14:paraId="36B38C03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підготовлено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добросовісно</w:t>
      </w:r>
      <w:proofErr w:type="spellEnd"/>
      <w:r w:rsidRPr="006E228A">
        <w:rPr>
          <w:lang w:val="ru-RU"/>
        </w:rPr>
        <w:t>;</w:t>
      </w:r>
    </w:p>
    <w:p w14:paraId="210F147A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усі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джерела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зазначені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належним</w:t>
      </w:r>
      <w:proofErr w:type="spellEnd"/>
      <w:r w:rsidRPr="006E228A">
        <w:rPr>
          <w:lang w:val="ru-RU"/>
        </w:rPr>
        <w:t xml:space="preserve"> чином;</w:t>
      </w:r>
    </w:p>
    <w:p w14:paraId="5A914770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цитати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перефразування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переклади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таблиці</w:t>
      </w:r>
      <w:proofErr w:type="spellEnd"/>
      <w:r w:rsidRPr="006E228A">
        <w:rPr>
          <w:lang w:val="ru-RU"/>
        </w:rPr>
        <w:t xml:space="preserve">, рисунки, </w:t>
      </w:r>
      <w:proofErr w:type="spellStart"/>
      <w:r w:rsidRPr="006E228A">
        <w:rPr>
          <w:lang w:val="ru-RU"/>
        </w:rPr>
        <w:t>схеми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авторів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посилання</w:t>
      </w:r>
      <w:proofErr w:type="spellEnd"/>
      <w:r w:rsidRPr="006E228A">
        <w:rPr>
          <w:lang w:val="ru-RU"/>
        </w:rPr>
        <w:t>;</w:t>
      </w:r>
    </w:p>
    <w:p w14:paraId="126E7998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відомості</w:t>
      </w:r>
      <w:proofErr w:type="spellEnd"/>
      <w:r w:rsidRPr="006E228A">
        <w:rPr>
          <w:lang w:val="ru-RU"/>
        </w:rPr>
        <w:t xml:space="preserve"> про авторство, </w:t>
      </w:r>
      <w:proofErr w:type="spellStart"/>
      <w:r w:rsidRPr="006E228A">
        <w:rPr>
          <w:lang w:val="ru-RU"/>
        </w:rPr>
        <w:t>співавторство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внесок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авторів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афіліації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джерела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фінансування</w:t>
      </w:r>
      <w:proofErr w:type="spellEnd"/>
      <w:r w:rsidRPr="006E228A">
        <w:rPr>
          <w:lang w:val="ru-RU"/>
        </w:rPr>
        <w:t xml:space="preserve"> та </w:t>
      </w:r>
      <w:proofErr w:type="spellStart"/>
      <w:r w:rsidRPr="006E228A">
        <w:rPr>
          <w:lang w:val="ru-RU"/>
        </w:rPr>
        <w:t>конфлікт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інтересів</w:t>
      </w:r>
      <w:proofErr w:type="spellEnd"/>
      <w:r w:rsidRPr="006E228A">
        <w:rPr>
          <w:lang w:val="ru-RU"/>
        </w:rPr>
        <w:t xml:space="preserve"> є </w:t>
      </w:r>
      <w:proofErr w:type="spellStart"/>
      <w:r w:rsidRPr="006E228A">
        <w:rPr>
          <w:lang w:val="ru-RU"/>
        </w:rPr>
        <w:t>достовірними</w:t>
      </w:r>
      <w:proofErr w:type="spellEnd"/>
      <w:r w:rsidRPr="006E228A">
        <w:rPr>
          <w:lang w:val="ru-RU"/>
        </w:rPr>
        <w:t>;</w:t>
      </w:r>
    </w:p>
    <w:p w14:paraId="333B70E5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мені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відомо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звіт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подібності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інструментів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виявлення</w:t>
      </w:r>
      <w:proofErr w:type="spellEnd"/>
      <w:r w:rsidRPr="006E228A">
        <w:rPr>
          <w:lang w:val="ru-RU"/>
        </w:rPr>
        <w:t xml:space="preserve"> ШІ </w:t>
      </w:r>
      <w:proofErr w:type="spellStart"/>
      <w:r w:rsidRPr="006E228A">
        <w:rPr>
          <w:lang w:val="ru-RU"/>
        </w:rPr>
        <w:t>мають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допоміжний</w:t>
      </w:r>
      <w:proofErr w:type="spellEnd"/>
      <w:r w:rsidRPr="006E228A">
        <w:rPr>
          <w:lang w:val="ru-RU"/>
        </w:rPr>
        <w:t xml:space="preserve"> характер і </w:t>
      </w:r>
      <w:proofErr w:type="spellStart"/>
      <w:r w:rsidRPr="006E228A">
        <w:rPr>
          <w:lang w:val="ru-RU"/>
        </w:rPr>
        <w:t>підлягають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змістовному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  <w:r w:rsidRPr="006E228A">
        <w:rPr>
          <w:lang w:val="ru-RU"/>
        </w:rPr>
        <w:t>.</w:t>
      </w:r>
    </w:p>
    <w:p w14:paraId="0A66CF45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технологій</w:t>
      </w:r>
      <w:proofErr w:type="spellEnd"/>
      <w:r w:rsidRPr="006E228A">
        <w:rPr>
          <w:lang w:val="ru-RU"/>
        </w:rPr>
        <w:t xml:space="preserve"> штучного </w:t>
      </w:r>
      <w:proofErr w:type="spellStart"/>
      <w:r w:rsidRPr="006E228A">
        <w:rPr>
          <w:lang w:val="ru-RU"/>
        </w:rPr>
        <w:t>інтелекту</w:t>
      </w:r>
      <w:proofErr w:type="spellEnd"/>
      <w:r w:rsidRPr="006E228A">
        <w:rPr>
          <w:lang w:val="ru-RU"/>
        </w:rPr>
        <w:t>:</w:t>
      </w:r>
    </w:p>
    <w:p w14:paraId="252A47E2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ШІ не </w:t>
      </w:r>
      <w:proofErr w:type="spellStart"/>
      <w:r w:rsidRPr="006E228A">
        <w:rPr>
          <w:lang w:val="ru-RU"/>
        </w:rPr>
        <w:t>використовувався</w:t>
      </w:r>
      <w:proofErr w:type="spellEnd"/>
      <w:r w:rsidRPr="006E228A">
        <w:rPr>
          <w:lang w:val="ru-RU"/>
        </w:rPr>
        <w:t>.</w:t>
      </w:r>
    </w:p>
    <w:p w14:paraId="62147D52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ШІ </w:t>
      </w:r>
      <w:proofErr w:type="spellStart"/>
      <w:r w:rsidRPr="006E228A">
        <w:rPr>
          <w:lang w:val="ru-RU"/>
        </w:rPr>
        <w:t>використовувався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лише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технічних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мовних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дій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вплинули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змістові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результати</w:t>
      </w:r>
      <w:proofErr w:type="spellEnd"/>
      <w:r w:rsidRPr="006E228A">
        <w:rPr>
          <w:lang w:val="ru-RU"/>
        </w:rPr>
        <w:t>.</w:t>
      </w:r>
    </w:p>
    <w:p w14:paraId="471892EC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ШІ </w:t>
      </w:r>
      <w:proofErr w:type="spellStart"/>
      <w:r w:rsidRPr="006E228A">
        <w:rPr>
          <w:lang w:val="ru-RU"/>
        </w:rPr>
        <w:t>використовувався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підлягає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декларуванню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відомості</w:t>
      </w:r>
      <w:proofErr w:type="spellEnd"/>
      <w:r w:rsidRPr="006E228A">
        <w:rPr>
          <w:lang w:val="ru-RU"/>
        </w:rPr>
        <w:t xml:space="preserve"> наведено </w:t>
      </w:r>
      <w:proofErr w:type="spellStart"/>
      <w:r w:rsidRPr="006E228A">
        <w:rPr>
          <w:lang w:val="ru-RU"/>
        </w:rPr>
        <w:t>нижче</w:t>
      </w:r>
      <w:proofErr w:type="spellEnd"/>
      <w:r w:rsidRPr="006E228A">
        <w:rPr>
          <w:lang w:val="ru-RU"/>
        </w:rPr>
        <w:t>.</w:t>
      </w:r>
    </w:p>
    <w:p w14:paraId="14C9434D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Назва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інструмента</w:t>
      </w:r>
      <w:proofErr w:type="spellEnd"/>
      <w:r w:rsidRPr="006E228A">
        <w:rPr>
          <w:sz w:val="22"/>
          <w:lang w:val="ru-RU"/>
        </w:rPr>
        <w:t xml:space="preserve"> / </w:t>
      </w:r>
      <w:proofErr w:type="spellStart"/>
      <w:r w:rsidRPr="006E228A">
        <w:rPr>
          <w:sz w:val="22"/>
          <w:lang w:val="ru-RU"/>
        </w:rPr>
        <w:t>системи</w:t>
      </w:r>
      <w:proofErr w:type="spellEnd"/>
      <w:r w:rsidRPr="006E228A">
        <w:rPr>
          <w:sz w:val="22"/>
          <w:lang w:val="ru-RU"/>
        </w:rPr>
        <w:t xml:space="preserve"> ШІ: _____________________________________________________________________________________</w:t>
      </w:r>
    </w:p>
    <w:p w14:paraId="0827931A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 xml:space="preserve">Мета </w:t>
      </w:r>
      <w:proofErr w:type="spellStart"/>
      <w:r w:rsidRPr="006E228A">
        <w:rPr>
          <w:sz w:val="22"/>
          <w:lang w:val="ru-RU"/>
        </w:rPr>
        <w:t>використання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714313C6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Частини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академічного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твору</w:t>
      </w:r>
      <w:proofErr w:type="spellEnd"/>
      <w:r w:rsidRPr="006E228A">
        <w:rPr>
          <w:sz w:val="22"/>
          <w:lang w:val="ru-RU"/>
        </w:rPr>
        <w:t xml:space="preserve">, </w:t>
      </w:r>
      <w:proofErr w:type="spellStart"/>
      <w:r w:rsidRPr="006E228A">
        <w:rPr>
          <w:sz w:val="22"/>
          <w:lang w:val="ru-RU"/>
        </w:rPr>
        <w:t>щодо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яких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застосовувався</w:t>
      </w:r>
      <w:proofErr w:type="spellEnd"/>
      <w:r w:rsidRPr="006E228A">
        <w:rPr>
          <w:sz w:val="22"/>
          <w:lang w:val="ru-RU"/>
        </w:rPr>
        <w:t xml:space="preserve"> ШІ: _____________________________________________________________________________________</w:t>
      </w:r>
    </w:p>
    <w:p w14:paraId="355A9023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Спосіб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перевірки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результатів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людиною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6E585645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lang w:val="ru-RU"/>
        </w:rPr>
        <w:t>Підтверджую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конфіденційна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персональні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медична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інформація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пацієнтів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первинні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досліджень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неопубліковані</w:t>
      </w:r>
      <w:proofErr w:type="spellEnd"/>
      <w:r w:rsidRPr="006E228A">
        <w:rPr>
          <w:lang w:val="ru-RU"/>
        </w:rPr>
        <w:t xml:space="preserve"> рукописи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інші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з </w:t>
      </w:r>
      <w:proofErr w:type="spellStart"/>
      <w:r w:rsidRPr="006E228A">
        <w:rPr>
          <w:lang w:val="ru-RU"/>
        </w:rPr>
        <w:t>обмеженим</w:t>
      </w:r>
      <w:proofErr w:type="spellEnd"/>
      <w:r w:rsidRPr="006E228A">
        <w:rPr>
          <w:lang w:val="ru-RU"/>
        </w:rPr>
        <w:t xml:space="preserve"> доступом не </w:t>
      </w:r>
      <w:proofErr w:type="spellStart"/>
      <w:r w:rsidRPr="006E228A">
        <w:rPr>
          <w:lang w:val="ru-RU"/>
        </w:rPr>
        <w:t>завантажувалися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відкритих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визначених</w:t>
      </w:r>
      <w:proofErr w:type="spellEnd"/>
      <w:r w:rsidRPr="006E228A">
        <w:rPr>
          <w:lang w:val="ru-RU"/>
        </w:rPr>
        <w:t xml:space="preserve"> ННЦРМГО систем ШІ без </w:t>
      </w:r>
      <w:proofErr w:type="spellStart"/>
      <w:r w:rsidRPr="006E228A">
        <w:rPr>
          <w:lang w:val="ru-RU"/>
        </w:rPr>
        <w:t>належних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правових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підстав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дозволів</w:t>
      </w:r>
      <w:proofErr w:type="spellEnd"/>
      <w:r w:rsidRPr="006E228A">
        <w:rPr>
          <w:lang w:val="ru-RU"/>
        </w:rPr>
        <w:t>.</w:t>
      </w:r>
    </w:p>
    <w:p w14:paraId="4DF280D0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>Дата: ___________________________________</w:t>
      </w:r>
    </w:p>
    <w:p w14:paraId="6B448D31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Підпис</w:t>
      </w:r>
      <w:proofErr w:type="spellEnd"/>
      <w:r w:rsidRPr="006E228A">
        <w:rPr>
          <w:sz w:val="22"/>
          <w:lang w:val="ru-RU"/>
        </w:rPr>
        <w:t>: ___________________________________</w:t>
      </w:r>
    </w:p>
    <w:p w14:paraId="3FE984A4" w14:textId="77777777" w:rsidR="003C216C" w:rsidRPr="006E228A" w:rsidRDefault="00622ACB">
      <w:pPr>
        <w:rPr>
          <w:lang w:val="ru-RU"/>
        </w:rPr>
      </w:pPr>
      <w:r w:rsidRPr="006E228A">
        <w:rPr>
          <w:lang w:val="ru-RU"/>
        </w:rPr>
        <w:br/>
      </w:r>
    </w:p>
    <w:p w14:paraId="7C925A85" w14:textId="77777777" w:rsidR="006E228A" w:rsidRDefault="006E228A">
      <w:pPr>
        <w:spacing w:after="200" w:line="276" w:lineRule="auto"/>
        <w:rPr>
          <w:b/>
          <w:lang w:val="ru-RU"/>
        </w:rPr>
      </w:pPr>
      <w:r>
        <w:rPr>
          <w:b/>
          <w:lang w:val="ru-RU"/>
        </w:rPr>
        <w:br w:type="page"/>
      </w:r>
    </w:p>
    <w:p w14:paraId="15A7A372" w14:textId="77777777" w:rsidR="003C216C" w:rsidRPr="006E228A" w:rsidRDefault="00622ACB">
      <w:pPr>
        <w:jc w:val="right"/>
        <w:rPr>
          <w:lang w:val="ru-RU"/>
        </w:rPr>
      </w:pPr>
      <w:proofErr w:type="spellStart"/>
      <w:r w:rsidRPr="006E228A">
        <w:rPr>
          <w:b/>
          <w:lang w:val="ru-RU"/>
        </w:rPr>
        <w:lastRenderedPageBreak/>
        <w:t>Додаток</w:t>
      </w:r>
      <w:proofErr w:type="spellEnd"/>
      <w:r w:rsidRPr="006E228A">
        <w:rPr>
          <w:b/>
          <w:lang w:val="ru-RU"/>
        </w:rPr>
        <w:t xml:space="preserve"> 3</w:t>
      </w:r>
    </w:p>
    <w:p w14:paraId="3AF46F43" w14:textId="77777777" w:rsidR="00CC28D6" w:rsidRPr="006E228A" w:rsidRDefault="00CC28D6" w:rsidP="00CC28D6">
      <w:pPr>
        <w:jc w:val="right"/>
        <w:rPr>
          <w:lang w:val="ru-RU"/>
        </w:rPr>
      </w:pPr>
      <w:r w:rsidRPr="006E228A">
        <w:rPr>
          <w:sz w:val="20"/>
          <w:lang w:val="ru-RU"/>
        </w:rPr>
        <w:t xml:space="preserve">до </w:t>
      </w:r>
      <w:proofErr w:type="spellStart"/>
      <w:r w:rsidRPr="006E228A">
        <w:rPr>
          <w:sz w:val="20"/>
          <w:lang w:val="ru-RU"/>
        </w:rPr>
        <w:t>Положення</w:t>
      </w:r>
      <w:proofErr w:type="spellEnd"/>
      <w:r w:rsidRPr="006E228A">
        <w:rPr>
          <w:sz w:val="20"/>
          <w:lang w:val="ru-RU"/>
        </w:rPr>
        <w:t xml:space="preserve"> про порядок </w:t>
      </w:r>
      <w:proofErr w:type="spellStart"/>
      <w:r w:rsidRPr="006E228A">
        <w:rPr>
          <w:sz w:val="20"/>
          <w:lang w:val="ru-RU"/>
        </w:rPr>
        <w:t>перевірки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академічних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proofErr w:type="spellStart"/>
      <w:r w:rsidRPr="006E228A">
        <w:rPr>
          <w:sz w:val="20"/>
          <w:lang w:val="ru-RU"/>
        </w:rPr>
        <w:t>творів</w:t>
      </w:r>
      <w:proofErr w:type="spellEnd"/>
      <w:r w:rsidRPr="006E228A">
        <w:rPr>
          <w:sz w:val="20"/>
          <w:lang w:val="ru-RU"/>
        </w:rPr>
        <w:t xml:space="preserve"> на </w:t>
      </w:r>
      <w:proofErr w:type="spellStart"/>
      <w:r w:rsidRPr="006E228A">
        <w:rPr>
          <w:sz w:val="20"/>
          <w:lang w:val="ru-RU"/>
        </w:rPr>
        <w:t>наявність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ознак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плагіату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та </w:t>
      </w:r>
      <w:proofErr w:type="spellStart"/>
      <w:r w:rsidRPr="006E228A">
        <w:rPr>
          <w:sz w:val="20"/>
          <w:lang w:val="ru-RU"/>
        </w:rPr>
        <w:t>недоброчесного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використання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технологій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штучного </w:t>
      </w:r>
      <w:proofErr w:type="spellStart"/>
      <w:r w:rsidRPr="006E228A">
        <w:rPr>
          <w:sz w:val="20"/>
          <w:lang w:val="ru-RU"/>
        </w:rPr>
        <w:t>інтелекту</w:t>
      </w:r>
      <w:proofErr w:type="spellEnd"/>
      <w:r w:rsidRPr="006E228A">
        <w:rPr>
          <w:sz w:val="20"/>
          <w:lang w:val="ru-RU"/>
        </w:rPr>
        <w:t xml:space="preserve"> в ННЦРМГО</w:t>
      </w:r>
    </w:p>
    <w:p w14:paraId="6A3464B5" w14:textId="77777777" w:rsidR="00CC28D6" w:rsidRDefault="00CC28D6">
      <w:pPr>
        <w:jc w:val="center"/>
        <w:rPr>
          <w:b/>
          <w:lang w:val="ru-RU"/>
        </w:rPr>
      </w:pPr>
    </w:p>
    <w:p w14:paraId="40EEA7C7" w14:textId="4E5D3E85" w:rsidR="003C216C" w:rsidRPr="006E228A" w:rsidRDefault="00622ACB">
      <w:pPr>
        <w:jc w:val="center"/>
        <w:rPr>
          <w:lang w:val="ru-RU"/>
        </w:rPr>
      </w:pPr>
      <w:r w:rsidRPr="006E228A">
        <w:rPr>
          <w:b/>
          <w:lang w:val="ru-RU"/>
        </w:rPr>
        <w:t>ЧЕК-ЛИСТ АВТОРА</w:t>
      </w:r>
      <w:r w:rsidRPr="006E228A">
        <w:rPr>
          <w:b/>
          <w:lang w:val="ru-RU"/>
        </w:rPr>
        <w:br/>
        <w:t xml:space="preserve">перед </w:t>
      </w:r>
      <w:proofErr w:type="spellStart"/>
      <w:r w:rsidRPr="006E228A">
        <w:rPr>
          <w:b/>
          <w:lang w:val="ru-RU"/>
        </w:rPr>
        <w:t>поданням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академічного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твору</w:t>
      </w:r>
      <w:proofErr w:type="spellEnd"/>
      <w:r w:rsidRPr="006E228A">
        <w:rPr>
          <w:b/>
          <w:lang w:val="ru-RU"/>
        </w:rPr>
        <w:t xml:space="preserve"> на </w:t>
      </w:r>
      <w:proofErr w:type="spellStart"/>
      <w:r w:rsidRPr="006E228A">
        <w:rPr>
          <w:b/>
          <w:lang w:val="ru-RU"/>
        </w:rPr>
        <w:t>перевірку</w:t>
      </w:r>
      <w:proofErr w:type="spellEnd"/>
    </w:p>
    <w:p w14:paraId="1EA751E4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Файл подано у </w:t>
      </w:r>
      <w:proofErr w:type="spellStart"/>
      <w:r w:rsidRPr="006E228A">
        <w:rPr>
          <w:lang w:val="ru-RU"/>
        </w:rPr>
        <w:t>придатному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форматі</w:t>
      </w:r>
      <w:proofErr w:type="spellEnd"/>
      <w:r w:rsidRPr="006E228A">
        <w:rPr>
          <w:lang w:val="ru-RU"/>
        </w:rPr>
        <w:t>.</w:t>
      </w:r>
    </w:p>
    <w:p w14:paraId="13FD4E14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У </w:t>
      </w:r>
      <w:proofErr w:type="spellStart"/>
      <w:r w:rsidRPr="006E228A">
        <w:rPr>
          <w:lang w:val="ru-RU"/>
        </w:rPr>
        <w:t>файлі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немає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захисту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копіювання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перешкод</w:t>
      </w:r>
      <w:proofErr w:type="spellEnd"/>
      <w:r w:rsidRPr="006E228A">
        <w:rPr>
          <w:lang w:val="ru-RU"/>
        </w:rPr>
        <w:t xml:space="preserve"> для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>.</w:t>
      </w:r>
    </w:p>
    <w:p w14:paraId="77A91C38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Усі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дослівні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цитати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оформлені</w:t>
      </w:r>
      <w:proofErr w:type="spellEnd"/>
      <w:r w:rsidRPr="006E228A">
        <w:rPr>
          <w:lang w:val="ru-RU"/>
        </w:rPr>
        <w:t xml:space="preserve"> як </w:t>
      </w:r>
      <w:proofErr w:type="spellStart"/>
      <w:r w:rsidRPr="006E228A">
        <w:rPr>
          <w:lang w:val="ru-RU"/>
        </w:rPr>
        <w:t>цитати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мають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посилання</w:t>
      </w:r>
      <w:proofErr w:type="spellEnd"/>
      <w:r w:rsidRPr="006E228A">
        <w:rPr>
          <w:lang w:val="ru-RU"/>
        </w:rPr>
        <w:t>.</w:t>
      </w:r>
    </w:p>
    <w:p w14:paraId="2DAC9112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Усі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перефразовані</w:t>
      </w:r>
      <w:proofErr w:type="spellEnd"/>
      <w:r w:rsidRPr="006E228A">
        <w:rPr>
          <w:lang w:val="ru-RU"/>
        </w:rPr>
        <w:t xml:space="preserve"> думки, </w:t>
      </w:r>
      <w:proofErr w:type="spellStart"/>
      <w:r w:rsidRPr="006E228A">
        <w:rPr>
          <w:lang w:val="ru-RU"/>
        </w:rPr>
        <w:t>ідеї</w:t>
      </w:r>
      <w:proofErr w:type="spellEnd"/>
      <w:r w:rsidRPr="006E228A">
        <w:rPr>
          <w:lang w:val="ru-RU"/>
        </w:rPr>
        <w:t xml:space="preserve">, методики, </w:t>
      </w:r>
      <w:proofErr w:type="spellStart"/>
      <w:r w:rsidRPr="006E228A">
        <w:rPr>
          <w:lang w:val="ru-RU"/>
        </w:rPr>
        <w:t>дані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висновки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посилання</w:t>
      </w:r>
      <w:proofErr w:type="spellEnd"/>
      <w:r w:rsidRPr="006E228A">
        <w:rPr>
          <w:lang w:val="ru-RU"/>
        </w:rPr>
        <w:t>.</w:t>
      </w:r>
    </w:p>
    <w:p w14:paraId="50463BC6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Перекладені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фрагменти</w:t>
      </w:r>
      <w:proofErr w:type="spellEnd"/>
      <w:r w:rsidRPr="006E228A">
        <w:rPr>
          <w:lang w:val="ru-RU"/>
        </w:rPr>
        <w:t xml:space="preserve"> чужих </w:t>
      </w:r>
      <w:proofErr w:type="spellStart"/>
      <w:r w:rsidRPr="006E228A">
        <w:rPr>
          <w:lang w:val="ru-RU"/>
        </w:rPr>
        <w:t>текстів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посилання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оригінальне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джерело</w:t>
      </w:r>
      <w:proofErr w:type="spellEnd"/>
      <w:r w:rsidRPr="006E228A">
        <w:rPr>
          <w:lang w:val="ru-RU"/>
        </w:rPr>
        <w:t>.</w:t>
      </w:r>
    </w:p>
    <w:p w14:paraId="31700BC6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Список </w:t>
      </w:r>
      <w:proofErr w:type="spellStart"/>
      <w:r w:rsidRPr="006E228A">
        <w:rPr>
          <w:lang w:val="ru-RU"/>
        </w:rPr>
        <w:t>літератури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відповідає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посиланням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тексті</w:t>
      </w:r>
      <w:proofErr w:type="spellEnd"/>
      <w:r w:rsidRPr="006E228A">
        <w:rPr>
          <w:lang w:val="ru-RU"/>
        </w:rPr>
        <w:t>.</w:t>
      </w:r>
    </w:p>
    <w:p w14:paraId="32807389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Повторне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власних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раніше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оприлюднених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зазначено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коректно</w:t>
      </w:r>
      <w:proofErr w:type="spellEnd"/>
      <w:r w:rsidRPr="006E228A">
        <w:rPr>
          <w:lang w:val="ru-RU"/>
        </w:rPr>
        <w:t>.</w:t>
      </w:r>
    </w:p>
    <w:p w14:paraId="04DD28FD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Відомості</w:t>
      </w:r>
      <w:proofErr w:type="spellEnd"/>
      <w:r w:rsidRPr="006E228A">
        <w:rPr>
          <w:lang w:val="ru-RU"/>
        </w:rPr>
        <w:t xml:space="preserve"> про авторство, </w:t>
      </w:r>
      <w:proofErr w:type="spellStart"/>
      <w:r w:rsidRPr="006E228A">
        <w:rPr>
          <w:lang w:val="ru-RU"/>
        </w:rPr>
        <w:t>співавторство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внесок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авторів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узгоджені</w:t>
      </w:r>
      <w:proofErr w:type="spellEnd"/>
      <w:r w:rsidRPr="006E228A">
        <w:rPr>
          <w:lang w:val="ru-RU"/>
        </w:rPr>
        <w:t>.</w:t>
      </w:r>
    </w:p>
    <w:p w14:paraId="337A19B3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Конфлікт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інтересів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зазначено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підтверджено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його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відсутність</w:t>
      </w:r>
      <w:proofErr w:type="spellEnd"/>
      <w:r w:rsidRPr="006E228A">
        <w:rPr>
          <w:lang w:val="ru-RU"/>
        </w:rPr>
        <w:t>.</w:t>
      </w:r>
    </w:p>
    <w:p w14:paraId="6E38ACCF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Використання</w:t>
      </w:r>
      <w:proofErr w:type="spellEnd"/>
      <w:r w:rsidRPr="006E228A">
        <w:rPr>
          <w:lang w:val="ru-RU"/>
        </w:rPr>
        <w:t xml:space="preserve"> ШІ </w:t>
      </w:r>
      <w:proofErr w:type="spellStart"/>
      <w:r w:rsidRPr="006E228A">
        <w:rPr>
          <w:lang w:val="ru-RU"/>
        </w:rPr>
        <w:t>задекларовано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якщо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воно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вплинуло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істотні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елементи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  <w:r w:rsidRPr="006E228A">
        <w:rPr>
          <w:lang w:val="ru-RU"/>
        </w:rPr>
        <w:t>.</w:t>
      </w:r>
    </w:p>
    <w:p w14:paraId="0F4A77AA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Не </w:t>
      </w:r>
      <w:proofErr w:type="spellStart"/>
      <w:r w:rsidRPr="006E228A">
        <w:rPr>
          <w:lang w:val="ru-RU"/>
        </w:rPr>
        <w:t>завантажувалися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конфіденційні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відкритих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визначених</w:t>
      </w:r>
      <w:proofErr w:type="spellEnd"/>
      <w:r w:rsidRPr="006E228A">
        <w:rPr>
          <w:lang w:val="ru-RU"/>
        </w:rPr>
        <w:t xml:space="preserve"> ННЦРМГО систем ШІ.</w:t>
      </w:r>
    </w:p>
    <w:p w14:paraId="36DD6EFA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Таблиці</w:t>
      </w:r>
      <w:proofErr w:type="spellEnd"/>
      <w:r w:rsidRPr="006E228A">
        <w:rPr>
          <w:lang w:val="ru-RU"/>
        </w:rPr>
        <w:t xml:space="preserve">, рисунки, </w:t>
      </w:r>
      <w:proofErr w:type="spellStart"/>
      <w:r w:rsidRPr="006E228A">
        <w:rPr>
          <w:lang w:val="ru-RU"/>
        </w:rPr>
        <w:t>зображення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графіки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формули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джерела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пояснення</w:t>
      </w:r>
      <w:proofErr w:type="spellEnd"/>
      <w:r w:rsidRPr="006E228A">
        <w:rPr>
          <w:lang w:val="ru-RU"/>
        </w:rPr>
        <w:t xml:space="preserve"> авторства.</w:t>
      </w:r>
    </w:p>
    <w:p w14:paraId="67F74BD4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Автор / </w:t>
      </w:r>
      <w:proofErr w:type="spellStart"/>
      <w:r w:rsidRPr="006E228A">
        <w:rPr>
          <w:lang w:val="ru-RU"/>
        </w:rPr>
        <w:t>відповідальний</w:t>
      </w:r>
      <w:proofErr w:type="spellEnd"/>
      <w:r w:rsidRPr="006E228A">
        <w:rPr>
          <w:lang w:val="ru-RU"/>
        </w:rPr>
        <w:t xml:space="preserve"> автор </w:t>
      </w:r>
      <w:proofErr w:type="spellStart"/>
      <w:r w:rsidRPr="006E228A">
        <w:rPr>
          <w:lang w:val="ru-RU"/>
        </w:rPr>
        <w:t>перевірив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фактичну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точність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джерел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посилань</w:t>
      </w:r>
      <w:proofErr w:type="spellEnd"/>
      <w:r w:rsidRPr="006E228A">
        <w:rPr>
          <w:lang w:val="ru-RU"/>
        </w:rPr>
        <w:t xml:space="preserve"> і </w:t>
      </w:r>
      <w:proofErr w:type="spellStart"/>
      <w:r w:rsidRPr="006E228A">
        <w:rPr>
          <w:lang w:val="ru-RU"/>
        </w:rPr>
        <w:t>бібліографії</w:t>
      </w:r>
      <w:proofErr w:type="spellEnd"/>
      <w:r w:rsidRPr="006E228A">
        <w:rPr>
          <w:lang w:val="ru-RU"/>
        </w:rPr>
        <w:t>.</w:t>
      </w:r>
    </w:p>
    <w:p w14:paraId="1524EA25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Академічний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твір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готовий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перевірки</w:t>
      </w:r>
      <w:proofErr w:type="spellEnd"/>
      <w:r w:rsidRPr="006E228A">
        <w:rPr>
          <w:lang w:val="ru-RU"/>
        </w:rPr>
        <w:t>.</w:t>
      </w:r>
    </w:p>
    <w:p w14:paraId="44375705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 xml:space="preserve">ПІБ автора / </w:t>
      </w:r>
      <w:proofErr w:type="spellStart"/>
      <w:r w:rsidRPr="006E228A">
        <w:rPr>
          <w:sz w:val="22"/>
          <w:lang w:val="ru-RU"/>
        </w:rPr>
        <w:t>відповідального</w:t>
      </w:r>
      <w:proofErr w:type="spellEnd"/>
      <w:r w:rsidRPr="006E228A">
        <w:rPr>
          <w:sz w:val="22"/>
          <w:lang w:val="ru-RU"/>
        </w:rPr>
        <w:t xml:space="preserve"> автора: _____________________________________________________________________________________</w:t>
      </w:r>
    </w:p>
    <w:p w14:paraId="1A1242E5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>Дата: ___________________________________</w:t>
      </w:r>
    </w:p>
    <w:p w14:paraId="499D0A22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Підпис</w:t>
      </w:r>
      <w:proofErr w:type="spellEnd"/>
      <w:r w:rsidRPr="006E228A">
        <w:rPr>
          <w:sz w:val="22"/>
          <w:lang w:val="ru-RU"/>
        </w:rPr>
        <w:t>: ___________________________________</w:t>
      </w:r>
    </w:p>
    <w:p w14:paraId="289A8402" w14:textId="77777777" w:rsidR="003C216C" w:rsidRPr="006E228A" w:rsidRDefault="00622ACB">
      <w:pPr>
        <w:rPr>
          <w:lang w:val="ru-RU"/>
        </w:rPr>
      </w:pPr>
      <w:r w:rsidRPr="006E228A">
        <w:rPr>
          <w:lang w:val="ru-RU"/>
        </w:rPr>
        <w:br/>
      </w:r>
    </w:p>
    <w:p w14:paraId="4AC70968" w14:textId="77777777" w:rsidR="006E228A" w:rsidRDefault="006E228A">
      <w:pPr>
        <w:spacing w:after="200" w:line="276" w:lineRule="auto"/>
        <w:rPr>
          <w:b/>
          <w:lang w:val="ru-RU"/>
        </w:rPr>
      </w:pPr>
      <w:r>
        <w:rPr>
          <w:b/>
          <w:lang w:val="ru-RU"/>
        </w:rPr>
        <w:br w:type="page"/>
      </w:r>
    </w:p>
    <w:p w14:paraId="50C0BBF6" w14:textId="77777777" w:rsidR="003C216C" w:rsidRDefault="00622ACB">
      <w:pPr>
        <w:jc w:val="right"/>
        <w:rPr>
          <w:b/>
          <w:lang w:val="ru-RU"/>
        </w:rPr>
      </w:pPr>
      <w:proofErr w:type="spellStart"/>
      <w:r w:rsidRPr="006E228A">
        <w:rPr>
          <w:b/>
          <w:lang w:val="ru-RU"/>
        </w:rPr>
        <w:lastRenderedPageBreak/>
        <w:t>Додаток</w:t>
      </w:r>
      <w:proofErr w:type="spellEnd"/>
      <w:r w:rsidRPr="006E228A">
        <w:rPr>
          <w:b/>
          <w:lang w:val="ru-RU"/>
        </w:rPr>
        <w:t xml:space="preserve"> 4</w:t>
      </w:r>
    </w:p>
    <w:p w14:paraId="433B78CA" w14:textId="77777777" w:rsidR="00CC28D6" w:rsidRPr="006E228A" w:rsidRDefault="00CC28D6" w:rsidP="00CC28D6">
      <w:pPr>
        <w:jc w:val="right"/>
        <w:rPr>
          <w:lang w:val="ru-RU"/>
        </w:rPr>
      </w:pPr>
      <w:r w:rsidRPr="006E228A">
        <w:rPr>
          <w:sz w:val="20"/>
          <w:lang w:val="ru-RU"/>
        </w:rPr>
        <w:t xml:space="preserve">до </w:t>
      </w:r>
      <w:proofErr w:type="spellStart"/>
      <w:r w:rsidRPr="006E228A">
        <w:rPr>
          <w:sz w:val="20"/>
          <w:lang w:val="ru-RU"/>
        </w:rPr>
        <w:t>Положення</w:t>
      </w:r>
      <w:proofErr w:type="spellEnd"/>
      <w:r w:rsidRPr="006E228A">
        <w:rPr>
          <w:sz w:val="20"/>
          <w:lang w:val="ru-RU"/>
        </w:rPr>
        <w:t xml:space="preserve"> про порядок </w:t>
      </w:r>
      <w:proofErr w:type="spellStart"/>
      <w:r w:rsidRPr="006E228A">
        <w:rPr>
          <w:sz w:val="20"/>
          <w:lang w:val="ru-RU"/>
        </w:rPr>
        <w:t>перевірки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академічних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proofErr w:type="spellStart"/>
      <w:r w:rsidRPr="006E228A">
        <w:rPr>
          <w:sz w:val="20"/>
          <w:lang w:val="ru-RU"/>
        </w:rPr>
        <w:t>творів</w:t>
      </w:r>
      <w:proofErr w:type="spellEnd"/>
      <w:r w:rsidRPr="006E228A">
        <w:rPr>
          <w:sz w:val="20"/>
          <w:lang w:val="ru-RU"/>
        </w:rPr>
        <w:t xml:space="preserve"> на </w:t>
      </w:r>
      <w:proofErr w:type="spellStart"/>
      <w:r w:rsidRPr="006E228A">
        <w:rPr>
          <w:sz w:val="20"/>
          <w:lang w:val="ru-RU"/>
        </w:rPr>
        <w:t>наявність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ознак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плагіату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та </w:t>
      </w:r>
      <w:proofErr w:type="spellStart"/>
      <w:r w:rsidRPr="006E228A">
        <w:rPr>
          <w:sz w:val="20"/>
          <w:lang w:val="ru-RU"/>
        </w:rPr>
        <w:t>недоброчесного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використання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технологій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штучного </w:t>
      </w:r>
      <w:proofErr w:type="spellStart"/>
      <w:r w:rsidRPr="006E228A">
        <w:rPr>
          <w:sz w:val="20"/>
          <w:lang w:val="ru-RU"/>
        </w:rPr>
        <w:t>інтелекту</w:t>
      </w:r>
      <w:proofErr w:type="spellEnd"/>
      <w:r w:rsidRPr="006E228A">
        <w:rPr>
          <w:sz w:val="20"/>
          <w:lang w:val="ru-RU"/>
        </w:rPr>
        <w:t xml:space="preserve"> в ННЦРМГО</w:t>
      </w:r>
    </w:p>
    <w:p w14:paraId="5D272ECE" w14:textId="77777777" w:rsidR="00CC28D6" w:rsidRPr="006E228A" w:rsidRDefault="00CC28D6">
      <w:pPr>
        <w:jc w:val="right"/>
        <w:rPr>
          <w:lang w:val="ru-RU"/>
        </w:rPr>
      </w:pPr>
    </w:p>
    <w:p w14:paraId="0CF7BCC3" w14:textId="77777777" w:rsidR="003C216C" w:rsidRPr="006E228A" w:rsidRDefault="00622ACB">
      <w:pPr>
        <w:jc w:val="center"/>
        <w:rPr>
          <w:lang w:val="ru-RU"/>
        </w:rPr>
      </w:pPr>
      <w:r w:rsidRPr="006E228A">
        <w:rPr>
          <w:b/>
          <w:lang w:val="ru-RU"/>
        </w:rPr>
        <w:t>КАРТКА ТЕХНІЧНОЇ ПЕРЕВІРКИ АКАДЕМІЧНОГО ТВОРУ</w:t>
      </w:r>
    </w:p>
    <w:tbl>
      <w:tblPr>
        <w:tblStyle w:val="aff2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5669"/>
      </w:tblGrid>
      <w:tr w:rsidR="003C216C" w14:paraId="6B462FAA" w14:textId="77777777">
        <w:trPr>
          <w:jc w:val="center"/>
        </w:trPr>
        <w:tc>
          <w:tcPr>
            <w:tcW w:w="3402" w:type="dxa"/>
          </w:tcPr>
          <w:p w14:paraId="17114A00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20"/>
              </w:rPr>
              <w:t>Реєстраційний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номер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перевірки</w:t>
            </w:r>
            <w:proofErr w:type="spellEnd"/>
          </w:p>
        </w:tc>
        <w:tc>
          <w:tcPr>
            <w:tcW w:w="5669" w:type="dxa"/>
          </w:tcPr>
          <w:p w14:paraId="0D50AE95" w14:textId="77777777" w:rsidR="003C216C" w:rsidRDefault="003C216C">
            <w:pPr>
              <w:spacing w:after="0"/>
            </w:pPr>
          </w:p>
        </w:tc>
      </w:tr>
      <w:tr w:rsidR="003C216C" w14:paraId="73FC41FC" w14:textId="77777777">
        <w:trPr>
          <w:jc w:val="center"/>
        </w:trPr>
        <w:tc>
          <w:tcPr>
            <w:tcW w:w="3402" w:type="dxa"/>
          </w:tcPr>
          <w:p w14:paraId="7E9F8D08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отримання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матеріалів</w:t>
            </w:r>
            <w:proofErr w:type="spellEnd"/>
          </w:p>
        </w:tc>
        <w:tc>
          <w:tcPr>
            <w:tcW w:w="5669" w:type="dxa"/>
          </w:tcPr>
          <w:p w14:paraId="49F26AE9" w14:textId="77777777" w:rsidR="003C216C" w:rsidRDefault="003C216C">
            <w:pPr>
              <w:spacing w:after="0"/>
            </w:pPr>
          </w:p>
        </w:tc>
      </w:tr>
      <w:tr w:rsidR="003C216C" w14:paraId="53826F99" w14:textId="77777777">
        <w:trPr>
          <w:jc w:val="center"/>
        </w:trPr>
        <w:tc>
          <w:tcPr>
            <w:tcW w:w="3402" w:type="dxa"/>
          </w:tcPr>
          <w:p w14:paraId="2F7C5C7B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20"/>
              </w:rPr>
              <w:t>Назва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академічного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твору</w:t>
            </w:r>
            <w:proofErr w:type="spellEnd"/>
          </w:p>
        </w:tc>
        <w:tc>
          <w:tcPr>
            <w:tcW w:w="5669" w:type="dxa"/>
          </w:tcPr>
          <w:p w14:paraId="50F49EF1" w14:textId="77777777" w:rsidR="003C216C" w:rsidRDefault="003C216C">
            <w:pPr>
              <w:spacing w:after="0"/>
            </w:pPr>
          </w:p>
        </w:tc>
      </w:tr>
      <w:tr w:rsidR="003C216C" w14:paraId="1B8B4FD4" w14:textId="77777777">
        <w:trPr>
          <w:jc w:val="center"/>
        </w:trPr>
        <w:tc>
          <w:tcPr>
            <w:tcW w:w="3402" w:type="dxa"/>
          </w:tcPr>
          <w:p w14:paraId="4E001793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20"/>
              </w:rPr>
              <w:t>Автор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відповідальний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автор</w:t>
            </w:r>
            <w:proofErr w:type="spellEnd"/>
          </w:p>
        </w:tc>
        <w:tc>
          <w:tcPr>
            <w:tcW w:w="5669" w:type="dxa"/>
          </w:tcPr>
          <w:p w14:paraId="749537D1" w14:textId="77777777" w:rsidR="003C216C" w:rsidRDefault="003C216C">
            <w:pPr>
              <w:spacing w:after="0"/>
            </w:pPr>
          </w:p>
        </w:tc>
      </w:tr>
      <w:tr w:rsidR="003C216C" w14:paraId="375C3670" w14:textId="77777777">
        <w:trPr>
          <w:jc w:val="center"/>
        </w:trPr>
        <w:tc>
          <w:tcPr>
            <w:tcW w:w="3402" w:type="dxa"/>
          </w:tcPr>
          <w:p w14:paraId="4A823814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20"/>
              </w:rPr>
              <w:t>Вид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академічного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твору</w:t>
            </w:r>
            <w:proofErr w:type="spellEnd"/>
          </w:p>
        </w:tc>
        <w:tc>
          <w:tcPr>
            <w:tcW w:w="5669" w:type="dxa"/>
          </w:tcPr>
          <w:p w14:paraId="00AE3CB9" w14:textId="77777777" w:rsidR="003C216C" w:rsidRDefault="003C216C">
            <w:pPr>
              <w:spacing w:after="0"/>
            </w:pPr>
          </w:p>
        </w:tc>
      </w:tr>
      <w:tr w:rsidR="003C216C" w14:paraId="02467527" w14:textId="77777777">
        <w:trPr>
          <w:jc w:val="center"/>
        </w:trPr>
        <w:tc>
          <w:tcPr>
            <w:tcW w:w="3402" w:type="dxa"/>
          </w:tcPr>
          <w:p w14:paraId="67A12720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20"/>
              </w:rPr>
              <w:t>Структурний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підрозділ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редакція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рада</w:t>
            </w:r>
            <w:proofErr w:type="spellEnd"/>
          </w:p>
        </w:tc>
        <w:tc>
          <w:tcPr>
            <w:tcW w:w="5669" w:type="dxa"/>
          </w:tcPr>
          <w:p w14:paraId="2C66E406" w14:textId="77777777" w:rsidR="003C216C" w:rsidRDefault="003C216C">
            <w:pPr>
              <w:spacing w:after="0"/>
            </w:pPr>
          </w:p>
        </w:tc>
      </w:tr>
      <w:tr w:rsidR="003C216C" w14:paraId="72800B29" w14:textId="77777777">
        <w:trPr>
          <w:jc w:val="center"/>
        </w:trPr>
        <w:tc>
          <w:tcPr>
            <w:tcW w:w="3402" w:type="dxa"/>
          </w:tcPr>
          <w:p w14:paraId="64090AC5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20"/>
              </w:rPr>
              <w:t>Програмний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засіб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перевірки</w:t>
            </w:r>
            <w:proofErr w:type="spellEnd"/>
          </w:p>
        </w:tc>
        <w:tc>
          <w:tcPr>
            <w:tcW w:w="5669" w:type="dxa"/>
          </w:tcPr>
          <w:p w14:paraId="49EF0AD9" w14:textId="77777777" w:rsidR="003C216C" w:rsidRDefault="003C216C">
            <w:pPr>
              <w:spacing w:after="0"/>
            </w:pPr>
          </w:p>
        </w:tc>
      </w:tr>
      <w:tr w:rsidR="003C216C" w14:paraId="7EB93B16" w14:textId="77777777">
        <w:trPr>
          <w:jc w:val="center"/>
        </w:trPr>
        <w:tc>
          <w:tcPr>
            <w:tcW w:w="3402" w:type="dxa"/>
          </w:tcPr>
          <w:p w14:paraId="3539060D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технічної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перевірки</w:t>
            </w:r>
            <w:proofErr w:type="spellEnd"/>
          </w:p>
        </w:tc>
        <w:tc>
          <w:tcPr>
            <w:tcW w:w="5669" w:type="dxa"/>
          </w:tcPr>
          <w:p w14:paraId="67A9F8C3" w14:textId="77777777" w:rsidR="003C216C" w:rsidRDefault="003C216C">
            <w:pPr>
              <w:spacing w:after="0"/>
            </w:pPr>
          </w:p>
        </w:tc>
      </w:tr>
      <w:tr w:rsidR="003C216C" w14:paraId="20D87D47" w14:textId="77777777">
        <w:trPr>
          <w:jc w:val="center"/>
        </w:trPr>
        <w:tc>
          <w:tcPr>
            <w:tcW w:w="3402" w:type="dxa"/>
          </w:tcPr>
          <w:p w14:paraId="231CAA90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20"/>
              </w:rPr>
              <w:t>Основний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технічний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показник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подібності</w:t>
            </w:r>
            <w:proofErr w:type="spellEnd"/>
          </w:p>
        </w:tc>
        <w:tc>
          <w:tcPr>
            <w:tcW w:w="5669" w:type="dxa"/>
          </w:tcPr>
          <w:p w14:paraId="1DC81BA0" w14:textId="77777777" w:rsidR="003C216C" w:rsidRDefault="003C216C">
            <w:pPr>
              <w:spacing w:after="0"/>
            </w:pPr>
          </w:p>
        </w:tc>
      </w:tr>
      <w:tr w:rsidR="003C216C" w14:paraId="245CCC6F" w14:textId="77777777">
        <w:trPr>
          <w:jc w:val="center"/>
        </w:trPr>
        <w:tc>
          <w:tcPr>
            <w:tcW w:w="3402" w:type="dxa"/>
          </w:tcPr>
          <w:p w14:paraId="2C4AD074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20"/>
              </w:rPr>
              <w:t>Короткий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опис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характеру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збігів</w:t>
            </w:r>
            <w:proofErr w:type="spellEnd"/>
          </w:p>
        </w:tc>
        <w:tc>
          <w:tcPr>
            <w:tcW w:w="5669" w:type="dxa"/>
          </w:tcPr>
          <w:p w14:paraId="4D2BCCCE" w14:textId="77777777" w:rsidR="003C216C" w:rsidRDefault="003C216C">
            <w:pPr>
              <w:spacing w:after="0"/>
            </w:pPr>
          </w:p>
        </w:tc>
      </w:tr>
      <w:tr w:rsidR="003C216C" w14:paraId="0DF114AE" w14:textId="77777777">
        <w:trPr>
          <w:jc w:val="center"/>
        </w:trPr>
        <w:tc>
          <w:tcPr>
            <w:tcW w:w="3402" w:type="dxa"/>
          </w:tcPr>
          <w:p w14:paraId="171B90C0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20"/>
              </w:rPr>
              <w:t>Ознаки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технічної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маніпуляції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файлом</w:t>
            </w:r>
            <w:proofErr w:type="spellEnd"/>
          </w:p>
        </w:tc>
        <w:tc>
          <w:tcPr>
            <w:tcW w:w="5669" w:type="dxa"/>
          </w:tcPr>
          <w:p w14:paraId="178CC1BC" w14:textId="77777777" w:rsidR="003C216C" w:rsidRDefault="003C216C">
            <w:pPr>
              <w:spacing w:after="0"/>
            </w:pPr>
          </w:p>
        </w:tc>
      </w:tr>
      <w:tr w:rsidR="003C216C" w14:paraId="1CA6CC27" w14:textId="77777777">
        <w:trPr>
          <w:jc w:val="center"/>
        </w:trPr>
        <w:tc>
          <w:tcPr>
            <w:tcW w:w="3402" w:type="dxa"/>
          </w:tcPr>
          <w:p w14:paraId="74B30058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20"/>
              </w:rPr>
              <w:t>Рекомендована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подальша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дія</w:t>
            </w:r>
            <w:proofErr w:type="spellEnd"/>
          </w:p>
        </w:tc>
        <w:tc>
          <w:tcPr>
            <w:tcW w:w="5669" w:type="dxa"/>
          </w:tcPr>
          <w:p w14:paraId="12212576" w14:textId="77777777" w:rsidR="003C216C" w:rsidRDefault="003C216C">
            <w:pPr>
              <w:spacing w:after="0"/>
            </w:pPr>
          </w:p>
        </w:tc>
      </w:tr>
    </w:tbl>
    <w:p w14:paraId="45F2B50E" w14:textId="77777777" w:rsidR="003C216C" w:rsidRDefault="00622ACB">
      <w:r>
        <w:br/>
      </w:r>
    </w:p>
    <w:p w14:paraId="0B18BF78" w14:textId="77777777" w:rsidR="006E228A" w:rsidRDefault="006E228A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4F7608DA" w14:textId="77777777" w:rsidR="003C216C" w:rsidRDefault="00622ACB">
      <w:pPr>
        <w:jc w:val="right"/>
        <w:rPr>
          <w:b/>
          <w:lang w:val="uk-UA"/>
        </w:rPr>
      </w:pPr>
      <w:proofErr w:type="spellStart"/>
      <w:r>
        <w:rPr>
          <w:b/>
        </w:rPr>
        <w:lastRenderedPageBreak/>
        <w:t>Додаток</w:t>
      </w:r>
      <w:proofErr w:type="spellEnd"/>
      <w:r>
        <w:rPr>
          <w:b/>
        </w:rPr>
        <w:t xml:space="preserve"> 5</w:t>
      </w:r>
    </w:p>
    <w:p w14:paraId="71F44F90" w14:textId="77777777" w:rsidR="00CC28D6" w:rsidRPr="006E228A" w:rsidRDefault="00CC28D6" w:rsidP="00CC28D6">
      <w:pPr>
        <w:jc w:val="right"/>
        <w:rPr>
          <w:lang w:val="ru-RU"/>
        </w:rPr>
      </w:pPr>
      <w:r w:rsidRPr="006E228A">
        <w:rPr>
          <w:sz w:val="20"/>
          <w:lang w:val="ru-RU"/>
        </w:rPr>
        <w:t xml:space="preserve">до </w:t>
      </w:r>
      <w:proofErr w:type="spellStart"/>
      <w:r w:rsidRPr="006E228A">
        <w:rPr>
          <w:sz w:val="20"/>
          <w:lang w:val="ru-RU"/>
        </w:rPr>
        <w:t>Положення</w:t>
      </w:r>
      <w:proofErr w:type="spellEnd"/>
      <w:r w:rsidRPr="006E228A">
        <w:rPr>
          <w:sz w:val="20"/>
          <w:lang w:val="ru-RU"/>
        </w:rPr>
        <w:t xml:space="preserve"> про порядок </w:t>
      </w:r>
      <w:proofErr w:type="spellStart"/>
      <w:r w:rsidRPr="006E228A">
        <w:rPr>
          <w:sz w:val="20"/>
          <w:lang w:val="ru-RU"/>
        </w:rPr>
        <w:t>перевірки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академічних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proofErr w:type="spellStart"/>
      <w:r w:rsidRPr="006E228A">
        <w:rPr>
          <w:sz w:val="20"/>
          <w:lang w:val="ru-RU"/>
        </w:rPr>
        <w:t>творів</w:t>
      </w:r>
      <w:proofErr w:type="spellEnd"/>
      <w:r w:rsidRPr="006E228A">
        <w:rPr>
          <w:sz w:val="20"/>
          <w:lang w:val="ru-RU"/>
        </w:rPr>
        <w:t xml:space="preserve"> на </w:t>
      </w:r>
      <w:proofErr w:type="spellStart"/>
      <w:r w:rsidRPr="006E228A">
        <w:rPr>
          <w:sz w:val="20"/>
          <w:lang w:val="ru-RU"/>
        </w:rPr>
        <w:t>наявність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ознак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плагіату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та </w:t>
      </w:r>
      <w:proofErr w:type="spellStart"/>
      <w:r w:rsidRPr="006E228A">
        <w:rPr>
          <w:sz w:val="20"/>
          <w:lang w:val="ru-RU"/>
        </w:rPr>
        <w:t>недоброчесного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використання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технологій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штучного </w:t>
      </w:r>
      <w:proofErr w:type="spellStart"/>
      <w:r w:rsidRPr="006E228A">
        <w:rPr>
          <w:sz w:val="20"/>
          <w:lang w:val="ru-RU"/>
        </w:rPr>
        <w:t>інтелекту</w:t>
      </w:r>
      <w:proofErr w:type="spellEnd"/>
      <w:r w:rsidRPr="006E228A">
        <w:rPr>
          <w:sz w:val="20"/>
          <w:lang w:val="ru-RU"/>
        </w:rPr>
        <w:t xml:space="preserve"> в ННЦРМГО</w:t>
      </w:r>
    </w:p>
    <w:p w14:paraId="173BF35F" w14:textId="77777777" w:rsidR="00CC28D6" w:rsidRPr="00CC28D6" w:rsidRDefault="00CC28D6">
      <w:pPr>
        <w:jc w:val="right"/>
        <w:rPr>
          <w:lang w:val="ru-RU"/>
        </w:rPr>
      </w:pPr>
    </w:p>
    <w:p w14:paraId="7E3E7E1D" w14:textId="77777777" w:rsidR="003C216C" w:rsidRPr="006E228A" w:rsidRDefault="00622ACB">
      <w:pPr>
        <w:jc w:val="center"/>
        <w:rPr>
          <w:lang w:val="ru-RU"/>
        </w:rPr>
      </w:pPr>
      <w:r w:rsidRPr="006E228A">
        <w:rPr>
          <w:b/>
          <w:lang w:val="ru-RU"/>
        </w:rPr>
        <w:t>ФОРМА ДОВІДКИ</w:t>
      </w:r>
      <w:r w:rsidRPr="006E228A">
        <w:rPr>
          <w:b/>
          <w:lang w:val="ru-RU"/>
        </w:rPr>
        <w:br/>
        <w:t xml:space="preserve">про </w:t>
      </w:r>
      <w:proofErr w:type="spellStart"/>
      <w:r w:rsidRPr="006E228A">
        <w:rPr>
          <w:b/>
          <w:lang w:val="ru-RU"/>
        </w:rPr>
        <w:t>результати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технічної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перевірки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академічного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твору</w:t>
      </w:r>
      <w:proofErr w:type="spellEnd"/>
    </w:p>
    <w:p w14:paraId="3E792675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Реєстраційний</w:t>
      </w:r>
      <w:proofErr w:type="spellEnd"/>
      <w:r w:rsidRPr="006E228A">
        <w:rPr>
          <w:sz w:val="22"/>
          <w:lang w:val="ru-RU"/>
        </w:rPr>
        <w:t xml:space="preserve"> номер: _____________________________________________________________________________________</w:t>
      </w:r>
    </w:p>
    <w:p w14:paraId="48C51D29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>Дата: _____________________________________________________________________________________</w:t>
      </w:r>
    </w:p>
    <w:p w14:paraId="4CFC92BF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Назва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академічного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твору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109695F6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 xml:space="preserve">Автор / </w:t>
      </w:r>
      <w:proofErr w:type="spellStart"/>
      <w:r w:rsidRPr="006E228A">
        <w:rPr>
          <w:sz w:val="22"/>
          <w:lang w:val="ru-RU"/>
        </w:rPr>
        <w:t>відповідальний</w:t>
      </w:r>
      <w:proofErr w:type="spellEnd"/>
      <w:r w:rsidRPr="006E228A">
        <w:rPr>
          <w:sz w:val="22"/>
          <w:lang w:val="ru-RU"/>
        </w:rPr>
        <w:t xml:space="preserve"> автор: _____________________________________________________________________________________</w:t>
      </w:r>
    </w:p>
    <w:p w14:paraId="7C03B968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Програмний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засіб</w:t>
      </w:r>
      <w:proofErr w:type="spellEnd"/>
      <w:r w:rsidRPr="006E228A">
        <w:rPr>
          <w:sz w:val="22"/>
          <w:lang w:val="ru-RU"/>
        </w:rPr>
        <w:t xml:space="preserve"> / </w:t>
      </w:r>
      <w:proofErr w:type="spellStart"/>
      <w:r w:rsidRPr="006E228A">
        <w:rPr>
          <w:sz w:val="22"/>
          <w:lang w:val="ru-RU"/>
        </w:rPr>
        <w:t>спосіб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перевірки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35ECD014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Основні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технічні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показники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58F76E80" w14:textId="77777777" w:rsidR="003C216C" w:rsidRPr="006E228A" w:rsidRDefault="00622ACB">
      <w:pPr>
        <w:rPr>
          <w:lang w:val="ru-RU"/>
        </w:rPr>
      </w:pPr>
      <w:r w:rsidRPr="006E228A">
        <w:rPr>
          <w:lang w:val="ru-RU"/>
        </w:rPr>
        <w:t xml:space="preserve">Характер </w:t>
      </w:r>
      <w:proofErr w:type="spellStart"/>
      <w:r w:rsidRPr="006E228A">
        <w:rPr>
          <w:lang w:val="ru-RU"/>
        </w:rPr>
        <w:t>виявлених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збігів</w:t>
      </w:r>
      <w:proofErr w:type="spellEnd"/>
      <w:r w:rsidRPr="006E228A">
        <w:rPr>
          <w:lang w:val="ru-RU"/>
        </w:rPr>
        <w:t>:</w:t>
      </w:r>
    </w:p>
    <w:p w14:paraId="2756F92C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збіги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відсутні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неістотні</w:t>
      </w:r>
      <w:proofErr w:type="spellEnd"/>
    </w:p>
    <w:p w14:paraId="4EA1CA33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збіги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переважно</w:t>
      </w:r>
      <w:proofErr w:type="spellEnd"/>
      <w:r w:rsidRPr="006E228A">
        <w:rPr>
          <w:lang w:val="ru-RU"/>
        </w:rPr>
        <w:t xml:space="preserve"> у </w:t>
      </w:r>
      <w:proofErr w:type="spellStart"/>
      <w:r w:rsidRPr="006E228A">
        <w:rPr>
          <w:lang w:val="ru-RU"/>
        </w:rPr>
        <w:t>бібліографії</w:t>
      </w:r>
      <w:proofErr w:type="spellEnd"/>
      <w:r w:rsidRPr="006E228A">
        <w:rPr>
          <w:lang w:val="ru-RU"/>
        </w:rPr>
        <w:t xml:space="preserve"> / </w:t>
      </w:r>
      <w:proofErr w:type="spellStart"/>
      <w:r w:rsidRPr="006E228A">
        <w:rPr>
          <w:lang w:val="ru-RU"/>
        </w:rPr>
        <w:t>стандартних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елементах</w:t>
      </w:r>
      <w:proofErr w:type="spellEnd"/>
    </w:p>
    <w:p w14:paraId="2FD6EFBA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збіги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потребують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доопрацювання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цитувань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посилань</w:t>
      </w:r>
      <w:proofErr w:type="spellEnd"/>
    </w:p>
    <w:p w14:paraId="63B78D4E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збіги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потребують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змістовного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аналізу</w:t>
      </w:r>
      <w:proofErr w:type="spellEnd"/>
    </w:p>
    <w:p w14:paraId="13B4E844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виявлено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ознаки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маніпуляції</w:t>
      </w:r>
      <w:proofErr w:type="spellEnd"/>
      <w:r w:rsidRPr="006E228A">
        <w:rPr>
          <w:lang w:val="ru-RU"/>
        </w:rPr>
        <w:t xml:space="preserve"> файлом</w:t>
      </w:r>
    </w:p>
    <w:p w14:paraId="1E3F4701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інше</w:t>
      </w:r>
      <w:proofErr w:type="spellEnd"/>
    </w:p>
    <w:p w14:paraId="7C93C415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 xml:space="preserve">Короткий </w:t>
      </w:r>
      <w:proofErr w:type="spellStart"/>
      <w:r w:rsidRPr="006E228A">
        <w:rPr>
          <w:sz w:val="22"/>
          <w:lang w:val="ru-RU"/>
        </w:rPr>
        <w:t>опис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4BD647D9" w14:textId="77777777" w:rsidR="003C216C" w:rsidRPr="006E228A" w:rsidRDefault="00622ACB">
      <w:pPr>
        <w:rPr>
          <w:lang w:val="ru-RU"/>
        </w:rPr>
      </w:pPr>
      <w:r w:rsidRPr="006E228A">
        <w:rPr>
          <w:lang w:val="ru-RU"/>
        </w:rPr>
        <w:t xml:space="preserve">Рекомендована </w:t>
      </w:r>
      <w:proofErr w:type="spellStart"/>
      <w:r w:rsidRPr="006E228A">
        <w:rPr>
          <w:lang w:val="ru-RU"/>
        </w:rPr>
        <w:t>подальша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дія</w:t>
      </w:r>
      <w:proofErr w:type="spellEnd"/>
      <w:r w:rsidRPr="006E228A">
        <w:rPr>
          <w:lang w:val="ru-RU"/>
        </w:rPr>
        <w:t>:</w:t>
      </w:r>
    </w:p>
    <w:p w14:paraId="768F3129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передати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подальшого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розгляду</w:t>
      </w:r>
      <w:proofErr w:type="spellEnd"/>
    </w:p>
    <w:p w14:paraId="6E5DF039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повернути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доопрацювання</w:t>
      </w:r>
      <w:proofErr w:type="spellEnd"/>
    </w:p>
    <w:p w14:paraId="24D59E24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провести </w:t>
      </w:r>
      <w:proofErr w:type="spellStart"/>
      <w:r w:rsidRPr="006E228A">
        <w:rPr>
          <w:lang w:val="ru-RU"/>
        </w:rPr>
        <w:t>повторну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перевірку</w:t>
      </w:r>
      <w:proofErr w:type="spellEnd"/>
    </w:p>
    <w:p w14:paraId="3220800E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передати</w:t>
      </w:r>
      <w:proofErr w:type="spellEnd"/>
      <w:r w:rsidRPr="006E228A">
        <w:rPr>
          <w:lang w:val="ru-RU"/>
        </w:rPr>
        <w:t xml:space="preserve"> на </w:t>
      </w:r>
      <w:proofErr w:type="spellStart"/>
      <w:r w:rsidRPr="006E228A">
        <w:rPr>
          <w:lang w:val="ru-RU"/>
        </w:rPr>
        <w:t>змістовний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аналіз</w:t>
      </w:r>
      <w:proofErr w:type="spellEnd"/>
    </w:p>
    <w:p w14:paraId="23DD5CAC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передати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Комісії</w:t>
      </w:r>
      <w:proofErr w:type="spellEnd"/>
    </w:p>
    <w:p w14:paraId="7E39062D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інше</w:t>
      </w:r>
      <w:proofErr w:type="spellEnd"/>
    </w:p>
    <w:p w14:paraId="6CAEE86D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 xml:space="preserve">ПІБ </w:t>
      </w:r>
      <w:proofErr w:type="spellStart"/>
      <w:r w:rsidRPr="006E228A">
        <w:rPr>
          <w:sz w:val="22"/>
          <w:lang w:val="ru-RU"/>
        </w:rPr>
        <w:t>уповноваженої</w:t>
      </w:r>
      <w:proofErr w:type="spellEnd"/>
      <w:r w:rsidRPr="006E228A">
        <w:rPr>
          <w:sz w:val="22"/>
          <w:lang w:val="ru-RU"/>
        </w:rPr>
        <w:t xml:space="preserve"> особи: _____________________________________________________________________________________</w:t>
      </w:r>
    </w:p>
    <w:p w14:paraId="0D179603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Підпис</w:t>
      </w:r>
      <w:proofErr w:type="spellEnd"/>
      <w:r w:rsidRPr="006E228A">
        <w:rPr>
          <w:sz w:val="22"/>
          <w:lang w:val="ru-RU"/>
        </w:rPr>
        <w:t>: ___________________________________</w:t>
      </w:r>
    </w:p>
    <w:p w14:paraId="5CE2A0AB" w14:textId="77777777" w:rsidR="003C216C" w:rsidRPr="006E228A" w:rsidRDefault="00622ACB">
      <w:pPr>
        <w:rPr>
          <w:lang w:val="ru-RU"/>
        </w:rPr>
      </w:pPr>
      <w:r w:rsidRPr="006E228A">
        <w:rPr>
          <w:lang w:val="ru-RU"/>
        </w:rPr>
        <w:br/>
      </w:r>
    </w:p>
    <w:p w14:paraId="7D3AA712" w14:textId="77777777" w:rsidR="006E228A" w:rsidRDefault="006E228A">
      <w:pPr>
        <w:spacing w:after="200" w:line="276" w:lineRule="auto"/>
        <w:rPr>
          <w:b/>
          <w:lang w:val="ru-RU"/>
        </w:rPr>
      </w:pPr>
      <w:r>
        <w:rPr>
          <w:b/>
          <w:lang w:val="ru-RU"/>
        </w:rPr>
        <w:br w:type="page"/>
      </w:r>
    </w:p>
    <w:p w14:paraId="4E284D68" w14:textId="77777777" w:rsidR="003C216C" w:rsidRDefault="00622ACB">
      <w:pPr>
        <w:jc w:val="right"/>
        <w:rPr>
          <w:b/>
          <w:lang w:val="ru-RU"/>
        </w:rPr>
      </w:pPr>
      <w:proofErr w:type="spellStart"/>
      <w:r w:rsidRPr="006E228A">
        <w:rPr>
          <w:b/>
          <w:lang w:val="ru-RU"/>
        </w:rPr>
        <w:lastRenderedPageBreak/>
        <w:t>Додаток</w:t>
      </w:r>
      <w:proofErr w:type="spellEnd"/>
      <w:r w:rsidRPr="006E228A">
        <w:rPr>
          <w:b/>
          <w:lang w:val="ru-RU"/>
        </w:rPr>
        <w:t xml:space="preserve"> 6</w:t>
      </w:r>
    </w:p>
    <w:p w14:paraId="26A2D85B" w14:textId="77777777" w:rsidR="00CC28D6" w:rsidRPr="006E228A" w:rsidRDefault="00CC28D6" w:rsidP="00CC28D6">
      <w:pPr>
        <w:jc w:val="right"/>
        <w:rPr>
          <w:lang w:val="ru-RU"/>
        </w:rPr>
      </w:pPr>
      <w:r w:rsidRPr="006E228A">
        <w:rPr>
          <w:sz w:val="20"/>
          <w:lang w:val="ru-RU"/>
        </w:rPr>
        <w:t xml:space="preserve">до </w:t>
      </w:r>
      <w:proofErr w:type="spellStart"/>
      <w:r w:rsidRPr="006E228A">
        <w:rPr>
          <w:sz w:val="20"/>
          <w:lang w:val="ru-RU"/>
        </w:rPr>
        <w:t>Положення</w:t>
      </w:r>
      <w:proofErr w:type="spellEnd"/>
      <w:r w:rsidRPr="006E228A">
        <w:rPr>
          <w:sz w:val="20"/>
          <w:lang w:val="ru-RU"/>
        </w:rPr>
        <w:t xml:space="preserve"> про порядок </w:t>
      </w:r>
      <w:proofErr w:type="spellStart"/>
      <w:r w:rsidRPr="006E228A">
        <w:rPr>
          <w:sz w:val="20"/>
          <w:lang w:val="ru-RU"/>
        </w:rPr>
        <w:t>перевірки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академічних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proofErr w:type="spellStart"/>
      <w:r w:rsidRPr="006E228A">
        <w:rPr>
          <w:sz w:val="20"/>
          <w:lang w:val="ru-RU"/>
        </w:rPr>
        <w:t>творів</w:t>
      </w:r>
      <w:proofErr w:type="spellEnd"/>
      <w:r w:rsidRPr="006E228A">
        <w:rPr>
          <w:sz w:val="20"/>
          <w:lang w:val="ru-RU"/>
        </w:rPr>
        <w:t xml:space="preserve"> на </w:t>
      </w:r>
      <w:proofErr w:type="spellStart"/>
      <w:r w:rsidRPr="006E228A">
        <w:rPr>
          <w:sz w:val="20"/>
          <w:lang w:val="ru-RU"/>
        </w:rPr>
        <w:t>наявність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ознак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плагіату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та </w:t>
      </w:r>
      <w:proofErr w:type="spellStart"/>
      <w:r w:rsidRPr="006E228A">
        <w:rPr>
          <w:sz w:val="20"/>
          <w:lang w:val="ru-RU"/>
        </w:rPr>
        <w:t>недоброчесного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використання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технологій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штучного </w:t>
      </w:r>
      <w:proofErr w:type="spellStart"/>
      <w:r w:rsidRPr="006E228A">
        <w:rPr>
          <w:sz w:val="20"/>
          <w:lang w:val="ru-RU"/>
        </w:rPr>
        <w:t>інтелекту</w:t>
      </w:r>
      <w:proofErr w:type="spellEnd"/>
      <w:r w:rsidRPr="006E228A">
        <w:rPr>
          <w:sz w:val="20"/>
          <w:lang w:val="ru-RU"/>
        </w:rPr>
        <w:t xml:space="preserve"> в ННЦРМГО</w:t>
      </w:r>
    </w:p>
    <w:p w14:paraId="1B6902F3" w14:textId="77777777" w:rsidR="00CC28D6" w:rsidRPr="006E228A" w:rsidRDefault="00CC28D6">
      <w:pPr>
        <w:jc w:val="right"/>
        <w:rPr>
          <w:lang w:val="ru-RU"/>
        </w:rPr>
      </w:pPr>
    </w:p>
    <w:p w14:paraId="7B2E6FF6" w14:textId="77777777" w:rsidR="003C216C" w:rsidRPr="006E228A" w:rsidRDefault="00622ACB">
      <w:pPr>
        <w:jc w:val="center"/>
        <w:rPr>
          <w:lang w:val="ru-RU"/>
        </w:rPr>
      </w:pPr>
      <w:r w:rsidRPr="006E228A">
        <w:rPr>
          <w:b/>
          <w:lang w:val="ru-RU"/>
        </w:rPr>
        <w:t>ФОРМА ВИСНОВКУ</w:t>
      </w:r>
      <w:r w:rsidRPr="006E228A">
        <w:rPr>
          <w:b/>
          <w:lang w:val="ru-RU"/>
        </w:rPr>
        <w:br/>
      </w:r>
      <w:proofErr w:type="spellStart"/>
      <w:r w:rsidRPr="006E228A">
        <w:rPr>
          <w:b/>
          <w:lang w:val="ru-RU"/>
        </w:rPr>
        <w:t>змістовного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аналізу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результатів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перевірки</w:t>
      </w:r>
      <w:proofErr w:type="spellEnd"/>
    </w:p>
    <w:p w14:paraId="3F8A20C3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 xml:space="preserve">Дата і номер </w:t>
      </w:r>
      <w:proofErr w:type="spellStart"/>
      <w:r w:rsidRPr="006E228A">
        <w:rPr>
          <w:sz w:val="22"/>
          <w:lang w:val="ru-RU"/>
        </w:rPr>
        <w:t>висновку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31179E00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Підстава</w:t>
      </w:r>
      <w:proofErr w:type="spellEnd"/>
      <w:r w:rsidRPr="006E228A">
        <w:rPr>
          <w:sz w:val="22"/>
          <w:lang w:val="ru-RU"/>
        </w:rPr>
        <w:t xml:space="preserve"> для </w:t>
      </w:r>
      <w:proofErr w:type="spellStart"/>
      <w:r w:rsidRPr="006E228A">
        <w:rPr>
          <w:sz w:val="22"/>
          <w:lang w:val="ru-RU"/>
        </w:rPr>
        <w:t>аналізу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72153293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Назва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академічного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твору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324223AB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 xml:space="preserve">Автор / </w:t>
      </w:r>
      <w:proofErr w:type="spellStart"/>
      <w:r w:rsidRPr="006E228A">
        <w:rPr>
          <w:sz w:val="22"/>
          <w:lang w:val="ru-RU"/>
        </w:rPr>
        <w:t>відповідальний</w:t>
      </w:r>
      <w:proofErr w:type="spellEnd"/>
      <w:r w:rsidRPr="006E228A">
        <w:rPr>
          <w:sz w:val="22"/>
          <w:lang w:val="ru-RU"/>
        </w:rPr>
        <w:t xml:space="preserve"> автор: _____________________________________________________________________________________</w:t>
      </w:r>
    </w:p>
    <w:p w14:paraId="2E5F311D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Матеріали</w:t>
      </w:r>
      <w:proofErr w:type="spellEnd"/>
      <w:r w:rsidRPr="006E228A">
        <w:rPr>
          <w:sz w:val="22"/>
          <w:lang w:val="ru-RU"/>
        </w:rPr>
        <w:t xml:space="preserve">, </w:t>
      </w:r>
      <w:proofErr w:type="spellStart"/>
      <w:r w:rsidRPr="006E228A">
        <w:rPr>
          <w:sz w:val="22"/>
          <w:lang w:val="ru-RU"/>
        </w:rPr>
        <w:t>що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аналізувалися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14EBDEC9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 xml:space="preserve">Короткий </w:t>
      </w:r>
      <w:proofErr w:type="spellStart"/>
      <w:r w:rsidRPr="006E228A">
        <w:rPr>
          <w:sz w:val="22"/>
          <w:lang w:val="ru-RU"/>
        </w:rPr>
        <w:t>опис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технічних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результатів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перевірки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37CE6FCE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Оцінка</w:t>
      </w:r>
      <w:proofErr w:type="spellEnd"/>
      <w:r w:rsidRPr="006E228A">
        <w:rPr>
          <w:sz w:val="22"/>
          <w:lang w:val="ru-RU"/>
        </w:rPr>
        <w:t xml:space="preserve"> характеру </w:t>
      </w:r>
      <w:proofErr w:type="spellStart"/>
      <w:r w:rsidRPr="006E228A">
        <w:rPr>
          <w:sz w:val="22"/>
          <w:lang w:val="ru-RU"/>
        </w:rPr>
        <w:t>текстових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збігів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05A400D0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Оцінка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коректності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цитування</w:t>
      </w:r>
      <w:proofErr w:type="spellEnd"/>
      <w:r w:rsidRPr="006E228A">
        <w:rPr>
          <w:sz w:val="22"/>
          <w:lang w:val="ru-RU"/>
        </w:rPr>
        <w:t xml:space="preserve"> і </w:t>
      </w:r>
      <w:proofErr w:type="spellStart"/>
      <w:r w:rsidRPr="006E228A">
        <w:rPr>
          <w:sz w:val="22"/>
          <w:lang w:val="ru-RU"/>
        </w:rPr>
        <w:t>посилань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7FBFF045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Оцінка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використання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технологій</w:t>
      </w:r>
      <w:proofErr w:type="spellEnd"/>
      <w:r w:rsidRPr="006E228A">
        <w:rPr>
          <w:sz w:val="22"/>
          <w:lang w:val="ru-RU"/>
        </w:rPr>
        <w:t xml:space="preserve"> ШІ: _____________________________________________________________________________________</w:t>
      </w:r>
    </w:p>
    <w:p w14:paraId="01717690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Пояснення</w:t>
      </w:r>
      <w:proofErr w:type="spellEnd"/>
      <w:r w:rsidRPr="006E228A">
        <w:rPr>
          <w:sz w:val="22"/>
          <w:lang w:val="ru-RU"/>
        </w:rPr>
        <w:t xml:space="preserve"> автора / </w:t>
      </w:r>
      <w:proofErr w:type="spellStart"/>
      <w:r w:rsidRPr="006E228A">
        <w:rPr>
          <w:sz w:val="22"/>
          <w:lang w:val="ru-RU"/>
        </w:rPr>
        <w:t>відповідальної</w:t>
      </w:r>
      <w:proofErr w:type="spellEnd"/>
      <w:r w:rsidRPr="006E228A">
        <w:rPr>
          <w:sz w:val="22"/>
          <w:lang w:val="ru-RU"/>
        </w:rPr>
        <w:t xml:space="preserve"> особи, </w:t>
      </w:r>
      <w:proofErr w:type="spellStart"/>
      <w:r w:rsidRPr="006E228A">
        <w:rPr>
          <w:sz w:val="22"/>
          <w:lang w:val="ru-RU"/>
        </w:rPr>
        <w:t>якщо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надавалися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78DE3093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Висновок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7EFA756E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sz w:val="22"/>
          <w:lang w:val="ru-RU"/>
        </w:rPr>
        <w:t>Пропозиції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щодо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подальших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дій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6977F645" w14:textId="77777777" w:rsidR="003C216C" w:rsidRPr="006E228A" w:rsidRDefault="00622ACB">
      <w:pPr>
        <w:rPr>
          <w:lang w:val="ru-RU"/>
        </w:rPr>
      </w:pPr>
      <w:proofErr w:type="spellStart"/>
      <w:r w:rsidRPr="006E228A">
        <w:rPr>
          <w:lang w:val="ru-RU"/>
        </w:rPr>
        <w:t>Можливий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висновок</w:t>
      </w:r>
      <w:proofErr w:type="spellEnd"/>
      <w:r w:rsidRPr="006E228A">
        <w:rPr>
          <w:lang w:val="ru-RU"/>
        </w:rPr>
        <w:t>:</w:t>
      </w:r>
    </w:p>
    <w:p w14:paraId="3A2F91E7" w14:textId="1DB72B89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ознак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 не </w:t>
      </w:r>
      <w:proofErr w:type="spellStart"/>
      <w:r w:rsidRPr="006E228A">
        <w:rPr>
          <w:lang w:val="ru-RU"/>
        </w:rPr>
        <w:t>встановлено</w:t>
      </w:r>
      <w:proofErr w:type="spellEnd"/>
    </w:p>
    <w:p w14:paraId="4DFD26C8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наявні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технічні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редакційні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недоліки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які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можуть</w:t>
      </w:r>
      <w:proofErr w:type="spellEnd"/>
      <w:r w:rsidRPr="006E228A">
        <w:rPr>
          <w:lang w:val="ru-RU"/>
        </w:rPr>
        <w:t xml:space="preserve"> бути </w:t>
      </w:r>
      <w:proofErr w:type="spellStart"/>
      <w:r w:rsidRPr="006E228A">
        <w:rPr>
          <w:lang w:val="ru-RU"/>
        </w:rPr>
        <w:t>усунені</w:t>
      </w:r>
      <w:proofErr w:type="spellEnd"/>
    </w:p>
    <w:p w14:paraId="03C594A9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потрібне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доопрацювання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твору</w:t>
      </w:r>
      <w:proofErr w:type="spellEnd"/>
    </w:p>
    <w:p w14:paraId="4DE4CE3E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потрібна</w:t>
      </w:r>
      <w:proofErr w:type="spellEnd"/>
      <w:r w:rsidRPr="006E228A">
        <w:rPr>
          <w:lang w:val="ru-RU"/>
        </w:rPr>
        <w:t xml:space="preserve"> повторна </w:t>
      </w:r>
      <w:proofErr w:type="spellStart"/>
      <w:r w:rsidRPr="006E228A">
        <w:rPr>
          <w:lang w:val="ru-RU"/>
        </w:rPr>
        <w:t>перевірка</w:t>
      </w:r>
      <w:proofErr w:type="spellEnd"/>
    </w:p>
    <w:p w14:paraId="5DC8F8DD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наявні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ознаки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можливого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порушення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академічної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доброчесності</w:t>
      </w:r>
      <w:proofErr w:type="spellEnd"/>
      <w:r w:rsidRPr="006E228A">
        <w:rPr>
          <w:lang w:val="ru-RU"/>
        </w:rPr>
        <w:t xml:space="preserve">, </w:t>
      </w:r>
      <w:proofErr w:type="spellStart"/>
      <w:r w:rsidRPr="006E228A">
        <w:rPr>
          <w:lang w:val="ru-RU"/>
        </w:rPr>
        <w:t>матеріали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доцільно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передати</w:t>
      </w:r>
      <w:proofErr w:type="spellEnd"/>
      <w:r w:rsidRPr="006E228A">
        <w:rPr>
          <w:lang w:val="ru-RU"/>
        </w:rPr>
        <w:t xml:space="preserve"> до </w:t>
      </w:r>
      <w:proofErr w:type="spellStart"/>
      <w:r w:rsidRPr="006E228A">
        <w:rPr>
          <w:lang w:val="ru-RU"/>
        </w:rPr>
        <w:t>Комісії</w:t>
      </w:r>
      <w:proofErr w:type="spellEnd"/>
    </w:p>
    <w:p w14:paraId="0200160C" w14:textId="77777777" w:rsidR="003C216C" w:rsidRPr="006E228A" w:rsidRDefault="00622ACB">
      <w:pPr>
        <w:ind w:left="397" w:hanging="198"/>
        <w:rPr>
          <w:lang w:val="ru-RU"/>
        </w:rPr>
      </w:pPr>
      <w:r w:rsidRPr="006E228A">
        <w:rPr>
          <w:lang w:val="ru-RU"/>
        </w:rPr>
        <w:t xml:space="preserve">☐ </w:t>
      </w:r>
      <w:proofErr w:type="spellStart"/>
      <w:r w:rsidRPr="006E228A">
        <w:rPr>
          <w:lang w:val="ru-RU"/>
        </w:rPr>
        <w:t>питання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потребує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додаткової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експертизи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або</w:t>
      </w:r>
      <w:proofErr w:type="spellEnd"/>
      <w:r w:rsidRPr="006E228A">
        <w:rPr>
          <w:lang w:val="ru-RU"/>
        </w:rPr>
        <w:t xml:space="preserve"> </w:t>
      </w:r>
      <w:proofErr w:type="spellStart"/>
      <w:r w:rsidRPr="006E228A">
        <w:rPr>
          <w:lang w:val="ru-RU"/>
        </w:rPr>
        <w:t>рецензування</w:t>
      </w:r>
      <w:proofErr w:type="spellEnd"/>
    </w:p>
    <w:p w14:paraId="585A8314" w14:textId="77777777" w:rsidR="003C216C" w:rsidRPr="006E228A" w:rsidRDefault="00622ACB">
      <w:pPr>
        <w:rPr>
          <w:lang w:val="ru-RU"/>
        </w:rPr>
      </w:pPr>
      <w:r w:rsidRPr="006E228A">
        <w:rPr>
          <w:sz w:val="22"/>
          <w:lang w:val="ru-RU"/>
        </w:rPr>
        <w:t xml:space="preserve">ПІБ особи, яка </w:t>
      </w:r>
      <w:proofErr w:type="spellStart"/>
      <w:r w:rsidRPr="006E228A">
        <w:rPr>
          <w:sz w:val="22"/>
          <w:lang w:val="ru-RU"/>
        </w:rPr>
        <w:t>здійснила</w:t>
      </w:r>
      <w:proofErr w:type="spellEnd"/>
      <w:r w:rsidRPr="006E228A">
        <w:rPr>
          <w:sz w:val="22"/>
          <w:lang w:val="ru-RU"/>
        </w:rPr>
        <w:t xml:space="preserve"> </w:t>
      </w:r>
      <w:proofErr w:type="spellStart"/>
      <w:r w:rsidRPr="006E228A">
        <w:rPr>
          <w:sz w:val="22"/>
          <w:lang w:val="ru-RU"/>
        </w:rPr>
        <w:t>аналіз</w:t>
      </w:r>
      <w:proofErr w:type="spellEnd"/>
      <w:r w:rsidRPr="006E228A">
        <w:rPr>
          <w:sz w:val="22"/>
          <w:lang w:val="ru-RU"/>
        </w:rPr>
        <w:t>: _____________________________________________________________________________________</w:t>
      </w:r>
    </w:p>
    <w:p w14:paraId="6BF34745" w14:textId="55BBD537" w:rsidR="006E228A" w:rsidRDefault="00622ACB" w:rsidP="00CC28D6">
      <w:pPr>
        <w:rPr>
          <w:b/>
          <w:lang w:val="ru-RU"/>
        </w:rPr>
      </w:pPr>
      <w:proofErr w:type="spellStart"/>
      <w:r w:rsidRPr="006E228A">
        <w:rPr>
          <w:sz w:val="22"/>
          <w:lang w:val="ru-RU"/>
        </w:rPr>
        <w:t>Підпис</w:t>
      </w:r>
      <w:proofErr w:type="spellEnd"/>
      <w:r w:rsidRPr="006E228A">
        <w:rPr>
          <w:sz w:val="22"/>
          <w:lang w:val="ru-RU"/>
        </w:rPr>
        <w:t>: ___________________________________</w:t>
      </w:r>
      <w:r w:rsidRPr="006E228A">
        <w:rPr>
          <w:lang w:val="ru-RU"/>
        </w:rPr>
        <w:br/>
      </w:r>
      <w:r w:rsidR="006E228A">
        <w:rPr>
          <w:b/>
          <w:lang w:val="ru-RU"/>
        </w:rPr>
        <w:br w:type="page"/>
      </w:r>
    </w:p>
    <w:p w14:paraId="6F0204AB" w14:textId="77777777" w:rsidR="003C216C" w:rsidRDefault="00622ACB">
      <w:pPr>
        <w:jc w:val="right"/>
        <w:rPr>
          <w:b/>
          <w:lang w:val="ru-RU"/>
        </w:rPr>
      </w:pPr>
      <w:proofErr w:type="spellStart"/>
      <w:r w:rsidRPr="006E228A">
        <w:rPr>
          <w:b/>
          <w:lang w:val="ru-RU"/>
        </w:rPr>
        <w:lastRenderedPageBreak/>
        <w:t>Додаток</w:t>
      </w:r>
      <w:proofErr w:type="spellEnd"/>
      <w:r w:rsidRPr="006E228A">
        <w:rPr>
          <w:b/>
          <w:lang w:val="ru-RU"/>
        </w:rPr>
        <w:t xml:space="preserve"> 7</w:t>
      </w:r>
    </w:p>
    <w:p w14:paraId="67DDD69F" w14:textId="77777777" w:rsidR="00CC28D6" w:rsidRPr="006E228A" w:rsidRDefault="00CC28D6" w:rsidP="00CC28D6">
      <w:pPr>
        <w:jc w:val="right"/>
        <w:rPr>
          <w:lang w:val="ru-RU"/>
        </w:rPr>
      </w:pPr>
      <w:r w:rsidRPr="006E228A">
        <w:rPr>
          <w:sz w:val="20"/>
          <w:lang w:val="ru-RU"/>
        </w:rPr>
        <w:t xml:space="preserve">до </w:t>
      </w:r>
      <w:proofErr w:type="spellStart"/>
      <w:r w:rsidRPr="006E228A">
        <w:rPr>
          <w:sz w:val="20"/>
          <w:lang w:val="ru-RU"/>
        </w:rPr>
        <w:t>Положення</w:t>
      </w:r>
      <w:proofErr w:type="spellEnd"/>
      <w:r w:rsidRPr="006E228A">
        <w:rPr>
          <w:sz w:val="20"/>
          <w:lang w:val="ru-RU"/>
        </w:rPr>
        <w:t xml:space="preserve"> про порядок </w:t>
      </w:r>
      <w:proofErr w:type="spellStart"/>
      <w:r w:rsidRPr="006E228A">
        <w:rPr>
          <w:sz w:val="20"/>
          <w:lang w:val="ru-RU"/>
        </w:rPr>
        <w:t>перевірки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академічних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proofErr w:type="spellStart"/>
      <w:r w:rsidRPr="006E228A">
        <w:rPr>
          <w:sz w:val="20"/>
          <w:lang w:val="ru-RU"/>
        </w:rPr>
        <w:t>творів</w:t>
      </w:r>
      <w:proofErr w:type="spellEnd"/>
      <w:r w:rsidRPr="006E228A">
        <w:rPr>
          <w:sz w:val="20"/>
          <w:lang w:val="ru-RU"/>
        </w:rPr>
        <w:t xml:space="preserve"> на </w:t>
      </w:r>
      <w:proofErr w:type="spellStart"/>
      <w:r w:rsidRPr="006E228A">
        <w:rPr>
          <w:sz w:val="20"/>
          <w:lang w:val="ru-RU"/>
        </w:rPr>
        <w:t>наявність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ознак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плагіату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та </w:t>
      </w:r>
      <w:proofErr w:type="spellStart"/>
      <w:r w:rsidRPr="006E228A">
        <w:rPr>
          <w:sz w:val="20"/>
          <w:lang w:val="ru-RU"/>
        </w:rPr>
        <w:t>недоброчесного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використання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технологій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штучного </w:t>
      </w:r>
      <w:proofErr w:type="spellStart"/>
      <w:r w:rsidRPr="006E228A">
        <w:rPr>
          <w:sz w:val="20"/>
          <w:lang w:val="ru-RU"/>
        </w:rPr>
        <w:t>інтелекту</w:t>
      </w:r>
      <w:proofErr w:type="spellEnd"/>
      <w:r w:rsidRPr="006E228A">
        <w:rPr>
          <w:sz w:val="20"/>
          <w:lang w:val="ru-RU"/>
        </w:rPr>
        <w:t xml:space="preserve"> в ННЦРМГО</w:t>
      </w:r>
    </w:p>
    <w:p w14:paraId="7CF1EB53" w14:textId="77777777" w:rsidR="00CC28D6" w:rsidRPr="006E228A" w:rsidRDefault="00CC28D6">
      <w:pPr>
        <w:jc w:val="right"/>
        <w:rPr>
          <w:lang w:val="ru-RU"/>
        </w:rPr>
      </w:pPr>
    </w:p>
    <w:p w14:paraId="3B7A15D3" w14:textId="77777777" w:rsidR="003C216C" w:rsidRPr="006E228A" w:rsidRDefault="00622ACB">
      <w:pPr>
        <w:jc w:val="center"/>
        <w:rPr>
          <w:lang w:val="ru-RU"/>
        </w:rPr>
      </w:pPr>
      <w:r w:rsidRPr="006E228A">
        <w:rPr>
          <w:b/>
          <w:lang w:val="ru-RU"/>
        </w:rPr>
        <w:t>ЖУРНАЛ РЕЄСТРАЦІЇ ПЕРЕВІРОК АКАДЕМІЧНИХ ТВОРІВ</w:t>
      </w:r>
    </w:p>
    <w:tbl>
      <w:tblPr>
        <w:tblStyle w:val="aff2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134"/>
        <w:gridCol w:w="1701"/>
        <w:gridCol w:w="1701"/>
        <w:gridCol w:w="1247"/>
        <w:gridCol w:w="1417"/>
        <w:gridCol w:w="1531"/>
      </w:tblGrid>
      <w:tr w:rsidR="003C216C" w14:paraId="27243581" w14:textId="77777777">
        <w:trPr>
          <w:jc w:val="center"/>
        </w:trPr>
        <w:tc>
          <w:tcPr>
            <w:tcW w:w="737" w:type="dxa"/>
            <w:shd w:val="clear" w:color="auto" w:fill="D9EAF7"/>
          </w:tcPr>
          <w:p w14:paraId="55A40350" w14:textId="77777777" w:rsidR="003C216C" w:rsidRDefault="00622ACB">
            <w:pPr>
              <w:spacing w:after="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34" w:type="dxa"/>
            <w:shd w:val="clear" w:color="auto" w:fill="D9EAF7"/>
          </w:tcPr>
          <w:p w14:paraId="101FEEBB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18"/>
              </w:rPr>
              <w:t>Дата</w:t>
            </w:r>
            <w:proofErr w:type="spellEnd"/>
          </w:p>
        </w:tc>
        <w:tc>
          <w:tcPr>
            <w:tcW w:w="1701" w:type="dxa"/>
            <w:shd w:val="clear" w:color="auto" w:fill="D9EAF7"/>
          </w:tcPr>
          <w:p w14:paraId="3416272B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18"/>
              </w:rPr>
              <w:t>Назва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твору</w:t>
            </w:r>
            <w:proofErr w:type="spellEnd"/>
          </w:p>
        </w:tc>
        <w:tc>
          <w:tcPr>
            <w:tcW w:w="1701" w:type="dxa"/>
            <w:shd w:val="clear" w:color="auto" w:fill="D9EAF7"/>
          </w:tcPr>
          <w:p w14:paraId="50E96F0B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18"/>
              </w:rPr>
              <w:t>Автор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підрозділ</w:t>
            </w:r>
            <w:proofErr w:type="spellEnd"/>
          </w:p>
        </w:tc>
        <w:tc>
          <w:tcPr>
            <w:tcW w:w="1247" w:type="dxa"/>
            <w:shd w:val="clear" w:color="auto" w:fill="D9EAF7"/>
          </w:tcPr>
          <w:p w14:paraId="2655CB58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18"/>
              </w:rPr>
              <w:t>Вид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твору</w:t>
            </w:r>
            <w:proofErr w:type="spellEnd"/>
          </w:p>
        </w:tc>
        <w:tc>
          <w:tcPr>
            <w:tcW w:w="1417" w:type="dxa"/>
            <w:shd w:val="clear" w:color="auto" w:fill="D9EAF7"/>
          </w:tcPr>
          <w:p w14:paraId="4466BA59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18"/>
              </w:rPr>
              <w:t>Результат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перевірки</w:t>
            </w:r>
            <w:proofErr w:type="spellEnd"/>
          </w:p>
        </w:tc>
        <w:tc>
          <w:tcPr>
            <w:tcW w:w="1531" w:type="dxa"/>
            <w:shd w:val="clear" w:color="auto" w:fill="D9EAF7"/>
          </w:tcPr>
          <w:p w14:paraId="3407B7D5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18"/>
              </w:rPr>
              <w:t>Подальша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дія</w:t>
            </w:r>
            <w:proofErr w:type="spellEnd"/>
          </w:p>
        </w:tc>
      </w:tr>
      <w:tr w:rsidR="003C216C" w14:paraId="219A0A8E" w14:textId="77777777">
        <w:trPr>
          <w:jc w:val="center"/>
        </w:trPr>
        <w:tc>
          <w:tcPr>
            <w:tcW w:w="737" w:type="dxa"/>
          </w:tcPr>
          <w:p w14:paraId="33256883" w14:textId="77777777" w:rsidR="003C216C" w:rsidRDefault="003C216C">
            <w:pPr>
              <w:spacing w:after="0"/>
            </w:pPr>
          </w:p>
        </w:tc>
        <w:tc>
          <w:tcPr>
            <w:tcW w:w="1134" w:type="dxa"/>
          </w:tcPr>
          <w:p w14:paraId="3D272A7A" w14:textId="77777777" w:rsidR="003C216C" w:rsidRDefault="003C216C">
            <w:pPr>
              <w:spacing w:after="0"/>
            </w:pPr>
          </w:p>
        </w:tc>
        <w:tc>
          <w:tcPr>
            <w:tcW w:w="1701" w:type="dxa"/>
          </w:tcPr>
          <w:p w14:paraId="22956FB3" w14:textId="77777777" w:rsidR="003C216C" w:rsidRDefault="003C216C">
            <w:pPr>
              <w:spacing w:after="0"/>
            </w:pPr>
          </w:p>
        </w:tc>
        <w:tc>
          <w:tcPr>
            <w:tcW w:w="1701" w:type="dxa"/>
          </w:tcPr>
          <w:p w14:paraId="59EAF6A6" w14:textId="77777777" w:rsidR="003C216C" w:rsidRDefault="003C216C">
            <w:pPr>
              <w:spacing w:after="0"/>
            </w:pPr>
          </w:p>
        </w:tc>
        <w:tc>
          <w:tcPr>
            <w:tcW w:w="1247" w:type="dxa"/>
          </w:tcPr>
          <w:p w14:paraId="2605293B" w14:textId="77777777" w:rsidR="003C216C" w:rsidRDefault="003C216C">
            <w:pPr>
              <w:spacing w:after="0"/>
            </w:pPr>
          </w:p>
        </w:tc>
        <w:tc>
          <w:tcPr>
            <w:tcW w:w="1417" w:type="dxa"/>
          </w:tcPr>
          <w:p w14:paraId="2F0B77A1" w14:textId="77777777" w:rsidR="003C216C" w:rsidRDefault="003C216C">
            <w:pPr>
              <w:spacing w:after="0"/>
            </w:pPr>
          </w:p>
        </w:tc>
        <w:tc>
          <w:tcPr>
            <w:tcW w:w="1531" w:type="dxa"/>
          </w:tcPr>
          <w:p w14:paraId="65F921FE" w14:textId="77777777" w:rsidR="003C216C" w:rsidRDefault="003C216C">
            <w:pPr>
              <w:spacing w:after="0"/>
            </w:pPr>
          </w:p>
        </w:tc>
      </w:tr>
      <w:tr w:rsidR="003C216C" w14:paraId="4A8F2C09" w14:textId="77777777">
        <w:trPr>
          <w:jc w:val="center"/>
        </w:trPr>
        <w:tc>
          <w:tcPr>
            <w:tcW w:w="737" w:type="dxa"/>
          </w:tcPr>
          <w:p w14:paraId="2D93B80A" w14:textId="77777777" w:rsidR="003C216C" w:rsidRDefault="003C216C">
            <w:pPr>
              <w:spacing w:after="0"/>
            </w:pPr>
          </w:p>
        </w:tc>
        <w:tc>
          <w:tcPr>
            <w:tcW w:w="1134" w:type="dxa"/>
          </w:tcPr>
          <w:p w14:paraId="170811EE" w14:textId="77777777" w:rsidR="003C216C" w:rsidRDefault="003C216C">
            <w:pPr>
              <w:spacing w:after="0"/>
            </w:pPr>
          </w:p>
        </w:tc>
        <w:tc>
          <w:tcPr>
            <w:tcW w:w="1701" w:type="dxa"/>
          </w:tcPr>
          <w:p w14:paraId="2BA49714" w14:textId="77777777" w:rsidR="003C216C" w:rsidRDefault="003C216C">
            <w:pPr>
              <w:spacing w:after="0"/>
            </w:pPr>
          </w:p>
        </w:tc>
        <w:tc>
          <w:tcPr>
            <w:tcW w:w="1701" w:type="dxa"/>
          </w:tcPr>
          <w:p w14:paraId="644495E8" w14:textId="77777777" w:rsidR="003C216C" w:rsidRDefault="003C216C">
            <w:pPr>
              <w:spacing w:after="0"/>
            </w:pPr>
          </w:p>
        </w:tc>
        <w:tc>
          <w:tcPr>
            <w:tcW w:w="1247" w:type="dxa"/>
          </w:tcPr>
          <w:p w14:paraId="3637D59A" w14:textId="77777777" w:rsidR="003C216C" w:rsidRDefault="003C216C">
            <w:pPr>
              <w:spacing w:after="0"/>
            </w:pPr>
          </w:p>
        </w:tc>
        <w:tc>
          <w:tcPr>
            <w:tcW w:w="1417" w:type="dxa"/>
          </w:tcPr>
          <w:p w14:paraId="170A3323" w14:textId="77777777" w:rsidR="003C216C" w:rsidRDefault="003C216C">
            <w:pPr>
              <w:spacing w:after="0"/>
            </w:pPr>
          </w:p>
        </w:tc>
        <w:tc>
          <w:tcPr>
            <w:tcW w:w="1531" w:type="dxa"/>
          </w:tcPr>
          <w:p w14:paraId="7D589669" w14:textId="77777777" w:rsidR="003C216C" w:rsidRDefault="003C216C">
            <w:pPr>
              <w:spacing w:after="0"/>
            </w:pPr>
          </w:p>
        </w:tc>
      </w:tr>
      <w:tr w:rsidR="003C216C" w14:paraId="13A6AB20" w14:textId="77777777">
        <w:trPr>
          <w:jc w:val="center"/>
        </w:trPr>
        <w:tc>
          <w:tcPr>
            <w:tcW w:w="737" w:type="dxa"/>
          </w:tcPr>
          <w:p w14:paraId="719932B4" w14:textId="77777777" w:rsidR="003C216C" w:rsidRDefault="003C216C">
            <w:pPr>
              <w:spacing w:after="0"/>
            </w:pPr>
          </w:p>
        </w:tc>
        <w:tc>
          <w:tcPr>
            <w:tcW w:w="1134" w:type="dxa"/>
          </w:tcPr>
          <w:p w14:paraId="1D3B10A3" w14:textId="77777777" w:rsidR="003C216C" w:rsidRDefault="003C216C">
            <w:pPr>
              <w:spacing w:after="0"/>
            </w:pPr>
          </w:p>
        </w:tc>
        <w:tc>
          <w:tcPr>
            <w:tcW w:w="1701" w:type="dxa"/>
          </w:tcPr>
          <w:p w14:paraId="7DFA10C2" w14:textId="77777777" w:rsidR="003C216C" w:rsidRDefault="003C216C">
            <w:pPr>
              <w:spacing w:after="0"/>
            </w:pPr>
          </w:p>
        </w:tc>
        <w:tc>
          <w:tcPr>
            <w:tcW w:w="1701" w:type="dxa"/>
          </w:tcPr>
          <w:p w14:paraId="7D61D09E" w14:textId="77777777" w:rsidR="003C216C" w:rsidRDefault="003C216C">
            <w:pPr>
              <w:spacing w:after="0"/>
            </w:pPr>
          </w:p>
        </w:tc>
        <w:tc>
          <w:tcPr>
            <w:tcW w:w="1247" w:type="dxa"/>
          </w:tcPr>
          <w:p w14:paraId="2C8D3E34" w14:textId="77777777" w:rsidR="003C216C" w:rsidRDefault="003C216C">
            <w:pPr>
              <w:spacing w:after="0"/>
            </w:pPr>
          </w:p>
        </w:tc>
        <w:tc>
          <w:tcPr>
            <w:tcW w:w="1417" w:type="dxa"/>
          </w:tcPr>
          <w:p w14:paraId="41980DA8" w14:textId="77777777" w:rsidR="003C216C" w:rsidRDefault="003C216C">
            <w:pPr>
              <w:spacing w:after="0"/>
            </w:pPr>
          </w:p>
        </w:tc>
        <w:tc>
          <w:tcPr>
            <w:tcW w:w="1531" w:type="dxa"/>
          </w:tcPr>
          <w:p w14:paraId="0150CBCA" w14:textId="77777777" w:rsidR="003C216C" w:rsidRDefault="003C216C">
            <w:pPr>
              <w:spacing w:after="0"/>
            </w:pPr>
          </w:p>
        </w:tc>
      </w:tr>
      <w:tr w:rsidR="003C216C" w14:paraId="12154469" w14:textId="77777777">
        <w:trPr>
          <w:jc w:val="center"/>
        </w:trPr>
        <w:tc>
          <w:tcPr>
            <w:tcW w:w="737" w:type="dxa"/>
          </w:tcPr>
          <w:p w14:paraId="7BFF9A94" w14:textId="77777777" w:rsidR="003C216C" w:rsidRDefault="003C216C">
            <w:pPr>
              <w:spacing w:after="0"/>
            </w:pPr>
          </w:p>
        </w:tc>
        <w:tc>
          <w:tcPr>
            <w:tcW w:w="1134" w:type="dxa"/>
          </w:tcPr>
          <w:p w14:paraId="17DA0EB3" w14:textId="77777777" w:rsidR="003C216C" w:rsidRDefault="003C216C">
            <w:pPr>
              <w:spacing w:after="0"/>
            </w:pPr>
          </w:p>
        </w:tc>
        <w:tc>
          <w:tcPr>
            <w:tcW w:w="1701" w:type="dxa"/>
          </w:tcPr>
          <w:p w14:paraId="2372ACB1" w14:textId="77777777" w:rsidR="003C216C" w:rsidRDefault="003C216C">
            <w:pPr>
              <w:spacing w:after="0"/>
            </w:pPr>
          </w:p>
        </w:tc>
        <w:tc>
          <w:tcPr>
            <w:tcW w:w="1701" w:type="dxa"/>
          </w:tcPr>
          <w:p w14:paraId="0157B69B" w14:textId="77777777" w:rsidR="003C216C" w:rsidRDefault="003C216C">
            <w:pPr>
              <w:spacing w:after="0"/>
            </w:pPr>
          </w:p>
        </w:tc>
        <w:tc>
          <w:tcPr>
            <w:tcW w:w="1247" w:type="dxa"/>
          </w:tcPr>
          <w:p w14:paraId="1D05038B" w14:textId="77777777" w:rsidR="003C216C" w:rsidRDefault="003C216C">
            <w:pPr>
              <w:spacing w:after="0"/>
            </w:pPr>
          </w:p>
        </w:tc>
        <w:tc>
          <w:tcPr>
            <w:tcW w:w="1417" w:type="dxa"/>
          </w:tcPr>
          <w:p w14:paraId="6465BDEB" w14:textId="77777777" w:rsidR="003C216C" w:rsidRDefault="003C216C">
            <w:pPr>
              <w:spacing w:after="0"/>
            </w:pPr>
          </w:p>
        </w:tc>
        <w:tc>
          <w:tcPr>
            <w:tcW w:w="1531" w:type="dxa"/>
          </w:tcPr>
          <w:p w14:paraId="2E33BE38" w14:textId="77777777" w:rsidR="003C216C" w:rsidRDefault="003C216C">
            <w:pPr>
              <w:spacing w:after="0"/>
            </w:pPr>
          </w:p>
        </w:tc>
      </w:tr>
      <w:tr w:rsidR="003C216C" w14:paraId="6D5FFF60" w14:textId="77777777">
        <w:trPr>
          <w:jc w:val="center"/>
        </w:trPr>
        <w:tc>
          <w:tcPr>
            <w:tcW w:w="737" w:type="dxa"/>
          </w:tcPr>
          <w:p w14:paraId="54EE305B" w14:textId="77777777" w:rsidR="003C216C" w:rsidRDefault="003C216C">
            <w:pPr>
              <w:spacing w:after="0"/>
            </w:pPr>
          </w:p>
        </w:tc>
        <w:tc>
          <w:tcPr>
            <w:tcW w:w="1134" w:type="dxa"/>
          </w:tcPr>
          <w:p w14:paraId="50C20673" w14:textId="77777777" w:rsidR="003C216C" w:rsidRDefault="003C216C">
            <w:pPr>
              <w:spacing w:after="0"/>
            </w:pPr>
          </w:p>
        </w:tc>
        <w:tc>
          <w:tcPr>
            <w:tcW w:w="1701" w:type="dxa"/>
          </w:tcPr>
          <w:p w14:paraId="3E7E3920" w14:textId="77777777" w:rsidR="003C216C" w:rsidRDefault="003C216C">
            <w:pPr>
              <w:spacing w:after="0"/>
            </w:pPr>
          </w:p>
        </w:tc>
        <w:tc>
          <w:tcPr>
            <w:tcW w:w="1701" w:type="dxa"/>
          </w:tcPr>
          <w:p w14:paraId="0B62682E" w14:textId="77777777" w:rsidR="003C216C" w:rsidRDefault="003C216C">
            <w:pPr>
              <w:spacing w:after="0"/>
            </w:pPr>
          </w:p>
        </w:tc>
        <w:tc>
          <w:tcPr>
            <w:tcW w:w="1247" w:type="dxa"/>
          </w:tcPr>
          <w:p w14:paraId="5943613C" w14:textId="77777777" w:rsidR="003C216C" w:rsidRDefault="003C216C">
            <w:pPr>
              <w:spacing w:after="0"/>
            </w:pPr>
          </w:p>
        </w:tc>
        <w:tc>
          <w:tcPr>
            <w:tcW w:w="1417" w:type="dxa"/>
          </w:tcPr>
          <w:p w14:paraId="08F6214D" w14:textId="77777777" w:rsidR="003C216C" w:rsidRDefault="003C216C">
            <w:pPr>
              <w:spacing w:after="0"/>
            </w:pPr>
          </w:p>
        </w:tc>
        <w:tc>
          <w:tcPr>
            <w:tcW w:w="1531" w:type="dxa"/>
          </w:tcPr>
          <w:p w14:paraId="65684D07" w14:textId="77777777" w:rsidR="003C216C" w:rsidRDefault="003C216C">
            <w:pPr>
              <w:spacing w:after="0"/>
            </w:pPr>
          </w:p>
        </w:tc>
      </w:tr>
      <w:tr w:rsidR="003C216C" w14:paraId="4409DF10" w14:textId="77777777">
        <w:trPr>
          <w:jc w:val="center"/>
        </w:trPr>
        <w:tc>
          <w:tcPr>
            <w:tcW w:w="737" w:type="dxa"/>
          </w:tcPr>
          <w:p w14:paraId="16D4ED0E" w14:textId="77777777" w:rsidR="003C216C" w:rsidRDefault="003C216C">
            <w:pPr>
              <w:spacing w:after="0"/>
            </w:pPr>
          </w:p>
        </w:tc>
        <w:tc>
          <w:tcPr>
            <w:tcW w:w="1134" w:type="dxa"/>
          </w:tcPr>
          <w:p w14:paraId="0196EA36" w14:textId="77777777" w:rsidR="003C216C" w:rsidRDefault="003C216C">
            <w:pPr>
              <w:spacing w:after="0"/>
            </w:pPr>
          </w:p>
        </w:tc>
        <w:tc>
          <w:tcPr>
            <w:tcW w:w="1701" w:type="dxa"/>
          </w:tcPr>
          <w:p w14:paraId="15A3CEF8" w14:textId="77777777" w:rsidR="003C216C" w:rsidRDefault="003C216C">
            <w:pPr>
              <w:spacing w:after="0"/>
            </w:pPr>
          </w:p>
        </w:tc>
        <w:tc>
          <w:tcPr>
            <w:tcW w:w="1701" w:type="dxa"/>
          </w:tcPr>
          <w:p w14:paraId="4847C029" w14:textId="77777777" w:rsidR="003C216C" w:rsidRDefault="003C216C">
            <w:pPr>
              <w:spacing w:after="0"/>
            </w:pPr>
          </w:p>
        </w:tc>
        <w:tc>
          <w:tcPr>
            <w:tcW w:w="1247" w:type="dxa"/>
          </w:tcPr>
          <w:p w14:paraId="03A3AF7D" w14:textId="77777777" w:rsidR="003C216C" w:rsidRDefault="003C216C">
            <w:pPr>
              <w:spacing w:after="0"/>
            </w:pPr>
          </w:p>
        </w:tc>
        <w:tc>
          <w:tcPr>
            <w:tcW w:w="1417" w:type="dxa"/>
          </w:tcPr>
          <w:p w14:paraId="39900E40" w14:textId="77777777" w:rsidR="003C216C" w:rsidRDefault="003C216C">
            <w:pPr>
              <w:spacing w:after="0"/>
            </w:pPr>
          </w:p>
        </w:tc>
        <w:tc>
          <w:tcPr>
            <w:tcW w:w="1531" w:type="dxa"/>
          </w:tcPr>
          <w:p w14:paraId="667F7DCC" w14:textId="77777777" w:rsidR="003C216C" w:rsidRDefault="003C216C">
            <w:pPr>
              <w:spacing w:after="0"/>
            </w:pPr>
          </w:p>
        </w:tc>
      </w:tr>
    </w:tbl>
    <w:p w14:paraId="49BF4E7D" w14:textId="77777777" w:rsidR="003C216C" w:rsidRDefault="00622ACB">
      <w:r>
        <w:br/>
      </w:r>
    </w:p>
    <w:p w14:paraId="4B32FDE8" w14:textId="77777777" w:rsidR="006E228A" w:rsidRDefault="006E228A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7E4387B7" w14:textId="77777777" w:rsidR="003C216C" w:rsidRDefault="00622ACB">
      <w:pPr>
        <w:jc w:val="right"/>
        <w:rPr>
          <w:b/>
          <w:lang w:val="uk-UA"/>
        </w:rPr>
      </w:pPr>
      <w:proofErr w:type="spellStart"/>
      <w:r>
        <w:rPr>
          <w:b/>
        </w:rPr>
        <w:lastRenderedPageBreak/>
        <w:t>Додаток</w:t>
      </w:r>
      <w:proofErr w:type="spellEnd"/>
      <w:r>
        <w:rPr>
          <w:b/>
        </w:rPr>
        <w:t xml:space="preserve"> 8</w:t>
      </w:r>
    </w:p>
    <w:p w14:paraId="136CC40D" w14:textId="77777777" w:rsidR="00CC28D6" w:rsidRPr="006E228A" w:rsidRDefault="00CC28D6" w:rsidP="00CC28D6">
      <w:pPr>
        <w:jc w:val="right"/>
        <w:rPr>
          <w:lang w:val="ru-RU"/>
        </w:rPr>
      </w:pPr>
      <w:r w:rsidRPr="006E228A">
        <w:rPr>
          <w:sz w:val="20"/>
          <w:lang w:val="ru-RU"/>
        </w:rPr>
        <w:t xml:space="preserve">до </w:t>
      </w:r>
      <w:proofErr w:type="spellStart"/>
      <w:r w:rsidRPr="006E228A">
        <w:rPr>
          <w:sz w:val="20"/>
          <w:lang w:val="ru-RU"/>
        </w:rPr>
        <w:t>Положення</w:t>
      </w:r>
      <w:proofErr w:type="spellEnd"/>
      <w:r w:rsidRPr="006E228A">
        <w:rPr>
          <w:sz w:val="20"/>
          <w:lang w:val="ru-RU"/>
        </w:rPr>
        <w:t xml:space="preserve"> про порядок </w:t>
      </w:r>
      <w:proofErr w:type="spellStart"/>
      <w:r w:rsidRPr="006E228A">
        <w:rPr>
          <w:sz w:val="20"/>
          <w:lang w:val="ru-RU"/>
        </w:rPr>
        <w:t>перевірки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академічних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proofErr w:type="spellStart"/>
      <w:r w:rsidRPr="006E228A">
        <w:rPr>
          <w:sz w:val="20"/>
          <w:lang w:val="ru-RU"/>
        </w:rPr>
        <w:t>творів</w:t>
      </w:r>
      <w:proofErr w:type="spellEnd"/>
      <w:r w:rsidRPr="006E228A">
        <w:rPr>
          <w:sz w:val="20"/>
          <w:lang w:val="ru-RU"/>
        </w:rPr>
        <w:t xml:space="preserve"> на </w:t>
      </w:r>
      <w:proofErr w:type="spellStart"/>
      <w:r w:rsidRPr="006E228A">
        <w:rPr>
          <w:sz w:val="20"/>
          <w:lang w:val="ru-RU"/>
        </w:rPr>
        <w:t>наявність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ознак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академічного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плагіату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та </w:t>
      </w:r>
      <w:proofErr w:type="spellStart"/>
      <w:r w:rsidRPr="006E228A">
        <w:rPr>
          <w:sz w:val="20"/>
          <w:lang w:val="ru-RU"/>
        </w:rPr>
        <w:t>недоброчесного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використання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технологій</w:t>
      </w:r>
      <w:proofErr w:type="spellEnd"/>
      <w:r w:rsidRPr="006E228A">
        <w:rPr>
          <w:sz w:val="20"/>
          <w:lang w:val="ru-RU"/>
        </w:rPr>
        <w:t xml:space="preserve"> </w:t>
      </w:r>
      <w:r>
        <w:rPr>
          <w:sz w:val="20"/>
          <w:lang w:val="ru-RU"/>
        </w:rPr>
        <w:br/>
      </w:r>
      <w:r w:rsidRPr="006E228A">
        <w:rPr>
          <w:sz w:val="20"/>
          <w:lang w:val="ru-RU"/>
        </w:rPr>
        <w:t xml:space="preserve">штучного </w:t>
      </w:r>
      <w:proofErr w:type="spellStart"/>
      <w:r w:rsidRPr="006E228A">
        <w:rPr>
          <w:sz w:val="20"/>
          <w:lang w:val="ru-RU"/>
        </w:rPr>
        <w:t>інтелекту</w:t>
      </w:r>
      <w:proofErr w:type="spellEnd"/>
      <w:r w:rsidRPr="006E228A">
        <w:rPr>
          <w:sz w:val="20"/>
          <w:lang w:val="ru-RU"/>
        </w:rPr>
        <w:t xml:space="preserve"> в ННЦРМГО</w:t>
      </w:r>
    </w:p>
    <w:p w14:paraId="69A5A9B7" w14:textId="77777777" w:rsidR="00CC28D6" w:rsidRPr="00CC28D6" w:rsidRDefault="00CC28D6">
      <w:pPr>
        <w:jc w:val="right"/>
        <w:rPr>
          <w:lang w:val="ru-RU"/>
        </w:rPr>
      </w:pPr>
    </w:p>
    <w:p w14:paraId="7FBA80E5" w14:textId="77777777" w:rsidR="003C216C" w:rsidRPr="006E228A" w:rsidRDefault="00622ACB">
      <w:pPr>
        <w:jc w:val="center"/>
        <w:rPr>
          <w:lang w:val="ru-RU"/>
        </w:rPr>
      </w:pPr>
      <w:r w:rsidRPr="006E228A">
        <w:rPr>
          <w:b/>
          <w:lang w:val="ru-RU"/>
        </w:rPr>
        <w:t>ОРІЄНТОВНА МАТРИЦЯ РІШЕНЬ</w:t>
      </w:r>
      <w:r w:rsidRPr="006E228A">
        <w:rPr>
          <w:b/>
          <w:lang w:val="ru-RU"/>
        </w:rPr>
        <w:br/>
        <w:t xml:space="preserve">за результатами </w:t>
      </w:r>
      <w:proofErr w:type="spellStart"/>
      <w:r w:rsidRPr="006E228A">
        <w:rPr>
          <w:b/>
          <w:lang w:val="ru-RU"/>
        </w:rPr>
        <w:t>перевірки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академічного</w:t>
      </w:r>
      <w:proofErr w:type="spellEnd"/>
      <w:r w:rsidRPr="006E228A">
        <w:rPr>
          <w:b/>
          <w:lang w:val="ru-RU"/>
        </w:rPr>
        <w:t xml:space="preserve"> </w:t>
      </w:r>
      <w:proofErr w:type="spellStart"/>
      <w:r w:rsidRPr="006E228A">
        <w:rPr>
          <w:b/>
          <w:lang w:val="ru-RU"/>
        </w:rPr>
        <w:t>твору</w:t>
      </w:r>
      <w:proofErr w:type="spellEnd"/>
    </w:p>
    <w:tbl>
      <w:tblPr>
        <w:tblStyle w:val="aff2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1"/>
        <w:gridCol w:w="2438"/>
        <w:gridCol w:w="2438"/>
        <w:gridCol w:w="2154"/>
      </w:tblGrid>
      <w:tr w:rsidR="003C216C" w14:paraId="2E892A31" w14:textId="77777777">
        <w:trPr>
          <w:jc w:val="center"/>
        </w:trPr>
        <w:tc>
          <w:tcPr>
            <w:tcW w:w="2381" w:type="dxa"/>
            <w:shd w:val="clear" w:color="auto" w:fill="D9EAF7"/>
          </w:tcPr>
          <w:p w14:paraId="30EFD67D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18"/>
              </w:rPr>
              <w:t>Ситуація</w:t>
            </w:r>
            <w:proofErr w:type="spellEnd"/>
          </w:p>
        </w:tc>
        <w:tc>
          <w:tcPr>
            <w:tcW w:w="2438" w:type="dxa"/>
            <w:shd w:val="clear" w:color="auto" w:fill="D9EAF7"/>
          </w:tcPr>
          <w:p w14:paraId="7C0458A4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18"/>
              </w:rPr>
              <w:t>Що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з’ясовується</w:t>
            </w:r>
            <w:proofErr w:type="spellEnd"/>
          </w:p>
        </w:tc>
        <w:tc>
          <w:tcPr>
            <w:tcW w:w="2438" w:type="dxa"/>
            <w:shd w:val="clear" w:color="auto" w:fill="D9EAF7"/>
          </w:tcPr>
          <w:p w14:paraId="4DC9869C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18"/>
              </w:rPr>
              <w:t>Можлива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дія</w:t>
            </w:r>
            <w:proofErr w:type="spellEnd"/>
          </w:p>
        </w:tc>
        <w:tc>
          <w:tcPr>
            <w:tcW w:w="2154" w:type="dxa"/>
            <w:shd w:val="clear" w:color="auto" w:fill="D9EAF7"/>
          </w:tcPr>
          <w:p w14:paraId="473DF267" w14:textId="77777777" w:rsidR="003C216C" w:rsidRDefault="00622ACB">
            <w:pPr>
              <w:spacing w:after="0"/>
            </w:pPr>
            <w:proofErr w:type="spellStart"/>
            <w:r>
              <w:rPr>
                <w:b/>
                <w:sz w:val="18"/>
              </w:rPr>
              <w:t>Хто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приймає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рішення</w:t>
            </w:r>
            <w:proofErr w:type="spellEnd"/>
          </w:p>
        </w:tc>
      </w:tr>
      <w:tr w:rsidR="003C216C" w:rsidRPr="00C0100F" w14:paraId="148B416E" w14:textId="77777777">
        <w:trPr>
          <w:jc w:val="center"/>
        </w:trPr>
        <w:tc>
          <w:tcPr>
            <w:tcW w:w="2381" w:type="dxa"/>
          </w:tcPr>
          <w:p w14:paraId="5F246C4C" w14:textId="77777777" w:rsidR="003C216C" w:rsidRDefault="00622ACB">
            <w:pPr>
              <w:spacing w:after="0"/>
            </w:pPr>
            <w:proofErr w:type="spellStart"/>
            <w:r>
              <w:rPr>
                <w:sz w:val="18"/>
              </w:rPr>
              <w:t>Незначні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або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технічні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збіги</w:t>
            </w:r>
            <w:proofErr w:type="spellEnd"/>
          </w:p>
        </w:tc>
        <w:tc>
          <w:tcPr>
            <w:tcW w:w="2438" w:type="dxa"/>
          </w:tcPr>
          <w:p w14:paraId="135B78ED" w14:textId="77777777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Чи</w:t>
            </w:r>
            <w:proofErr w:type="spellEnd"/>
            <w:r w:rsidRPr="006E228A">
              <w:rPr>
                <w:sz w:val="18"/>
                <w:lang w:val="ru-RU"/>
              </w:rPr>
              <w:t xml:space="preserve"> не </w:t>
            </w:r>
            <w:proofErr w:type="spellStart"/>
            <w:r w:rsidRPr="006E228A">
              <w:rPr>
                <w:sz w:val="18"/>
                <w:lang w:val="ru-RU"/>
              </w:rPr>
              <w:t>стосуються</w:t>
            </w:r>
            <w:proofErr w:type="spellEnd"/>
            <w:r w:rsidRPr="006E228A">
              <w:rPr>
                <w:sz w:val="18"/>
                <w:lang w:val="ru-RU"/>
              </w:rPr>
              <w:t xml:space="preserve"> вони </w:t>
            </w:r>
            <w:proofErr w:type="spellStart"/>
            <w:r w:rsidRPr="006E228A">
              <w:rPr>
                <w:sz w:val="18"/>
                <w:lang w:val="ru-RU"/>
              </w:rPr>
              <w:t>ключових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результатів</w:t>
            </w:r>
            <w:proofErr w:type="spellEnd"/>
            <w:r w:rsidRPr="006E228A">
              <w:rPr>
                <w:sz w:val="18"/>
                <w:lang w:val="ru-RU"/>
              </w:rPr>
              <w:t xml:space="preserve"> і </w:t>
            </w:r>
            <w:proofErr w:type="spellStart"/>
            <w:r w:rsidRPr="006E228A">
              <w:rPr>
                <w:sz w:val="18"/>
                <w:lang w:val="ru-RU"/>
              </w:rPr>
              <w:t>чи</w:t>
            </w:r>
            <w:proofErr w:type="spellEnd"/>
            <w:r w:rsidRPr="006E228A">
              <w:rPr>
                <w:sz w:val="18"/>
                <w:lang w:val="ru-RU"/>
              </w:rPr>
              <w:t xml:space="preserve"> є </w:t>
            </w:r>
            <w:proofErr w:type="spellStart"/>
            <w:r w:rsidRPr="006E228A">
              <w:rPr>
                <w:sz w:val="18"/>
                <w:lang w:val="ru-RU"/>
              </w:rPr>
              <w:t>джерела</w:t>
            </w:r>
            <w:proofErr w:type="spellEnd"/>
          </w:p>
        </w:tc>
        <w:tc>
          <w:tcPr>
            <w:tcW w:w="2438" w:type="dxa"/>
          </w:tcPr>
          <w:p w14:paraId="373AE35B" w14:textId="77777777" w:rsidR="003C216C" w:rsidRPr="006E228A" w:rsidRDefault="00622ACB">
            <w:pPr>
              <w:spacing w:after="0"/>
              <w:rPr>
                <w:lang w:val="ru-RU"/>
              </w:rPr>
            </w:pPr>
            <w:r w:rsidRPr="006E228A">
              <w:rPr>
                <w:sz w:val="18"/>
                <w:lang w:val="ru-RU"/>
              </w:rPr>
              <w:t xml:space="preserve">Допуск до </w:t>
            </w:r>
            <w:proofErr w:type="spellStart"/>
            <w:r w:rsidRPr="006E228A">
              <w:rPr>
                <w:sz w:val="18"/>
                <w:lang w:val="ru-RU"/>
              </w:rPr>
              <w:t>подальшого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розгляду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або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технічне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уточнення</w:t>
            </w:r>
            <w:proofErr w:type="spellEnd"/>
          </w:p>
        </w:tc>
        <w:tc>
          <w:tcPr>
            <w:tcW w:w="2154" w:type="dxa"/>
          </w:tcPr>
          <w:p w14:paraId="6930E9EE" w14:textId="77777777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Уповноважена</w:t>
            </w:r>
            <w:proofErr w:type="spellEnd"/>
            <w:r w:rsidRPr="006E228A">
              <w:rPr>
                <w:sz w:val="18"/>
                <w:lang w:val="ru-RU"/>
              </w:rPr>
              <w:t xml:space="preserve"> особа, </w:t>
            </w:r>
            <w:proofErr w:type="spellStart"/>
            <w:r w:rsidRPr="006E228A">
              <w:rPr>
                <w:sz w:val="18"/>
                <w:lang w:val="ru-RU"/>
              </w:rPr>
              <w:t>редакція</w:t>
            </w:r>
            <w:proofErr w:type="spellEnd"/>
            <w:r w:rsidRPr="006E228A">
              <w:rPr>
                <w:sz w:val="18"/>
                <w:lang w:val="ru-RU"/>
              </w:rPr>
              <w:t xml:space="preserve">, </w:t>
            </w:r>
            <w:proofErr w:type="spellStart"/>
            <w:r w:rsidRPr="006E228A">
              <w:rPr>
                <w:sz w:val="18"/>
                <w:lang w:val="ru-RU"/>
              </w:rPr>
              <w:t>відповідальна</w:t>
            </w:r>
            <w:proofErr w:type="spellEnd"/>
            <w:r w:rsidRPr="006E228A">
              <w:rPr>
                <w:sz w:val="18"/>
                <w:lang w:val="ru-RU"/>
              </w:rPr>
              <w:t xml:space="preserve"> особа</w:t>
            </w:r>
          </w:p>
        </w:tc>
      </w:tr>
      <w:tr w:rsidR="003C216C" w:rsidRPr="00C0100F" w14:paraId="447BE52A" w14:textId="77777777">
        <w:trPr>
          <w:jc w:val="center"/>
        </w:trPr>
        <w:tc>
          <w:tcPr>
            <w:tcW w:w="2381" w:type="dxa"/>
          </w:tcPr>
          <w:p w14:paraId="3D59D701" w14:textId="77777777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Некоректні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посилання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або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неповні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цитати</w:t>
            </w:r>
            <w:proofErr w:type="spellEnd"/>
          </w:p>
        </w:tc>
        <w:tc>
          <w:tcPr>
            <w:tcW w:w="2438" w:type="dxa"/>
          </w:tcPr>
          <w:p w14:paraId="3A9A0420" w14:textId="77777777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Чи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можна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усунути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недоліки</w:t>
            </w:r>
            <w:proofErr w:type="spellEnd"/>
            <w:r w:rsidRPr="006E228A">
              <w:rPr>
                <w:sz w:val="18"/>
                <w:lang w:val="ru-RU"/>
              </w:rPr>
              <w:t xml:space="preserve"> без </w:t>
            </w:r>
            <w:proofErr w:type="spellStart"/>
            <w:r w:rsidRPr="006E228A">
              <w:rPr>
                <w:sz w:val="18"/>
                <w:lang w:val="ru-RU"/>
              </w:rPr>
              <w:t>ознак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недоброчесності</w:t>
            </w:r>
            <w:proofErr w:type="spellEnd"/>
          </w:p>
        </w:tc>
        <w:tc>
          <w:tcPr>
            <w:tcW w:w="2438" w:type="dxa"/>
          </w:tcPr>
          <w:p w14:paraId="419D1365" w14:textId="77777777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Повернення</w:t>
            </w:r>
            <w:proofErr w:type="spellEnd"/>
            <w:r w:rsidRPr="006E228A">
              <w:rPr>
                <w:sz w:val="18"/>
                <w:lang w:val="ru-RU"/>
              </w:rPr>
              <w:t xml:space="preserve"> на </w:t>
            </w:r>
            <w:proofErr w:type="spellStart"/>
            <w:r w:rsidRPr="006E228A">
              <w:rPr>
                <w:sz w:val="18"/>
                <w:lang w:val="ru-RU"/>
              </w:rPr>
              <w:t>доопрацювання</w:t>
            </w:r>
            <w:proofErr w:type="spellEnd"/>
            <w:r w:rsidRPr="006E228A">
              <w:rPr>
                <w:sz w:val="18"/>
                <w:lang w:val="ru-RU"/>
              </w:rPr>
              <w:t xml:space="preserve">, повторна </w:t>
            </w:r>
            <w:proofErr w:type="spellStart"/>
            <w:r w:rsidRPr="006E228A">
              <w:rPr>
                <w:sz w:val="18"/>
                <w:lang w:val="ru-RU"/>
              </w:rPr>
              <w:t>перевірка</w:t>
            </w:r>
            <w:proofErr w:type="spellEnd"/>
          </w:p>
        </w:tc>
        <w:tc>
          <w:tcPr>
            <w:tcW w:w="2154" w:type="dxa"/>
          </w:tcPr>
          <w:p w14:paraId="41FDE661" w14:textId="77777777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Редакція</w:t>
            </w:r>
            <w:proofErr w:type="spellEnd"/>
            <w:r w:rsidRPr="006E228A">
              <w:rPr>
                <w:sz w:val="18"/>
                <w:lang w:val="ru-RU"/>
              </w:rPr>
              <w:t xml:space="preserve">, </w:t>
            </w:r>
            <w:proofErr w:type="spellStart"/>
            <w:r w:rsidRPr="006E228A">
              <w:rPr>
                <w:sz w:val="18"/>
                <w:lang w:val="ru-RU"/>
              </w:rPr>
              <w:t>науковий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керівник</w:t>
            </w:r>
            <w:proofErr w:type="spellEnd"/>
            <w:r w:rsidRPr="006E228A">
              <w:rPr>
                <w:sz w:val="18"/>
                <w:lang w:val="ru-RU"/>
              </w:rPr>
              <w:t xml:space="preserve">, </w:t>
            </w:r>
            <w:proofErr w:type="spellStart"/>
            <w:r w:rsidRPr="006E228A">
              <w:rPr>
                <w:sz w:val="18"/>
                <w:lang w:val="ru-RU"/>
              </w:rPr>
              <w:t>уповноважена</w:t>
            </w:r>
            <w:proofErr w:type="spellEnd"/>
            <w:r w:rsidRPr="006E228A">
              <w:rPr>
                <w:sz w:val="18"/>
                <w:lang w:val="ru-RU"/>
              </w:rPr>
              <w:t xml:space="preserve"> особа</w:t>
            </w:r>
          </w:p>
        </w:tc>
      </w:tr>
      <w:tr w:rsidR="003C216C" w14:paraId="41394665" w14:textId="77777777">
        <w:trPr>
          <w:jc w:val="center"/>
        </w:trPr>
        <w:tc>
          <w:tcPr>
            <w:tcW w:w="2381" w:type="dxa"/>
          </w:tcPr>
          <w:p w14:paraId="60135280" w14:textId="77777777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Істотні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текстові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збіги</w:t>
            </w:r>
            <w:proofErr w:type="spellEnd"/>
            <w:r w:rsidRPr="006E228A">
              <w:rPr>
                <w:sz w:val="18"/>
                <w:lang w:val="ru-RU"/>
              </w:rPr>
              <w:t xml:space="preserve"> без </w:t>
            </w:r>
            <w:proofErr w:type="spellStart"/>
            <w:r w:rsidRPr="006E228A">
              <w:rPr>
                <w:sz w:val="18"/>
                <w:lang w:val="ru-RU"/>
              </w:rPr>
              <w:t>належних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посилань</w:t>
            </w:r>
            <w:proofErr w:type="spellEnd"/>
          </w:p>
        </w:tc>
        <w:tc>
          <w:tcPr>
            <w:tcW w:w="2438" w:type="dxa"/>
          </w:tcPr>
          <w:p w14:paraId="6050D4F6" w14:textId="77777777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Чи</w:t>
            </w:r>
            <w:proofErr w:type="spellEnd"/>
            <w:r w:rsidRPr="006E228A">
              <w:rPr>
                <w:sz w:val="18"/>
                <w:lang w:val="ru-RU"/>
              </w:rPr>
              <w:t xml:space="preserve"> є </w:t>
            </w:r>
            <w:proofErr w:type="spellStart"/>
            <w:r w:rsidRPr="006E228A">
              <w:rPr>
                <w:sz w:val="18"/>
                <w:lang w:val="ru-RU"/>
              </w:rPr>
              <w:t>ознаки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академічного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плагіату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або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самоплагіату</w:t>
            </w:r>
            <w:proofErr w:type="spellEnd"/>
          </w:p>
        </w:tc>
        <w:tc>
          <w:tcPr>
            <w:tcW w:w="2438" w:type="dxa"/>
          </w:tcPr>
          <w:p w14:paraId="1806C0C1" w14:textId="77777777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Змістовний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аналіз</w:t>
            </w:r>
            <w:proofErr w:type="spellEnd"/>
            <w:r w:rsidRPr="006E228A">
              <w:rPr>
                <w:sz w:val="18"/>
                <w:lang w:val="ru-RU"/>
              </w:rPr>
              <w:t xml:space="preserve">, </w:t>
            </w:r>
            <w:proofErr w:type="spellStart"/>
            <w:r w:rsidRPr="006E228A">
              <w:rPr>
                <w:sz w:val="18"/>
                <w:lang w:val="ru-RU"/>
              </w:rPr>
              <w:t>передання</w:t>
            </w:r>
            <w:proofErr w:type="spellEnd"/>
            <w:r w:rsidRPr="006E228A">
              <w:rPr>
                <w:sz w:val="18"/>
                <w:lang w:val="ru-RU"/>
              </w:rPr>
              <w:t xml:space="preserve"> до </w:t>
            </w:r>
            <w:proofErr w:type="spellStart"/>
            <w:r w:rsidRPr="006E228A">
              <w:rPr>
                <w:sz w:val="18"/>
                <w:lang w:val="ru-RU"/>
              </w:rPr>
              <w:t>Комісії</w:t>
            </w:r>
            <w:proofErr w:type="spellEnd"/>
          </w:p>
        </w:tc>
        <w:tc>
          <w:tcPr>
            <w:tcW w:w="2154" w:type="dxa"/>
          </w:tcPr>
          <w:p w14:paraId="561D685B" w14:textId="77777777" w:rsidR="003C216C" w:rsidRDefault="00622ACB">
            <w:pPr>
              <w:spacing w:after="0"/>
            </w:pPr>
            <w:proofErr w:type="spellStart"/>
            <w:r>
              <w:rPr>
                <w:sz w:val="18"/>
              </w:rPr>
              <w:t>Компетентний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орган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або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Комісія</w:t>
            </w:r>
            <w:proofErr w:type="spellEnd"/>
          </w:p>
        </w:tc>
      </w:tr>
      <w:tr w:rsidR="003C216C" w14:paraId="304AE010" w14:textId="77777777">
        <w:trPr>
          <w:jc w:val="center"/>
        </w:trPr>
        <w:tc>
          <w:tcPr>
            <w:tcW w:w="2381" w:type="dxa"/>
          </w:tcPr>
          <w:p w14:paraId="4D4E7AA4" w14:textId="77777777" w:rsidR="003C216C" w:rsidRDefault="00622ACB">
            <w:pPr>
              <w:spacing w:after="0"/>
            </w:pPr>
            <w:proofErr w:type="spellStart"/>
            <w:r>
              <w:rPr>
                <w:sz w:val="18"/>
              </w:rPr>
              <w:t>Незадеклароване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істотне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використання</w:t>
            </w:r>
            <w:proofErr w:type="spellEnd"/>
            <w:r>
              <w:rPr>
                <w:sz w:val="18"/>
              </w:rPr>
              <w:t xml:space="preserve"> ШІ</w:t>
            </w:r>
          </w:p>
        </w:tc>
        <w:tc>
          <w:tcPr>
            <w:tcW w:w="2438" w:type="dxa"/>
          </w:tcPr>
          <w:p w14:paraId="56C3B946" w14:textId="77777777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Чи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підмінено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авторський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внесок</w:t>
            </w:r>
            <w:proofErr w:type="spellEnd"/>
            <w:r w:rsidRPr="006E228A">
              <w:rPr>
                <w:sz w:val="18"/>
                <w:lang w:val="ru-RU"/>
              </w:rPr>
              <w:t xml:space="preserve">, </w:t>
            </w:r>
            <w:proofErr w:type="spellStart"/>
            <w:r w:rsidRPr="006E228A">
              <w:rPr>
                <w:sz w:val="18"/>
                <w:lang w:val="ru-RU"/>
              </w:rPr>
              <w:t>чи</w:t>
            </w:r>
            <w:proofErr w:type="spellEnd"/>
            <w:r w:rsidRPr="006E228A">
              <w:rPr>
                <w:sz w:val="18"/>
                <w:lang w:val="ru-RU"/>
              </w:rPr>
              <w:t xml:space="preserve"> є </w:t>
            </w:r>
            <w:proofErr w:type="spellStart"/>
            <w:r w:rsidRPr="006E228A">
              <w:rPr>
                <w:sz w:val="18"/>
                <w:lang w:val="ru-RU"/>
              </w:rPr>
              <w:t>вигадані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джерела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або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дані</w:t>
            </w:r>
            <w:proofErr w:type="spellEnd"/>
          </w:p>
        </w:tc>
        <w:tc>
          <w:tcPr>
            <w:tcW w:w="2438" w:type="dxa"/>
          </w:tcPr>
          <w:p w14:paraId="2DA78826" w14:textId="77777777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Уточнення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декларації</w:t>
            </w:r>
            <w:proofErr w:type="spellEnd"/>
            <w:r w:rsidRPr="006E228A">
              <w:rPr>
                <w:sz w:val="18"/>
                <w:lang w:val="ru-RU"/>
              </w:rPr>
              <w:t xml:space="preserve">, </w:t>
            </w:r>
            <w:proofErr w:type="spellStart"/>
            <w:r w:rsidRPr="006E228A">
              <w:rPr>
                <w:sz w:val="18"/>
                <w:lang w:val="ru-RU"/>
              </w:rPr>
              <w:t>доопрацювання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або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передання</w:t>
            </w:r>
            <w:proofErr w:type="spellEnd"/>
            <w:r w:rsidRPr="006E228A">
              <w:rPr>
                <w:sz w:val="18"/>
                <w:lang w:val="ru-RU"/>
              </w:rPr>
              <w:t xml:space="preserve"> до </w:t>
            </w:r>
            <w:proofErr w:type="spellStart"/>
            <w:r w:rsidRPr="006E228A">
              <w:rPr>
                <w:sz w:val="18"/>
                <w:lang w:val="ru-RU"/>
              </w:rPr>
              <w:t>Комісії</w:t>
            </w:r>
            <w:proofErr w:type="spellEnd"/>
          </w:p>
        </w:tc>
        <w:tc>
          <w:tcPr>
            <w:tcW w:w="2154" w:type="dxa"/>
          </w:tcPr>
          <w:p w14:paraId="0F1EEBDB" w14:textId="77777777" w:rsidR="003C216C" w:rsidRDefault="00622ACB">
            <w:pPr>
              <w:spacing w:after="0"/>
            </w:pPr>
            <w:proofErr w:type="spellStart"/>
            <w:r>
              <w:rPr>
                <w:sz w:val="18"/>
              </w:rPr>
              <w:t>Редакція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рада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Комісія</w:t>
            </w:r>
            <w:proofErr w:type="spellEnd"/>
          </w:p>
        </w:tc>
      </w:tr>
      <w:tr w:rsidR="003C216C" w:rsidRPr="00C0100F" w14:paraId="5C19D372" w14:textId="77777777">
        <w:trPr>
          <w:jc w:val="center"/>
        </w:trPr>
        <w:tc>
          <w:tcPr>
            <w:tcW w:w="2381" w:type="dxa"/>
          </w:tcPr>
          <w:p w14:paraId="4382A5CC" w14:textId="77777777" w:rsidR="003C216C" w:rsidRDefault="00622ACB">
            <w:pPr>
              <w:spacing w:after="0"/>
            </w:pPr>
            <w:proofErr w:type="spellStart"/>
            <w:r>
              <w:rPr>
                <w:sz w:val="18"/>
              </w:rPr>
              <w:t>Ознаки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фабрикації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фальсифікації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або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маніпуляції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даними</w:t>
            </w:r>
            <w:proofErr w:type="spellEnd"/>
          </w:p>
        </w:tc>
        <w:tc>
          <w:tcPr>
            <w:tcW w:w="2438" w:type="dxa"/>
          </w:tcPr>
          <w:p w14:paraId="061F50BD" w14:textId="77777777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Чи</w:t>
            </w:r>
            <w:proofErr w:type="spellEnd"/>
            <w:r w:rsidRPr="006E228A">
              <w:rPr>
                <w:sz w:val="18"/>
                <w:lang w:val="ru-RU"/>
              </w:rPr>
              <w:t xml:space="preserve"> є </w:t>
            </w:r>
            <w:proofErr w:type="spellStart"/>
            <w:r w:rsidRPr="006E228A">
              <w:rPr>
                <w:sz w:val="18"/>
                <w:lang w:val="ru-RU"/>
              </w:rPr>
              <w:t>перевірювані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фактичні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матеріали</w:t>
            </w:r>
            <w:proofErr w:type="spellEnd"/>
            <w:r w:rsidRPr="006E228A">
              <w:rPr>
                <w:sz w:val="18"/>
                <w:lang w:val="ru-RU"/>
              </w:rPr>
              <w:t xml:space="preserve"> і </w:t>
            </w:r>
            <w:proofErr w:type="spellStart"/>
            <w:r w:rsidRPr="006E228A">
              <w:rPr>
                <w:sz w:val="18"/>
                <w:lang w:val="ru-RU"/>
              </w:rPr>
              <w:t>пояснення</w:t>
            </w:r>
            <w:proofErr w:type="spellEnd"/>
          </w:p>
        </w:tc>
        <w:tc>
          <w:tcPr>
            <w:tcW w:w="2438" w:type="dxa"/>
          </w:tcPr>
          <w:p w14:paraId="7A691D07" w14:textId="77777777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Передання</w:t>
            </w:r>
            <w:proofErr w:type="spellEnd"/>
            <w:r w:rsidRPr="006E228A">
              <w:rPr>
                <w:sz w:val="18"/>
                <w:lang w:val="ru-RU"/>
              </w:rPr>
              <w:t xml:space="preserve"> до </w:t>
            </w:r>
            <w:proofErr w:type="spellStart"/>
            <w:r w:rsidRPr="006E228A">
              <w:rPr>
                <w:sz w:val="18"/>
                <w:lang w:val="ru-RU"/>
              </w:rPr>
              <w:t>Комісії</w:t>
            </w:r>
            <w:proofErr w:type="spellEnd"/>
            <w:r w:rsidRPr="006E228A">
              <w:rPr>
                <w:sz w:val="18"/>
                <w:lang w:val="ru-RU"/>
              </w:rPr>
              <w:t xml:space="preserve">, </w:t>
            </w:r>
            <w:proofErr w:type="spellStart"/>
            <w:r w:rsidRPr="006E228A">
              <w:rPr>
                <w:sz w:val="18"/>
                <w:lang w:val="ru-RU"/>
              </w:rPr>
              <w:t>додаткова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експертиза</w:t>
            </w:r>
            <w:proofErr w:type="spellEnd"/>
          </w:p>
        </w:tc>
        <w:tc>
          <w:tcPr>
            <w:tcW w:w="2154" w:type="dxa"/>
          </w:tcPr>
          <w:p w14:paraId="2D8B827D" w14:textId="7B89262E" w:rsidR="003C216C" w:rsidRPr="006E228A" w:rsidRDefault="00622ACB">
            <w:pPr>
              <w:spacing w:after="0"/>
              <w:rPr>
                <w:lang w:val="ru-RU"/>
              </w:rPr>
            </w:pPr>
            <w:proofErr w:type="spellStart"/>
            <w:r w:rsidRPr="006E228A">
              <w:rPr>
                <w:sz w:val="18"/>
                <w:lang w:val="ru-RU"/>
              </w:rPr>
              <w:t>Комісія</w:t>
            </w:r>
            <w:proofErr w:type="spellEnd"/>
            <w:r w:rsidRPr="006E228A">
              <w:rPr>
                <w:sz w:val="18"/>
                <w:lang w:val="ru-RU"/>
              </w:rPr>
              <w:t xml:space="preserve">, </w:t>
            </w:r>
            <w:proofErr w:type="spellStart"/>
            <w:r w:rsidR="00005A19">
              <w:rPr>
                <w:sz w:val="18"/>
                <w:lang w:val="ru-RU"/>
              </w:rPr>
              <w:t>в</w:t>
            </w:r>
            <w:r w:rsidRPr="006E228A">
              <w:rPr>
                <w:sz w:val="18"/>
                <w:lang w:val="ru-RU"/>
              </w:rPr>
              <w:t>чена</w:t>
            </w:r>
            <w:proofErr w:type="spellEnd"/>
            <w:r w:rsidRPr="006E228A">
              <w:rPr>
                <w:sz w:val="18"/>
                <w:lang w:val="ru-RU"/>
              </w:rPr>
              <w:t xml:space="preserve"> рада, </w:t>
            </w:r>
            <w:proofErr w:type="spellStart"/>
            <w:r w:rsidRPr="006E228A">
              <w:rPr>
                <w:sz w:val="18"/>
                <w:lang w:val="ru-RU"/>
              </w:rPr>
              <w:t>генеральний</w:t>
            </w:r>
            <w:proofErr w:type="spellEnd"/>
            <w:r w:rsidRPr="006E228A">
              <w:rPr>
                <w:sz w:val="18"/>
                <w:lang w:val="ru-RU"/>
              </w:rPr>
              <w:t xml:space="preserve"> директор </w:t>
            </w:r>
            <w:proofErr w:type="spellStart"/>
            <w:r w:rsidRPr="006E228A">
              <w:rPr>
                <w:sz w:val="18"/>
                <w:lang w:val="ru-RU"/>
              </w:rPr>
              <w:t>або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інший</w:t>
            </w:r>
            <w:proofErr w:type="spellEnd"/>
            <w:r w:rsidRPr="006E228A">
              <w:rPr>
                <w:sz w:val="18"/>
                <w:lang w:val="ru-RU"/>
              </w:rPr>
              <w:t xml:space="preserve"> </w:t>
            </w:r>
            <w:proofErr w:type="spellStart"/>
            <w:r w:rsidRPr="006E228A">
              <w:rPr>
                <w:sz w:val="18"/>
                <w:lang w:val="ru-RU"/>
              </w:rPr>
              <w:t>компетентний</w:t>
            </w:r>
            <w:proofErr w:type="spellEnd"/>
            <w:r w:rsidRPr="006E228A">
              <w:rPr>
                <w:sz w:val="18"/>
                <w:lang w:val="ru-RU"/>
              </w:rPr>
              <w:t xml:space="preserve"> орган</w:t>
            </w:r>
          </w:p>
        </w:tc>
      </w:tr>
    </w:tbl>
    <w:p w14:paraId="63951A2C" w14:textId="77777777" w:rsidR="00CC28D6" w:rsidRDefault="00CC28D6">
      <w:pPr>
        <w:rPr>
          <w:sz w:val="20"/>
          <w:lang w:val="ru-RU"/>
        </w:rPr>
      </w:pPr>
    </w:p>
    <w:p w14:paraId="65D194AD" w14:textId="4EA9CFC8" w:rsidR="003C216C" w:rsidRPr="006E228A" w:rsidRDefault="00622ACB">
      <w:pPr>
        <w:rPr>
          <w:lang w:val="ru-RU"/>
        </w:rPr>
      </w:pPr>
      <w:proofErr w:type="spellStart"/>
      <w:r w:rsidRPr="00CC28D6">
        <w:rPr>
          <w:i/>
          <w:iCs/>
          <w:sz w:val="20"/>
          <w:lang w:val="ru-RU"/>
        </w:rPr>
        <w:t>Примітка</w:t>
      </w:r>
      <w:proofErr w:type="spellEnd"/>
      <w:r w:rsidRPr="00CC28D6">
        <w:rPr>
          <w:i/>
          <w:iCs/>
          <w:sz w:val="20"/>
          <w:lang w:val="ru-RU"/>
        </w:rPr>
        <w:t>.</w:t>
      </w:r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Матриця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має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орієнтовний</w:t>
      </w:r>
      <w:proofErr w:type="spellEnd"/>
      <w:r w:rsidRPr="006E228A">
        <w:rPr>
          <w:sz w:val="20"/>
          <w:lang w:val="ru-RU"/>
        </w:rPr>
        <w:t xml:space="preserve"> характер і не </w:t>
      </w:r>
      <w:proofErr w:type="spellStart"/>
      <w:r w:rsidRPr="006E228A">
        <w:rPr>
          <w:sz w:val="20"/>
          <w:lang w:val="ru-RU"/>
        </w:rPr>
        <w:t>встановлює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автоматичної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відповідальності</w:t>
      </w:r>
      <w:proofErr w:type="spellEnd"/>
      <w:r w:rsidRPr="006E228A">
        <w:rPr>
          <w:sz w:val="20"/>
          <w:lang w:val="ru-RU"/>
        </w:rPr>
        <w:t xml:space="preserve">. У кожному </w:t>
      </w:r>
      <w:proofErr w:type="spellStart"/>
      <w:r w:rsidRPr="006E228A">
        <w:rPr>
          <w:sz w:val="20"/>
          <w:lang w:val="ru-RU"/>
        </w:rPr>
        <w:t>випадку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рішення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приймається</w:t>
      </w:r>
      <w:proofErr w:type="spellEnd"/>
      <w:r w:rsidRPr="006E228A">
        <w:rPr>
          <w:sz w:val="20"/>
          <w:lang w:val="ru-RU"/>
        </w:rPr>
        <w:t xml:space="preserve"> з </w:t>
      </w:r>
      <w:proofErr w:type="spellStart"/>
      <w:r w:rsidRPr="006E228A">
        <w:rPr>
          <w:sz w:val="20"/>
          <w:lang w:val="ru-RU"/>
        </w:rPr>
        <w:t>урахуванням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законодавства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України</w:t>
      </w:r>
      <w:proofErr w:type="spellEnd"/>
      <w:r w:rsidRPr="006E228A">
        <w:rPr>
          <w:sz w:val="20"/>
          <w:lang w:val="ru-RU"/>
        </w:rPr>
        <w:t xml:space="preserve">, </w:t>
      </w:r>
      <w:proofErr w:type="spellStart"/>
      <w:r w:rsidRPr="006E228A">
        <w:rPr>
          <w:sz w:val="20"/>
          <w:lang w:val="ru-RU"/>
        </w:rPr>
        <w:t>внутрішніх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актів</w:t>
      </w:r>
      <w:proofErr w:type="spellEnd"/>
      <w:r w:rsidRPr="006E228A">
        <w:rPr>
          <w:sz w:val="20"/>
          <w:lang w:val="ru-RU"/>
        </w:rPr>
        <w:t xml:space="preserve"> ННЦРМГО, правил </w:t>
      </w:r>
      <w:proofErr w:type="spellStart"/>
      <w:r w:rsidRPr="006E228A">
        <w:rPr>
          <w:sz w:val="20"/>
          <w:lang w:val="ru-RU"/>
        </w:rPr>
        <w:t>відповідної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процедури</w:t>
      </w:r>
      <w:proofErr w:type="spellEnd"/>
      <w:r w:rsidRPr="006E228A">
        <w:rPr>
          <w:sz w:val="20"/>
          <w:lang w:val="ru-RU"/>
        </w:rPr>
        <w:t xml:space="preserve">, </w:t>
      </w:r>
      <w:proofErr w:type="spellStart"/>
      <w:r w:rsidRPr="006E228A">
        <w:rPr>
          <w:sz w:val="20"/>
          <w:lang w:val="ru-RU"/>
        </w:rPr>
        <w:t>пояснень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учасників</w:t>
      </w:r>
      <w:proofErr w:type="spellEnd"/>
      <w:r w:rsidRPr="006E228A">
        <w:rPr>
          <w:sz w:val="20"/>
          <w:lang w:val="ru-RU"/>
        </w:rPr>
        <w:t xml:space="preserve">, </w:t>
      </w:r>
      <w:proofErr w:type="spellStart"/>
      <w:r w:rsidRPr="006E228A">
        <w:rPr>
          <w:sz w:val="20"/>
          <w:lang w:val="ru-RU"/>
        </w:rPr>
        <w:t>висновку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Комісії</w:t>
      </w:r>
      <w:proofErr w:type="spellEnd"/>
      <w:r w:rsidRPr="006E228A">
        <w:rPr>
          <w:sz w:val="20"/>
          <w:lang w:val="ru-RU"/>
        </w:rPr>
        <w:t xml:space="preserve"> за </w:t>
      </w:r>
      <w:proofErr w:type="spellStart"/>
      <w:r w:rsidRPr="006E228A">
        <w:rPr>
          <w:sz w:val="20"/>
          <w:lang w:val="ru-RU"/>
        </w:rPr>
        <w:t>наявності</w:t>
      </w:r>
      <w:proofErr w:type="spellEnd"/>
      <w:r w:rsidRPr="006E228A">
        <w:rPr>
          <w:sz w:val="20"/>
          <w:lang w:val="ru-RU"/>
        </w:rPr>
        <w:t xml:space="preserve"> та </w:t>
      </w:r>
      <w:proofErr w:type="spellStart"/>
      <w:r w:rsidRPr="006E228A">
        <w:rPr>
          <w:sz w:val="20"/>
          <w:lang w:val="ru-RU"/>
        </w:rPr>
        <w:t>всіх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істотних</w:t>
      </w:r>
      <w:proofErr w:type="spellEnd"/>
      <w:r w:rsidRPr="006E228A">
        <w:rPr>
          <w:sz w:val="20"/>
          <w:lang w:val="ru-RU"/>
        </w:rPr>
        <w:t xml:space="preserve"> </w:t>
      </w:r>
      <w:proofErr w:type="spellStart"/>
      <w:r w:rsidRPr="006E228A">
        <w:rPr>
          <w:sz w:val="20"/>
          <w:lang w:val="ru-RU"/>
        </w:rPr>
        <w:t>обставин</w:t>
      </w:r>
      <w:proofErr w:type="spellEnd"/>
      <w:r w:rsidRPr="006E228A">
        <w:rPr>
          <w:sz w:val="20"/>
          <w:lang w:val="ru-RU"/>
        </w:rPr>
        <w:t>.</w:t>
      </w:r>
    </w:p>
    <w:sectPr w:rsidR="003C216C" w:rsidRPr="006E228A" w:rsidSect="00034616">
      <w:footerReference w:type="even" r:id="rId9"/>
      <w:footerReference w:type="default" r:id="rId10"/>
      <w:footerReference w:type="first" r:id="rId11"/>
      <w:pgSz w:w="11906" w:h="16838"/>
      <w:pgMar w:top="1020" w:right="850" w:bottom="1020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6D5BD" w14:textId="77777777" w:rsidR="00DD0CED" w:rsidRDefault="00DD0CED">
      <w:pPr>
        <w:spacing w:after="0" w:line="240" w:lineRule="auto"/>
      </w:pPr>
      <w:r>
        <w:separator/>
      </w:r>
    </w:p>
  </w:endnote>
  <w:endnote w:type="continuationSeparator" w:id="0">
    <w:p w14:paraId="65DEE023" w14:textId="77777777" w:rsidR="00DD0CED" w:rsidRDefault="00DD0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89ECB" w14:textId="77777777" w:rsidR="003C216C" w:rsidRDefault="00622AC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E228A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7C212" w14:textId="77777777" w:rsidR="003C216C" w:rsidRDefault="00622AC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E228A">
      <w:rPr>
        <w:noProof/>
      </w:rPr>
      <w:t>17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D3D45" w14:textId="77777777" w:rsidR="003C216C" w:rsidRDefault="003C21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E6C65" w14:textId="77777777" w:rsidR="00DD0CED" w:rsidRDefault="00DD0CED">
      <w:pPr>
        <w:spacing w:after="0" w:line="240" w:lineRule="auto"/>
      </w:pPr>
      <w:r>
        <w:separator/>
      </w:r>
    </w:p>
  </w:footnote>
  <w:footnote w:type="continuationSeparator" w:id="0">
    <w:p w14:paraId="36D783BA" w14:textId="77777777" w:rsidR="00DD0CED" w:rsidRDefault="00DD0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A19"/>
    <w:rsid w:val="00012112"/>
    <w:rsid w:val="00034616"/>
    <w:rsid w:val="0006063C"/>
    <w:rsid w:val="00077507"/>
    <w:rsid w:val="000E48DF"/>
    <w:rsid w:val="00141698"/>
    <w:rsid w:val="0015074B"/>
    <w:rsid w:val="001736D5"/>
    <w:rsid w:val="001F246B"/>
    <w:rsid w:val="00236461"/>
    <w:rsid w:val="00255C2D"/>
    <w:rsid w:val="0029639D"/>
    <w:rsid w:val="00326F90"/>
    <w:rsid w:val="0033129D"/>
    <w:rsid w:val="003C216C"/>
    <w:rsid w:val="00490E23"/>
    <w:rsid w:val="004E1708"/>
    <w:rsid w:val="00503989"/>
    <w:rsid w:val="005D71F2"/>
    <w:rsid w:val="005F165A"/>
    <w:rsid w:val="00622ACB"/>
    <w:rsid w:val="0062364B"/>
    <w:rsid w:val="00680A9F"/>
    <w:rsid w:val="006B6C58"/>
    <w:rsid w:val="006E228A"/>
    <w:rsid w:val="006F7E6C"/>
    <w:rsid w:val="00737F05"/>
    <w:rsid w:val="0075574C"/>
    <w:rsid w:val="00783B65"/>
    <w:rsid w:val="00912622"/>
    <w:rsid w:val="009262FF"/>
    <w:rsid w:val="00AA0E5F"/>
    <w:rsid w:val="00AA1D8D"/>
    <w:rsid w:val="00AF723E"/>
    <w:rsid w:val="00B47730"/>
    <w:rsid w:val="00BC19E8"/>
    <w:rsid w:val="00C0100F"/>
    <w:rsid w:val="00C039B5"/>
    <w:rsid w:val="00CB0664"/>
    <w:rsid w:val="00CC28D6"/>
    <w:rsid w:val="00D61330"/>
    <w:rsid w:val="00DA4A15"/>
    <w:rsid w:val="00DD0CED"/>
    <w:rsid w:val="00E60CD2"/>
    <w:rsid w:val="00EF5F9F"/>
    <w:rsid w:val="00FB56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7B9E62"/>
  <w14:defaultImageDpi w14:val="300"/>
  <w15:docId w15:val="{CAB4FB04-86AD-43AD-907C-53AFD742F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pPr>
      <w:spacing w:after="80"/>
      <w:jc w:val="center"/>
    </w:pPr>
    <w:rPr>
      <w:rFonts w:ascii="Times New Roman" w:eastAsia="Times New Roman" w:hAnsi="Times New Roman"/>
      <w:b/>
      <w:sz w:val="26"/>
    </w:rPr>
  </w:style>
  <w:style w:type="paragraph" w:customStyle="1" w:styleId="Heading1Custom">
    <w:name w:val="Heading1Custom"/>
    <w:pPr>
      <w:keepNext/>
      <w:spacing w:before="160" w:after="120"/>
    </w:pPr>
    <w:rPr>
      <w:rFonts w:ascii="Times New Roman" w:eastAsia="Times New Roman" w:hAnsi="Times New Roman"/>
      <w:b/>
      <w:sz w:val="24"/>
    </w:rPr>
  </w:style>
  <w:style w:type="paragraph" w:customStyle="1" w:styleId="Heading2Custom">
    <w:name w:val="Heading2Custom"/>
    <w:pPr>
      <w:spacing w:before="160" w:after="120"/>
    </w:pPr>
    <w:rPr>
      <w:rFonts w:ascii="Times New Roman" w:eastAsia="Times New Roman" w:hAnsi="Times New Roman"/>
      <w:b/>
      <w:sz w:val="24"/>
    </w:rPr>
  </w:style>
  <w:style w:type="paragraph" w:customStyle="1" w:styleId="SmallText">
    <w:name w:val="SmallText"/>
    <w:pPr>
      <w:spacing w:after="80"/>
    </w:pPr>
    <w:rPr>
      <w:rFonts w:ascii="Times New Roman" w:eastAsia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E591F2-D292-4B68-890D-DF3025540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23</Pages>
  <Words>32445</Words>
  <Characters>18495</Characters>
  <Application>Microsoft Office Word</Application>
  <DocSecurity>0</DocSecurity>
  <Lines>154</Lines>
  <Paragraphs>101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50839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JL</cp:lastModifiedBy>
  <cp:revision>3</cp:revision>
  <dcterms:created xsi:type="dcterms:W3CDTF">2026-08-27T10:10:00Z</dcterms:created>
  <dcterms:modified xsi:type="dcterms:W3CDTF">2026-08-27T11:09:00Z</dcterms:modified>
  <cp:category/>
</cp:coreProperties>
</file>